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EB647A" w14:paraId="7A6C8CAF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6E85970" w14:textId="2097CA91" w:rsidR="00EB647A" w:rsidRDefault="00EB647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4CA7B48" wp14:editId="67AE30EC">
                  <wp:extent cx="1152525" cy="1257300"/>
                  <wp:effectExtent l="0" t="0" r="9525" b="0"/>
                  <wp:docPr id="13855732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ABC072F" w14:textId="77777777" w:rsidR="00EB647A" w:rsidRDefault="00EB647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EB647A" w14:paraId="1A1648C7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E0405" w14:textId="77777777" w:rsidR="00EB647A" w:rsidRDefault="00EB647A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ECD03C3" w14:textId="77777777" w:rsidR="00EB647A" w:rsidRDefault="00EB647A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EB647A" w14:paraId="33FC822B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B45C" w14:textId="77777777" w:rsidR="00EB647A" w:rsidRDefault="00EB647A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0FE24DB" w14:textId="77777777" w:rsidR="00EB647A" w:rsidRDefault="00EB647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60D8D3ED" w14:textId="77777777" w:rsidR="00EB647A" w:rsidRDefault="00EB647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9471A5D" w14:textId="77777777" w:rsidR="00EB647A" w:rsidRDefault="00EB647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37CB57DF" w14:textId="77777777" w:rsidR="00EB647A" w:rsidRDefault="00EB647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0EF6EA0B" w14:textId="77777777" w:rsidR="00EB647A" w:rsidRDefault="00EB647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317D6E48" w14:textId="77777777" w:rsidR="00EB647A" w:rsidRDefault="00EB647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EB647A" w14:paraId="1F1AF96A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866E" w14:textId="77777777" w:rsidR="00EB647A" w:rsidRDefault="00EB647A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9A42FDD" w14:textId="77777777" w:rsidR="00EB647A" w:rsidRDefault="00EB647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ACCD52C" w14:textId="77777777" w:rsidR="00EB647A" w:rsidRDefault="00EB647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73DD8D06" w14:textId="77777777" w:rsidR="00FB536F" w:rsidRPr="007060B4" w:rsidRDefault="00FB536F">
      <w:pPr>
        <w:spacing w:before="80" w:after="60" w:line="240" w:lineRule="auto"/>
        <w:jc w:val="center"/>
        <w:rPr>
          <w:rFonts w:ascii="Times New Roman" w:hAnsi="Times New Roman"/>
          <w:b/>
          <w:sz w:val="24"/>
        </w:rPr>
      </w:pPr>
    </w:p>
    <w:p w14:paraId="63CCBF93" w14:textId="59823950" w:rsidR="002A6812" w:rsidRPr="007060B4" w:rsidRDefault="00000000">
      <w:pPr>
        <w:spacing w:before="80" w:after="60" w:line="240" w:lineRule="auto"/>
        <w:jc w:val="center"/>
        <w:rPr>
          <w:sz w:val="24"/>
          <w:szCs w:val="24"/>
        </w:rPr>
      </w:pPr>
      <w:r w:rsidRPr="007060B4">
        <w:rPr>
          <w:rFonts w:ascii="Times New Roman" w:hAnsi="Times New Roman"/>
          <w:b/>
          <w:sz w:val="28"/>
          <w:szCs w:val="24"/>
        </w:rPr>
        <w:t>AUTORIZAȚIE DE MODIFICARE</w:t>
      </w:r>
      <w:r w:rsidRPr="007060B4">
        <w:rPr>
          <w:rFonts w:ascii="Times New Roman" w:hAnsi="Times New Roman"/>
          <w:b/>
          <w:sz w:val="28"/>
          <w:szCs w:val="24"/>
        </w:rPr>
        <w:br/>
      </w:r>
      <w:r w:rsidRPr="007060B4">
        <w:rPr>
          <w:rFonts w:ascii="Times New Roman" w:hAnsi="Times New Roman"/>
          <w:sz w:val="20"/>
          <w:szCs w:val="24"/>
        </w:rPr>
        <w:t>Nr. ...................... din ....................................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7060B4" w:rsidRPr="007060B4" w14:paraId="2A430C51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40DE467D" w14:textId="77777777" w:rsidR="002A6812" w:rsidRPr="007060B4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1. REFERINȚE</w:t>
            </w:r>
          </w:p>
        </w:tc>
      </w:tr>
      <w:tr w:rsidR="007060B4" w:rsidRPr="007060B4" w14:paraId="415E8199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93C5045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Ca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urmare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a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cererii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9E066E5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0D83463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a titularului</w:t>
            </w:r>
          </w:p>
        </w:tc>
      </w:tr>
      <w:tr w:rsidR="002A6812" w:rsidRPr="007060B4" w14:paraId="59D8ED5A" w14:textId="77777777">
        <w:trPr>
          <w:jc w:val="center"/>
        </w:trPr>
        <w:tc>
          <w:tcPr>
            <w:tcW w:w="729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19E96EF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Autorizația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construire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inițială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— nr. /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C112C30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emisă de</w:t>
            </w:r>
          </w:p>
        </w:tc>
      </w:tr>
    </w:tbl>
    <w:p w14:paraId="72166D35" w14:textId="77777777" w:rsidR="002A6812" w:rsidRPr="007060B4" w:rsidRDefault="002A6812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912"/>
        <w:gridCol w:w="912"/>
        <w:gridCol w:w="912"/>
        <w:gridCol w:w="912"/>
        <w:gridCol w:w="1824"/>
        <w:gridCol w:w="1824"/>
      </w:tblGrid>
      <w:tr w:rsidR="007060B4" w:rsidRPr="007060B4" w14:paraId="037A71E9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0" w:type="dxa"/>
              <w:bottom w:w="6" w:type="dxa"/>
              <w:right w:w="30" w:type="dxa"/>
            </w:tcMar>
          </w:tcPr>
          <w:p w14:paraId="61689073" w14:textId="77777777" w:rsidR="002A6812" w:rsidRPr="007060B4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2. SOLICITANTUL</w:t>
            </w:r>
          </w:p>
        </w:tc>
      </w:tr>
      <w:tr w:rsidR="007060B4" w:rsidRPr="007060B4" w14:paraId="4D1208F0" w14:textId="77777777">
        <w:trPr>
          <w:jc w:val="center"/>
        </w:trPr>
        <w:tc>
          <w:tcPr>
            <w:tcW w:w="729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B709ADD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Nume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79F1D1FE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CNP</w:t>
            </w:r>
          </w:p>
        </w:tc>
      </w:tr>
      <w:tr w:rsidR="007060B4" w:rsidRPr="007060B4" w14:paraId="0932ECF0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7EDCF35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sz w:val="16"/>
                <w:szCs w:val="24"/>
              </w:rPr>
              <w:t>Domiciliul</w:t>
            </w:r>
            <w:proofErr w:type="spellEnd"/>
          </w:p>
        </w:tc>
      </w:tr>
      <w:tr w:rsidR="007060B4" w:rsidRPr="007060B4" w14:paraId="4850D7CB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1B86E03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1B610CC2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Municipiul / orașul / comuna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753333A3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Satul / sectorul</w:t>
            </w:r>
          </w:p>
        </w:tc>
      </w:tr>
      <w:tr w:rsidR="007060B4" w:rsidRPr="007060B4" w14:paraId="1C6B2A47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0737005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79D5186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794D561F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6EDD84D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D8FD153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15E1E57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Cod poștal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72BECA7E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Țara</w:t>
            </w:r>
          </w:p>
        </w:tc>
      </w:tr>
      <w:tr w:rsidR="007060B4" w:rsidRPr="007060B4" w14:paraId="052F69F0" w14:textId="77777777">
        <w:trPr>
          <w:jc w:val="center"/>
        </w:trPr>
        <w:tc>
          <w:tcPr>
            <w:tcW w:w="547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641ABDA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Telefon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/ fax</w:t>
            </w:r>
          </w:p>
        </w:tc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06A9DAB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E-mail</w:t>
            </w:r>
          </w:p>
        </w:tc>
      </w:tr>
    </w:tbl>
    <w:p w14:paraId="06FFD43D" w14:textId="77777777" w:rsidR="002A6812" w:rsidRPr="007060B4" w:rsidRDefault="00000000">
      <w:pPr>
        <w:spacing w:before="80" w:after="60" w:line="240" w:lineRule="auto"/>
        <w:jc w:val="center"/>
        <w:rPr>
          <w:sz w:val="24"/>
          <w:szCs w:val="24"/>
        </w:rPr>
      </w:pPr>
      <w:proofErr w:type="spellStart"/>
      <w:r w:rsidRPr="007060B4">
        <w:rPr>
          <w:rFonts w:ascii="Times New Roman" w:hAnsi="Times New Roman"/>
          <w:sz w:val="18"/>
          <w:szCs w:val="24"/>
        </w:rPr>
        <w:t>în</w:t>
      </w:r>
      <w:proofErr w:type="spellEnd"/>
      <w:r w:rsidRPr="007060B4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7060B4">
        <w:rPr>
          <w:rFonts w:ascii="Times New Roman" w:hAnsi="Times New Roman"/>
          <w:sz w:val="18"/>
          <w:szCs w:val="24"/>
        </w:rPr>
        <w:t>conformitate</w:t>
      </w:r>
      <w:proofErr w:type="spellEnd"/>
      <w:r w:rsidRPr="007060B4">
        <w:rPr>
          <w:rFonts w:ascii="Times New Roman" w:hAnsi="Times New Roman"/>
          <w:sz w:val="18"/>
          <w:szCs w:val="24"/>
        </w:rPr>
        <w:t xml:space="preserve"> cu </w:t>
      </w:r>
      <w:proofErr w:type="spellStart"/>
      <w:r w:rsidRPr="007060B4">
        <w:rPr>
          <w:rFonts w:ascii="Times New Roman" w:hAnsi="Times New Roman"/>
          <w:sz w:val="18"/>
          <w:szCs w:val="24"/>
        </w:rPr>
        <w:t>prevederile</w:t>
      </w:r>
      <w:proofErr w:type="spellEnd"/>
      <w:r w:rsidRPr="007060B4">
        <w:rPr>
          <w:rFonts w:ascii="Times New Roman" w:hAnsi="Times New Roman"/>
          <w:sz w:val="18"/>
          <w:szCs w:val="24"/>
        </w:rPr>
        <w:t xml:space="preserve"> art. 293 din Legea nr. 169/2026 privind Codul amenajării teritoriului, urbanismului și construcțiilor</w:t>
      </w:r>
      <w:r w:rsidRPr="007060B4">
        <w:rPr>
          <w:rFonts w:ascii="Times New Roman" w:hAnsi="Times New Roman"/>
          <w:sz w:val="18"/>
          <w:szCs w:val="24"/>
        </w:rPr>
        <w:br/>
      </w:r>
      <w:r w:rsidRPr="007060B4">
        <w:rPr>
          <w:rFonts w:ascii="Times New Roman" w:hAnsi="Times New Roman"/>
          <w:b/>
          <w:sz w:val="24"/>
          <w:szCs w:val="24"/>
        </w:rPr>
        <w:t>SE AUTORIZEAZĂ:</w:t>
      </w:r>
      <w:r w:rsidRPr="007060B4">
        <w:rPr>
          <w:rFonts w:ascii="Times New Roman" w:hAnsi="Times New Roman"/>
          <w:b/>
          <w:sz w:val="24"/>
          <w:szCs w:val="24"/>
        </w:rPr>
        <w:br/>
      </w:r>
      <w:r w:rsidRPr="007060B4">
        <w:rPr>
          <w:rFonts w:ascii="Times New Roman" w:hAnsi="Times New Roman"/>
          <w:sz w:val="18"/>
          <w:szCs w:val="24"/>
        </w:rPr>
        <w:t>executarea lucrărilor corespunzătoare modificărilor de temă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7060B4" w:rsidRPr="007060B4" w14:paraId="399C56AE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2" w:type="dxa"/>
              <w:right w:w="35" w:type="dxa"/>
            </w:tcMar>
          </w:tcPr>
          <w:p w14:paraId="1F7DD68B" w14:textId="77777777" w:rsidR="002A6812" w:rsidRPr="007060B4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3. DESCRIEREA MODIFICĂRILE DE TEMĂ CARE SE AUTORIZEAZĂ</w:t>
            </w:r>
          </w:p>
        </w:tc>
      </w:tr>
      <w:tr w:rsidR="002A6812" w:rsidRPr="007060B4" w14:paraId="124D9000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2" w:type="dxa"/>
              <w:right w:w="35" w:type="dxa"/>
            </w:tcMar>
          </w:tcPr>
          <w:p w14:paraId="3DB6364A" w14:textId="77777777" w:rsidR="002A6812" w:rsidRPr="007060B4" w:rsidRDefault="002A6812">
            <w:pPr>
              <w:rPr>
                <w:sz w:val="24"/>
                <w:szCs w:val="24"/>
              </w:rPr>
            </w:pPr>
          </w:p>
        </w:tc>
      </w:tr>
    </w:tbl>
    <w:p w14:paraId="4499FEAE" w14:textId="77777777" w:rsidR="002A6812" w:rsidRPr="007060B4" w:rsidRDefault="002A6812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24"/>
        <w:gridCol w:w="912"/>
        <w:gridCol w:w="912"/>
        <w:gridCol w:w="2736"/>
        <w:gridCol w:w="912"/>
        <w:gridCol w:w="912"/>
        <w:gridCol w:w="912"/>
        <w:gridCol w:w="1824"/>
      </w:tblGrid>
      <w:tr w:rsidR="007060B4" w:rsidRPr="007060B4" w14:paraId="4FBDE0A9" w14:textId="77777777">
        <w:trPr>
          <w:jc w:val="center"/>
        </w:trPr>
        <w:tc>
          <w:tcPr>
            <w:tcW w:w="10944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0" w:type="dxa"/>
              <w:bottom w:w="6" w:type="dxa"/>
              <w:right w:w="30" w:type="dxa"/>
            </w:tcMar>
          </w:tcPr>
          <w:p w14:paraId="62CC3944" w14:textId="77777777" w:rsidR="002A6812" w:rsidRPr="007060B4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4. PE IMOBILUL — TEREN ȘI/SAU CONSTRUCȚII — SITUAT ÎN</w:t>
            </w:r>
          </w:p>
        </w:tc>
      </w:tr>
      <w:tr w:rsidR="007060B4" w:rsidRPr="007060B4" w14:paraId="04B9E157" w14:textId="77777777">
        <w:trPr>
          <w:jc w:val="center"/>
        </w:trPr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2609002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D8163B0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Municipiul / orașul / comuna</w:t>
            </w:r>
          </w:p>
        </w:tc>
        <w:tc>
          <w:tcPr>
            <w:tcW w:w="273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7DA0AF0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2E27546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</w:p>
        </w:tc>
      </w:tr>
      <w:tr w:rsidR="007060B4" w:rsidRPr="007060B4" w14:paraId="7477788F" w14:textId="77777777">
        <w:trPr>
          <w:jc w:val="center"/>
        </w:trPr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A067116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142D58D3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AB5457C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7376DAF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Bl. / sc. / et. / ap.</w:t>
            </w:r>
          </w:p>
        </w:tc>
      </w:tr>
      <w:tr w:rsidR="002A6812" w:rsidRPr="007060B4" w14:paraId="006D5FAD" w14:textId="77777777">
        <w:trPr>
          <w:jc w:val="center"/>
        </w:trPr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65909AD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Cartea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0D4F1E9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Fișa bunului imobil</w:t>
            </w:r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4515D19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sau nr. cadastral</w:t>
            </w:r>
          </w:p>
        </w:tc>
      </w:tr>
    </w:tbl>
    <w:p w14:paraId="7EFC3048" w14:textId="77777777" w:rsidR="002A6812" w:rsidRPr="007060B4" w:rsidRDefault="002A6812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2736"/>
        <w:gridCol w:w="2736"/>
      </w:tblGrid>
      <w:tr w:rsidR="007060B4" w:rsidRPr="007060B4" w14:paraId="2F632ABE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5" w:type="dxa"/>
              <w:left w:w="30" w:type="dxa"/>
              <w:bottom w:w="5" w:type="dxa"/>
              <w:right w:w="30" w:type="dxa"/>
            </w:tcMar>
          </w:tcPr>
          <w:p w14:paraId="2BD54274" w14:textId="77777777" w:rsidR="002A6812" w:rsidRPr="007060B4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5. ÎN BAZA PROIECTULUI PENTRU AUTORIZARE CONSTRUIRII ACTUALIZAT</w:t>
            </w:r>
          </w:p>
        </w:tc>
      </w:tr>
      <w:tr w:rsidR="007060B4" w:rsidRPr="007060B4" w14:paraId="1DAD2C45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0A6B8342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59973259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18736317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Denumirea / titlul documentației actualizate</w:t>
            </w:r>
          </w:p>
        </w:tc>
      </w:tr>
      <w:tr w:rsidR="007060B4" w:rsidRPr="007060B4" w14:paraId="100CBD89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17880E6A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elaborat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de:</w:t>
            </w:r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599DA696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cu sediul în</w:t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județ, municipiu/oraș/comună, sector/sat, cod poștal, stradă, nr., bl., sc., et., ap.</w:t>
            </w:r>
          </w:p>
        </w:tc>
      </w:tr>
      <w:tr w:rsidR="007060B4" w:rsidRPr="007060B4" w14:paraId="67DBE8EC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53CFD99B" w14:textId="77777777" w:rsidR="002A6812" w:rsidRPr="007060B4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respectiv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de —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elaboratorul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proiectului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, cu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drept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de semnătură, potrivit Legii nr. 184/2001 privind organizarea și exercitarea profesiei de arhitect, republicată</w:t>
            </w:r>
          </w:p>
        </w:tc>
      </w:tr>
      <w:tr w:rsidR="007060B4" w:rsidRPr="007060B4" w14:paraId="198F2A5C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7A8388DC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Arhitect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/ conductor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arhitect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/ arhitect de interior</w:t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numele și prenumele, în clar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23266C0A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Înscris în Tabloul Național al</w:t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  <w:t>Arhitecților cu nr.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140B88E3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În evidența Filialei teritoriale a O.A.R.</w:t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denumirea filialei</w:t>
            </w:r>
          </w:p>
        </w:tc>
      </w:tr>
      <w:tr w:rsidR="007060B4" w:rsidRPr="007060B4" w14:paraId="7BD40CE5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2458C040" w14:textId="77777777" w:rsidR="002A6812" w:rsidRPr="007060B4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7060B4">
              <w:rPr>
                <w:rFonts w:ascii="Times New Roman" w:hAnsi="Times New Roman"/>
                <w:sz w:val="18"/>
                <w:szCs w:val="24"/>
              </w:rPr>
              <w:t>arhitect</w:t>
            </w:r>
            <w:proofErr w:type="spellEnd"/>
            <w:r w:rsidRPr="007060B4">
              <w:rPr>
                <w:rFonts w:ascii="Times New Roman" w:hAnsi="Times New Roman"/>
                <w:sz w:val="18"/>
                <w:szCs w:val="24"/>
              </w:rPr>
              <w:t xml:space="preserve">     ☐ conductor </w:t>
            </w:r>
            <w:proofErr w:type="spellStart"/>
            <w:r w:rsidRPr="007060B4">
              <w:rPr>
                <w:rFonts w:ascii="Times New Roman" w:hAnsi="Times New Roman"/>
                <w:sz w:val="18"/>
                <w:szCs w:val="24"/>
              </w:rPr>
              <w:t>arhitect</w:t>
            </w:r>
            <w:proofErr w:type="spellEnd"/>
            <w:r w:rsidRPr="007060B4">
              <w:rPr>
                <w:rFonts w:ascii="Times New Roman" w:hAnsi="Times New Roman"/>
                <w:sz w:val="18"/>
                <w:szCs w:val="24"/>
              </w:rPr>
              <w:t xml:space="preserve">     ☐ arhitect de interior</w:t>
            </w:r>
          </w:p>
        </w:tc>
      </w:tr>
    </w:tbl>
    <w:p w14:paraId="566573B1" w14:textId="77777777" w:rsidR="000E5B4A" w:rsidRDefault="000E5B4A" w:rsidP="00FB536F">
      <w:pPr>
        <w:rPr>
          <w:sz w:val="24"/>
          <w:szCs w:val="24"/>
        </w:rPr>
      </w:pPr>
    </w:p>
    <w:p w14:paraId="3BFC49D1" w14:textId="7687E4E7" w:rsidR="002A6812" w:rsidRPr="007060B4" w:rsidRDefault="00000000" w:rsidP="00FB536F">
      <w:pPr>
        <w:rPr>
          <w:sz w:val="24"/>
          <w:szCs w:val="24"/>
        </w:rPr>
      </w:pPr>
      <w:r w:rsidRPr="007060B4">
        <w:rPr>
          <w:sz w:val="24"/>
          <w:szCs w:val="24"/>
        </w:rP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7060B4" w:rsidRPr="007060B4" w14:paraId="5B80B624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8" w:type="dxa"/>
              <w:right w:w="35" w:type="dxa"/>
            </w:tcMar>
          </w:tcPr>
          <w:p w14:paraId="58A8B6FC" w14:textId="77777777" w:rsidR="002A6812" w:rsidRPr="007060B4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lastRenderedPageBreak/>
              <w:t>6. EFECTUL AUTORIZAȚIEI DE MODIFICARE</w:t>
            </w:r>
          </w:p>
        </w:tc>
      </w:tr>
      <w:tr w:rsidR="007060B4" w:rsidRPr="007060B4" w14:paraId="4EDBD042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73D85FB0" w14:textId="77777777" w:rsidR="002A6812" w:rsidRPr="007060B4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Prezenta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autorizație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de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modificare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determină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încetarea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valabilității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autorizației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de construire indicate mai sus pentru elementele modificate, lucrările de construire pentru acestea urmând a se executa conform proiectului pentru autorizare actualizat, atașat, în termenul de valabilitate al autorizației de construire inițiale.</w:t>
            </w:r>
          </w:p>
        </w:tc>
      </w:tr>
      <w:tr w:rsidR="002A6812" w:rsidRPr="007060B4" w14:paraId="4DB48A4E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61D14E6A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Autorizația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construire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35BA1B90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3FC04219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Termenul de valabilitate al autorizației inițiale — până la data</w:t>
            </w:r>
          </w:p>
        </w:tc>
      </w:tr>
    </w:tbl>
    <w:p w14:paraId="222AA848" w14:textId="77777777" w:rsidR="002A6812" w:rsidRPr="007060B4" w:rsidRDefault="002A6812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7060B4" w:rsidRPr="007060B4" w14:paraId="1AB872E5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25" w:type="dxa"/>
              <w:bottom w:w="10" w:type="dxa"/>
              <w:right w:w="25" w:type="dxa"/>
            </w:tcMar>
          </w:tcPr>
          <w:p w14:paraId="598692BE" w14:textId="77777777" w:rsidR="002A6812" w:rsidRPr="007060B4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7. SEMNĂTURILE</w:t>
            </w:r>
          </w:p>
        </w:tc>
      </w:tr>
      <w:tr w:rsidR="007060B4" w:rsidRPr="007060B4" w14:paraId="7D0C609B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311C75F0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Conducătorul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autorității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emitente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funcția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numele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și</w:t>
            </w:r>
            <w:proofErr w:type="spellEnd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semnătura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2BE53B40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Secretar general</w:t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numele și semnătura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141ECF88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Arhitect-șef</w:t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numele și semnătura</w:t>
            </w:r>
          </w:p>
        </w:tc>
      </w:tr>
      <w:tr w:rsidR="002A6812" w:rsidRPr="007060B4" w14:paraId="50DC8BF9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5EE31018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Achitat</w:t>
            </w:r>
            <w:proofErr w:type="spellEnd"/>
            <w:r w:rsidRPr="007060B4">
              <w:rPr>
                <w:rFonts w:ascii="Times New Roman" w:hAnsi="Times New Roman"/>
                <w:b/>
                <w:sz w:val="18"/>
                <w:szCs w:val="24"/>
              </w:rPr>
              <w:t xml:space="preserve"> taxa de (lei)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47ED573D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Chitanța nr. /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773895ED" w14:textId="77777777" w:rsidR="002A6812" w:rsidRPr="007060B4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060B4">
              <w:rPr>
                <w:rFonts w:ascii="Times New Roman" w:hAnsi="Times New Roman"/>
                <w:b/>
                <w:sz w:val="18"/>
                <w:szCs w:val="24"/>
              </w:rPr>
              <w:t>Transmis solicitantului la data</w:t>
            </w:r>
            <w:r w:rsidRPr="007060B4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7060B4">
              <w:rPr>
                <w:rFonts w:ascii="Times New Roman" w:hAnsi="Times New Roman"/>
                <w:i/>
                <w:sz w:val="16"/>
                <w:szCs w:val="24"/>
              </w:rPr>
              <w:t>direct / prin poștă / digital</w:t>
            </w:r>
          </w:p>
        </w:tc>
      </w:tr>
    </w:tbl>
    <w:p w14:paraId="37F2B86F" w14:textId="77777777" w:rsidR="009C20DC" w:rsidRPr="007060B4" w:rsidRDefault="009C20DC">
      <w:pPr>
        <w:rPr>
          <w:sz w:val="24"/>
          <w:szCs w:val="24"/>
        </w:rPr>
      </w:pPr>
    </w:p>
    <w:sectPr w:rsidR="009C20DC" w:rsidRPr="007060B4" w:rsidSect="00AB3A2B">
      <w:headerReference w:type="default" r:id="rId10"/>
      <w:footerReference w:type="default" r:id="rId11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6451C" w14:textId="77777777" w:rsidR="001832F7" w:rsidRDefault="001832F7">
      <w:pPr>
        <w:spacing w:after="0" w:line="240" w:lineRule="auto"/>
      </w:pPr>
      <w:r>
        <w:separator/>
      </w:r>
    </w:p>
  </w:endnote>
  <w:endnote w:type="continuationSeparator" w:id="0">
    <w:p w14:paraId="3A610F00" w14:textId="77777777" w:rsidR="001832F7" w:rsidRDefault="00183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C6356" w14:textId="77777777" w:rsidR="002A6812" w:rsidRDefault="00000000">
    <w:pPr>
      <w:pStyle w:val="Footer"/>
      <w:jc w:val="center"/>
    </w:pPr>
    <w:r>
      <w:rPr>
        <w:rFonts w:ascii="Times New Roman" w:hAnsi="Times New Roman"/>
        <w:color w:val="646464"/>
        <w:sz w:val="16"/>
      </w:rPr>
      <w:t xml:space="preserve">F_AM_02 · </w:t>
    </w:r>
    <w:proofErr w:type="spellStart"/>
    <w:r>
      <w:rPr>
        <w:rFonts w:ascii="Times New Roman" w:hAnsi="Times New Roman"/>
        <w:color w:val="646464"/>
        <w:sz w:val="16"/>
      </w:rPr>
      <w:t>versiunea</w:t>
    </w:r>
    <w:proofErr w:type="spellEnd"/>
    <w:r>
      <w:rPr>
        <w:rFonts w:ascii="Times New Roman" w:hAnsi="Times New Roman"/>
        <w:color w:val="646464"/>
        <w:sz w:val="16"/>
      </w:rPr>
      <w:t xml:space="preserve"> 1.0                                                  </w:t>
    </w:r>
    <w:proofErr w:type="spellStart"/>
    <w:r>
      <w:rPr>
        <w:rFonts w:ascii="Times New Roman" w:hAnsi="Times New Roman"/>
        <w:color w:val="646464"/>
        <w:sz w:val="16"/>
      </w:rPr>
      <w:t>pagina</w:t>
    </w:r>
    <w:proofErr w:type="spellEnd"/>
    <w:r>
      <w:rPr>
        <w:rFonts w:ascii="Times New Roman" w:hAnsi="Times New Roman"/>
        <w:color w:val="646464"/>
        <w:sz w:val="16"/>
      </w:rPr>
      <w:t xml:space="preserve"> 1 din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DC80A" w14:textId="77777777" w:rsidR="001832F7" w:rsidRDefault="001832F7">
      <w:pPr>
        <w:spacing w:after="0" w:line="240" w:lineRule="auto"/>
      </w:pPr>
      <w:r>
        <w:separator/>
      </w:r>
    </w:p>
  </w:footnote>
  <w:footnote w:type="continuationSeparator" w:id="0">
    <w:p w14:paraId="79D12561" w14:textId="77777777" w:rsidR="001832F7" w:rsidRDefault="00183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3137" w14:textId="77777777" w:rsidR="002A6812" w:rsidRDefault="002A68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4571476">
    <w:abstractNumId w:val="8"/>
  </w:num>
  <w:num w:numId="2" w16cid:durableId="655106636">
    <w:abstractNumId w:val="6"/>
  </w:num>
  <w:num w:numId="3" w16cid:durableId="1798723274">
    <w:abstractNumId w:val="5"/>
  </w:num>
  <w:num w:numId="4" w16cid:durableId="591471505">
    <w:abstractNumId w:val="4"/>
  </w:num>
  <w:num w:numId="5" w16cid:durableId="1339113262">
    <w:abstractNumId w:val="7"/>
  </w:num>
  <w:num w:numId="6" w16cid:durableId="833298957">
    <w:abstractNumId w:val="3"/>
  </w:num>
  <w:num w:numId="7" w16cid:durableId="1928923441">
    <w:abstractNumId w:val="2"/>
  </w:num>
  <w:num w:numId="8" w16cid:durableId="893538814">
    <w:abstractNumId w:val="1"/>
  </w:num>
  <w:num w:numId="9" w16cid:durableId="79177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5B4A"/>
    <w:rsid w:val="0015074B"/>
    <w:rsid w:val="001832F7"/>
    <w:rsid w:val="001D51BF"/>
    <w:rsid w:val="00200FFD"/>
    <w:rsid w:val="0029639D"/>
    <w:rsid w:val="002A6812"/>
    <w:rsid w:val="00326F90"/>
    <w:rsid w:val="005812B7"/>
    <w:rsid w:val="005970F3"/>
    <w:rsid w:val="005D56F2"/>
    <w:rsid w:val="007060B4"/>
    <w:rsid w:val="00847AD3"/>
    <w:rsid w:val="008713DD"/>
    <w:rsid w:val="00871C2D"/>
    <w:rsid w:val="009C20DC"/>
    <w:rsid w:val="00AA1D8D"/>
    <w:rsid w:val="00AB3A2B"/>
    <w:rsid w:val="00B47730"/>
    <w:rsid w:val="00BA348E"/>
    <w:rsid w:val="00CA649C"/>
    <w:rsid w:val="00CB0664"/>
    <w:rsid w:val="00D15CD5"/>
    <w:rsid w:val="00E026EF"/>
    <w:rsid w:val="00EB647A"/>
    <w:rsid w:val="00FB536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2E5DA4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8713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8</cp:revision>
  <dcterms:created xsi:type="dcterms:W3CDTF">2013-12-23T23:15:00Z</dcterms:created>
  <dcterms:modified xsi:type="dcterms:W3CDTF">2026-09-01T06:10:00Z</dcterms:modified>
  <cp:category/>
</cp:coreProperties>
</file>