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257A82" w:rsidRPr="007D1692" w14:paraId="48CEB375" w14:textId="77777777" w:rsidTr="00137BFD">
        <w:trPr>
          <w:jc w:val="center"/>
        </w:trPr>
        <w:tc>
          <w:tcPr>
            <w:tcW w:w="2160" w:type="dxa"/>
            <w:vMerge w:val="restart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27D25F6F" w14:textId="77777777" w:rsidR="00257A82" w:rsidRPr="007D1692" w:rsidRDefault="00257A82" w:rsidP="00137BF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9738B6B" wp14:editId="30B83607">
                  <wp:extent cx="1155700" cy="1259489"/>
                  <wp:effectExtent l="0" t="0" r="6350" b="0"/>
                  <wp:docPr id="19121515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60" cy="126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CA3F3D9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257A82" w:rsidRPr="007D1692" w14:paraId="2F427D45" w14:textId="77777777" w:rsidTr="00137BFD">
        <w:trPr>
          <w:jc w:val="center"/>
        </w:trPr>
        <w:tc>
          <w:tcPr>
            <w:tcW w:w="2160" w:type="dxa"/>
            <w:vMerge/>
          </w:tcPr>
          <w:p w14:paraId="3CC7715C" w14:textId="77777777" w:rsidR="00257A82" w:rsidRPr="007D1692" w:rsidRDefault="00257A82" w:rsidP="00137BF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4A54B8CD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257A82" w:rsidRPr="007D1692" w14:paraId="5868A57A" w14:textId="77777777" w:rsidTr="00137BFD">
        <w:trPr>
          <w:jc w:val="center"/>
        </w:trPr>
        <w:tc>
          <w:tcPr>
            <w:tcW w:w="2160" w:type="dxa"/>
            <w:vMerge/>
          </w:tcPr>
          <w:p w14:paraId="24CC9004" w14:textId="77777777" w:rsidR="00257A82" w:rsidRPr="007D1692" w:rsidRDefault="00257A82" w:rsidP="00137BF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56BDBC06" w14:textId="77777777" w:rsidR="00257A82" w:rsidRPr="007D1692" w:rsidRDefault="00257A82" w:rsidP="00137BF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47E31276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6D48225D" w14:textId="77777777" w:rsidR="00257A82" w:rsidRPr="007D1692" w:rsidRDefault="00257A82" w:rsidP="00137BF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cod postal 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240595,</w:t>
            </w:r>
          </w:p>
          <w:p w14:paraId="035B4067" w14:textId="77777777" w:rsidR="00257A82" w:rsidRDefault="00257A82" w:rsidP="00137BF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EC25136" w14:textId="77777777" w:rsidR="00257A82" w:rsidRPr="007D1692" w:rsidRDefault="00257A82" w:rsidP="00137BFD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73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29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.</w:t>
            </w: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01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 fax.0250/73.56.17, www.cjvalcea.ro</w:t>
            </w:r>
          </w:p>
          <w:p w14:paraId="5FB25B62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 w:rsidRPr="007D1692"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  <w:u w:val="none"/>
                </w:rPr>
                <w:t>consiliu@cjvalcea.ro</w:t>
              </w:r>
            </w:hyperlink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257A82" w:rsidRPr="007D1692" w14:paraId="43009C28" w14:textId="77777777" w:rsidTr="00137BFD">
        <w:trPr>
          <w:trHeight w:val="352"/>
          <w:jc w:val="center"/>
        </w:trPr>
        <w:tc>
          <w:tcPr>
            <w:tcW w:w="2160" w:type="dxa"/>
            <w:vMerge/>
          </w:tcPr>
          <w:p w14:paraId="41A12238" w14:textId="77777777" w:rsidR="00257A82" w:rsidRPr="007D1692" w:rsidRDefault="00257A82" w:rsidP="00137BF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5DAAA392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Mar>
              <w:top w:w="25" w:type="dxa"/>
              <w:left w:w="50" w:type="dxa"/>
              <w:bottom w:w="25" w:type="dxa"/>
              <w:right w:w="50" w:type="dxa"/>
            </w:tcMar>
          </w:tcPr>
          <w:p w14:paraId="76520116" w14:textId="77777777" w:rsidR="00257A82" w:rsidRPr="007D1692" w:rsidRDefault="00257A82" w:rsidP="00137BFD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 w:rsidRPr="007D1692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2B5ABD5B" w14:textId="77777777" w:rsidR="00B12DE5" w:rsidRPr="00CA044C" w:rsidRDefault="00B12DE5" w:rsidP="008E6085">
      <w:pPr>
        <w:spacing w:before="80" w:after="6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22C59A06" w14:textId="7F20E0BD" w:rsidR="008E6085" w:rsidRPr="00CA044C" w:rsidRDefault="008E6085" w:rsidP="008E6085">
      <w:pPr>
        <w:spacing w:before="80" w:after="6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CA044C">
        <w:rPr>
          <w:rFonts w:ascii="Times New Roman" w:hAnsi="Times New Roman"/>
          <w:b/>
          <w:sz w:val="28"/>
          <w:szCs w:val="24"/>
        </w:rPr>
        <w:t>CERERE</w:t>
      </w:r>
    </w:p>
    <w:p w14:paraId="687FEDF4" w14:textId="77777777" w:rsidR="00B12DE5" w:rsidRPr="00CA044C" w:rsidRDefault="00B12DE5" w:rsidP="008E6085">
      <w:pPr>
        <w:spacing w:before="80" w:after="60" w:line="240" w:lineRule="auto"/>
        <w:jc w:val="center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CA044C" w:rsidRPr="00CA044C" w14:paraId="2D72B2C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1C1003E9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1. CĂTRE</w:t>
            </w:r>
          </w:p>
        </w:tc>
      </w:tr>
      <w:tr w:rsidR="00CA044C" w:rsidRPr="00CA044C" w14:paraId="1736D29B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4421BF2" w14:textId="383F307E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Instituția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>Președintele</w:t>
            </w:r>
            <w:proofErr w:type="spellEnd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>Consiliului</w:t>
            </w:r>
            <w:proofErr w:type="spellEnd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="00B97B62" w:rsidRPr="00CA044C">
              <w:rPr>
                <w:rFonts w:ascii="Times New Roman" w:hAnsi="Times New Roman"/>
                <w:i/>
                <w:sz w:val="16"/>
                <w:szCs w:val="24"/>
              </w:rPr>
              <w:t>Vâlcea</w:t>
            </w:r>
            <w:proofErr w:type="spellEnd"/>
          </w:p>
        </w:tc>
      </w:tr>
      <w:tr w:rsidR="006C782F" w:rsidRPr="00CA044C" w14:paraId="2FBF919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D3A46EC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Cererea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va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fi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transmisă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către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președintele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consiliului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județean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general,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de sector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primarul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municipiului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orașului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comunei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după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caz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.</w:t>
            </w:r>
          </w:p>
        </w:tc>
      </w:tr>
    </w:tbl>
    <w:p w14:paraId="63404C9A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CA044C" w:rsidRPr="00CA044C" w14:paraId="69D7A955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34C7A37C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CA044C" w:rsidRPr="00CA044C" w14:paraId="56CC3A5C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1188013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9A26A1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CA044C" w:rsidRPr="00CA044C" w14:paraId="1D7D41DB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73E7C4F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 xml:space="preserve">Act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identitate</w:t>
            </w:r>
            <w:proofErr w:type="spellEnd"/>
          </w:p>
        </w:tc>
      </w:tr>
      <w:tr w:rsidR="00CA044C" w:rsidRPr="00CA044C" w14:paraId="478ECC39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6954328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5E22E87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Numărul</w:t>
            </w:r>
            <w:proofErr w:type="spellEnd"/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7C3DEAE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Eliberat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6E68DA6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La data</w:t>
            </w:r>
          </w:p>
        </w:tc>
      </w:tr>
      <w:tr w:rsidR="00CA044C" w:rsidRPr="00CA044C" w14:paraId="7136ACF9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4C3D92D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CA044C" w:rsidRPr="00CA044C" w14:paraId="7798F5AC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5996C41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07EE8FE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6612BAE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202CD621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4215CBC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593895A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6AD1C5C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0C9DB0F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189B0B2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0F08016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412AC0A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173A524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731F6A3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Date de contact</w:t>
            </w:r>
          </w:p>
        </w:tc>
      </w:tr>
      <w:tr w:rsidR="00CA044C" w:rsidRPr="00CA044C" w14:paraId="64E51B0F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3372BA7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5368572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  <w:tr w:rsidR="00CA044C" w:rsidRPr="00CA044C" w14:paraId="30D2FCC5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444BF3C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Reprezentare</w:t>
            </w:r>
            <w:proofErr w:type="spellEnd"/>
          </w:p>
        </w:tc>
      </w:tr>
      <w:tr w:rsidR="006C782F" w:rsidRPr="00CA044C" w14:paraId="01237093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2937DA4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calitate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reprezentant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al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2" w:type="dxa"/>
              <w:left w:w="35" w:type="dxa"/>
              <w:bottom w:w="12" w:type="dxa"/>
              <w:right w:w="35" w:type="dxa"/>
            </w:tcMar>
          </w:tcPr>
          <w:p w14:paraId="5EBC841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CUI / CIF</w:t>
            </w:r>
          </w:p>
        </w:tc>
      </w:tr>
    </w:tbl>
    <w:p w14:paraId="47A25633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CA044C" w:rsidRPr="00CA044C" w14:paraId="3C37762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39D1AF1B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3. TITULAR AL</w:t>
            </w:r>
          </w:p>
        </w:tc>
      </w:tr>
      <w:tr w:rsidR="006C782F" w:rsidRPr="00CA044C" w14:paraId="1C3B2ED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36BD6E3F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dreptului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proprietate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asupra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imobilului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unui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alt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drept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real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corespunzător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proprietății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publice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dreptului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creanță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unui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alt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drept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potrivit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art. 248 alin. (2) din Legea nr. 169/2026</w:t>
            </w:r>
          </w:p>
        </w:tc>
      </w:tr>
    </w:tbl>
    <w:p w14:paraId="257FF027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CA044C" w:rsidRPr="00CA044C" w14:paraId="2AF5EEC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382CD50C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4. TITULAR AL</w:t>
            </w:r>
          </w:p>
        </w:tc>
      </w:tr>
      <w:tr w:rsidR="00CA044C" w:rsidRPr="00CA044C" w14:paraId="0276158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37D5EB5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Certificatului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urbanism nr. / </w:t>
            </w:r>
            <w:proofErr w:type="gram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  <w:proofErr w:type="gram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24B3029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emis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</w:t>
            </w:r>
          </w:p>
        </w:tc>
      </w:tr>
    </w:tbl>
    <w:p w14:paraId="0723720C" w14:textId="77777777" w:rsidR="006C782F" w:rsidRPr="00CA044C" w:rsidRDefault="006018BA">
      <w:pPr>
        <w:spacing w:before="60" w:after="40" w:line="240" w:lineRule="auto"/>
        <w:jc w:val="center"/>
        <w:rPr>
          <w:sz w:val="24"/>
          <w:szCs w:val="24"/>
        </w:rPr>
      </w:pPr>
      <w:proofErr w:type="spellStart"/>
      <w:r w:rsidRPr="00CA044C">
        <w:rPr>
          <w:rFonts w:ascii="Times New Roman" w:hAnsi="Times New Roman"/>
          <w:sz w:val="18"/>
          <w:szCs w:val="24"/>
        </w:rPr>
        <w:t>în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conformitate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cu </w:t>
      </w:r>
      <w:proofErr w:type="spellStart"/>
      <w:r w:rsidRPr="00CA044C">
        <w:rPr>
          <w:rFonts w:ascii="Times New Roman" w:hAnsi="Times New Roman"/>
          <w:sz w:val="18"/>
          <w:szCs w:val="24"/>
        </w:rPr>
        <w:t>prevederile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Legii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nr. 169/2026 </w:t>
      </w:r>
      <w:proofErr w:type="spellStart"/>
      <w:r w:rsidRPr="00CA044C">
        <w:rPr>
          <w:rFonts w:ascii="Times New Roman" w:hAnsi="Times New Roman"/>
          <w:sz w:val="18"/>
          <w:szCs w:val="24"/>
        </w:rPr>
        <w:t>privind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Codul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amenajării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teritoriului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, </w:t>
      </w:r>
      <w:proofErr w:type="spellStart"/>
      <w:r w:rsidRPr="00CA044C">
        <w:rPr>
          <w:rFonts w:ascii="Times New Roman" w:hAnsi="Times New Roman"/>
          <w:sz w:val="18"/>
          <w:szCs w:val="24"/>
        </w:rPr>
        <w:t>urbanismului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și</w:t>
      </w:r>
      <w:proofErr w:type="spellEnd"/>
      <w:r w:rsidRPr="00CA044C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</w:rPr>
        <w:t>construcțiilor</w:t>
      </w:r>
      <w:proofErr w:type="spellEnd"/>
      <w:r w:rsidRPr="00CA044C">
        <w:rPr>
          <w:rFonts w:ascii="Times New Roman" w:hAnsi="Times New Roman"/>
          <w:sz w:val="18"/>
          <w:szCs w:val="24"/>
        </w:rPr>
        <w:t>,</w:t>
      </w:r>
      <w:r w:rsidRPr="00CA044C">
        <w:rPr>
          <w:rFonts w:ascii="Times New Roman" w:hAnsi="Times New Roman"/>
          <w:sz w:val="18"/>
          <w:szCs w:val="24"/>
        </w:rPr>
        <w:br/>
        <w:t xml:space="preserve">solicit </w:t>
      </w:r>
      <w:proofErr w:type="spellStart"/>
      <w:r w:rsidRPr="00CA044C">
        <w:rPr>
          <w:rFonts w:ascii="Times New Roman" w:hAnsi="Times New Roman"/>
          <w:sz w:val="18"/>
          <w:szCs w:val="24"/>
        </w:rPr>
        <w:t>emiterea</w:t>
      </w:r>
      <w:proofErr w:type="spellEnd"/>
      <w:r w:rsidRPr="00CA044C">
        <w:rPr>
          <w:rFonts w:ascii="Times New Roman" w:hAnsi="Times New Roman"/>
          <w:sz w:val="18"/>
          <w:szCs w:val="24"/>
        </w:rPr>
        <w:br/>
      </w:r>
      <w:proofErr w:type="spellStart"/>
      <w:r w:rsidRPr="00CA044C">
        <w:rPr>
          <w:rFonts w:ascii="Times New Roman" w:hAnsi="Times New Roman"/>
          <w:b/>
          <w:szCs w:val="24"/>
        </w:rPr>
        <w:t>Autorizației</w:t>
      </w:r>
      <w:proofErr w:type="spellEnd"/>
      <w:r w:rsidRPr="00CA044C">
        <w:rPr>
          <w:rFonts w:ascii="Times New Roman" w:hAnsi="Times New Roman"/>
          <w:b/>
          <w:szCs w:val="24"/>
        </w:rPr>
        <w:t xml:space="preserve"> de ☐ </w:t>
      </w:r>
      <w:proofErr w:type="spellStart"/>
      <w:r w:rsidRPr="00CA044C">
        <w:rPr>
          <w:rFonts w:ascii="Times New Roman" w:hAnsi="Times New Roman"/>
          <w:b/>
          <w:szCs w:val="24"/>
        </w:rPr>
        <w:t>construire</w:t>
      </w:r>
      <w:proofErr w:type="spellEnd"/>
      <w:r w:rsidRPr="00CA044C">
        <w:rPr>
          <w:rFonts w:ascii="Times New Roman" w:hAnsi="Times New Roman"/>
          <w:b/>
          <w:szCs w:val="24"/>
        </w:rPr>
        <w:t xml:space="preserve"> / ☐ </w:t>
      </w:r>
      <w:proofErr w:type="spellStart"/>
      <w:r w:rsidRPr="00CA044C">
        <w:rPr>
          <w:rFonts w:ascii="Times New Roman" w:hAnsi="Times New Roman"/>
          <w:b/>
          <w:szCs w:val="24"/>
        </w:rPr>
        <w:t>desființare</w:t>
      </w:r>
      <w:proofErr w:type="spellEnd"/>
      <w:r w:rsidRPr="00CA044C">
        <w:rPr>
          <w:rFonts w:ascii="Times New Roman" w:hAnsi="Times New Roman"/>
          <w:b/>
          <w:szCs w:val="24"/>
        </w:rPr>
        <w:br/>
      </w:r>
      <w:r w:rsidRPr="00CA044C">
        <w:rPr>
          <w:rFonts w:ascii="Times New Roman" w:hAnsi="Times New Roman"/>
          <w:b/>
          <w:sz w:val="20"/>
          <w:szCs w:val="24"/>
        </w:rPr>
        <w:t>☐</w:t>
      </w:r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clădiri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și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amenajări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/ ☐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lucrări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inginerești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/ ☐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construcții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speciale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br/>
        <w:t xml:space="preserve">precum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și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a ☐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Autorizației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de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amenajare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gramStart"/>
      <w:r w:rsidRPr="00CA044C">
        <w:rPr>
          <w:rFonts w:ascii="Times New Roman" w:hAnsi="Times New Roman"/>
          <w:b/>
          <w:sz w:val="20"/>
          <w:szCs w:val="24"/>
        </w:rPr>
        <w:t>a</w:t>
      </w:r>
      <w:proofErr w:type="gram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organizării</w:t>
      </w:r>
      <w:proofErr w:type="spellEnd"/>
      <w:r w:rsidRPr="00CA044C">
        <w:rPr>
          <w:rFonts w:ascii="Times New Roman" w:hAnsi="Times New Roman"/>
          <w:b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b/>
          <w:sz w:val="20"/>
          <w:szCs w:val="24"/>
        </w:rPr>
        <w:t>execuției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CA044C" w:rsidRPr="00CA044C" w14:paraId="68C590D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5DADFB8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5. ÎN SCOPUL REALIZĂRII OBIECTIVULUI / OBIECTULUI DE INVESTIȚII</w:t>
            </w:r>
          </w:p>
        </w:tc>
      </w:tr>
      <w:tr w:rsidR="00CA044C" w:rsidRPr="00CA044C" w14:paraId="60F38C6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E536917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include cel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puțin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funcțiunea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principală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secundare</w:t>
            </w:r>
            <w:proofErr w:type="spellEnd"/>
          </w:p>
        </w:tc>
      </w:tr>
      <w:tr w:rsidR="006C782F" w:rsidRPr="00CA044C" w14:paraId="7BB63D2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A5DCE0A" w14:textId="77777777" w:rsidR="006C782F" w:rsidRPr="00CA044C" w:rsidRDefault="006018BA">
            <w:pPr>
              <w:spacing w:before="80" w:after="4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8"/>
                <w:szCs w:val="24"/>
              </w:rPr>
              <w:t>___________________________________________________________________________________________________</w:t>
            </w:r>
          </w:p>
        </w:tc>
      </w:tr>
    </w:tbl>
    <w:p w14:paraId="19560F1D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912"/>
        <w:gridCol w:w="912"/>
        <w:gridCol w:w="912"/>
        <w:gridCol w:w="912"/>
        <w:gridCol w:w="1824"/>
        <w:gridCol w:w="1824"/>
      </w:tblGrid>
      <w:tr w:rsidR="00CA044C" w:rsidRPr="00CA044C" w14:paraId="1AAAB9B9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158E99B0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6. IMOBIL / IMOBILE</w:t>
            </w:r>
          </w:p>
        </w:tc>
      </w:tr>
      <w:tr w:rsidR="00CA044C" w:rsidRPr="00CA044C" w14:paraId="7EC896D7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22A3BE4F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fiecare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se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completează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obligatoriu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câte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o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anexă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tehnică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;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celelalte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se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înscriu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anexa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.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1</w:t>
            </w:r>
          </w:p>
        </w:tc>
      </w:tr>
      <w:tr w:rsidR="00CA044C" w:rsidRPr="00CA044C" w14:paraId="6468480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04FB48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3CCCC98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175CF67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323F4FC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0FA0776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1A12A1F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57DC1C8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31A04E38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41E4F60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07BFA89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5EB2685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D5A9FA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18AB009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3435D2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" w:type="dxa"/>
              <w:left w:w="35" w:type="dxa"/>
              <w:bottom w:w="10" w:type="dxa"/>
              <w:right w:w="35" w:type="dxa"/>
            </w:tcMar>
          </w:tcPr>
          <w:p w14:paraId="7A58898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</w:tbl>
    <w:p w14:paraId="3F6E9CD1" w14:textId="77777777" w:rsidR="006018BA" w:rsidRDefault="006018BA">
      <w:pPr>
        <w:rPr>
          <w:sz w:val="24"/>
          <w:szCs w:val="24"/>
        </w:rPr>
      </w:pPr>
    </w:p>
    <w:tbl>
      <w:tblPr>
        <w:tblW w:w="10890" w:type="dxa"/>
        <w:tblInd w:w="-17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5"/>
        <w:gridCol w:w="779"/>
        <w:gridCol w:w="1557"/>
        <w:gridCol w:w="4229"/>
      </w:tblGrid>
      <w:tr w:rsidR="006018BA" w:rsidRPr="006018BA" w14:paraId="62FEE9CC" w14:textId="77777777" w:rsidTr="006018BA">
        <w:trPr>
          <w:trHeight w:val="200"/>
        </w:trPr>
        <w:tc>
          <w:tcPr>
            <w:tcW w:w="10890" w:type="dxa"/>
            <w:gridSpan w:val="4"/>
            <w:shd w:val="clear" w:color="auto" w:fill="F4F4F4"/>
          </w:tcPr>
          <w:p w14:paraId="397BF1FB" w14:textId="77777777" w:rsidR="006018BA" w:rsidRPr="006018BA" w:rsidRDefault="006018BA" w:rsidP="004F279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6018BA">
              <w:rPr>
                <w:b/>
                <w:sz w:val="15"/>
              </w:rPr>
              <w:t>7.</w:t>
            </w:r>
            <w:r w:rsidRPr="006018BA">
              <w:rPr>
                <w:b/>
                <w:spacing w:val="5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PROIECTUL</w:t>
            </w:r>
            <w:r w:rsidRPr="006018BA">
              <w:rPr>
                <w:b/>
                <w:spacing w:val="8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ATAȘAT</w:t>
            </w:r>
            <w:r w:rsidRPr="006018BA">
              <w:rPr>
                <w:b/>
                <w:spacing w:val="7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ȘI</w:t>
            </w:r>
            <w:r w:rsidRPr="006018BA">
              <w:rPr>
                <w:b/>
                <w:spacing w:val="9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ECHIPA</w:t>
            </w:r>
            <w:r w:rsidRPr="006018BA">
              <w:rPr>
                <w:b/>
                <w:spacing w:val="8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DE</w:t>
            </w:r>
            <w:r w:rsidRPr="006018BA">
              <w:rPr>
                <w:b/>
                <w:spacing w:val="7"/>
                <w:sz w:val="17"/>
              </w:rPr>
              <w:t xml:space="preserve"> </w:t>
            </w:r>
            <w:r w:rsidRPr="006018BA">
              <w:rPr>
                <w:b/>
                <w:spacing w:val="-2"/>
                <w:sz w:val="17"/>
              </w:rPr>
              <w:t>PROIECTARE</w:t>
            </w:r>
          </w:p>
        </w:tc>
      </w:tr>
      <w:tr w:rsidR="006018BA" w:rsidRPr="006018BA" w14:paraId="16E958C0" w14:textId="77777777" w:rsidTr="006018BA">
        <w:trPr>
          <w:trHeight w:val="412"/>
        </w:trPr>
        <w:tc>
          <w:tcPr>
            <w:tcW w:w="10890" w:type="dxa"/>
            <w:gridSpan w:val="4"/>
          </w:tcPr>
          <w:p w14:paraId="685C191D" w14:textId="77777777" w:rsidR="006018BA" w:rsidRPr="006018BA" w:rsidRDefault="006018BA" w:rsidP="006018BA">
            <w:pPr>
              <w:pStyle w:val="TableParagraph"/>
              <w:numPr>
                <w:ilvl w:val="0"/>
                <w:numId w:val="28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Proiect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autorizarea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construirii</w:t>
            </w:r>
            <w:r w:rsidRPr="006018BA">
              <w:rPr>
                <w:spacing w:val="43"/>
                <w:w w:val="105"/>
                <w:sz w:val="15"/>
              </w:rPr>
              <w:t xml:space="preserve">  </w:t>
            </w:r>
            <w:r w:rsidRPr="006018BA">
              <w:rPr>
                <w:rFonts w:ascii="Segoe UI Symbol" w:hAnsi="Segoe UI Symbol"/>
                <w:w w:val="105"/>
                <w:sz w:val="15"/>
              </w:rPr>
              <w:t>☐</w:t>
            </w:r>
            <w:r w:rsidRPr="006018BA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autorizarea</w:t>
            </w:r>
            <w:r w:rsidRPr="006018BA">
              <w:rPr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desființării</w:t>
            </w:r>
            <w:r w:rsidRPr="006018BA">
              <w:rPr>
                <w:spacing w:val="43"/>
                <w:w w:val="105"/>
                <w:sz w:val="15"/>
              </w:rPr>
              <w:t xml:space="preserve">  </w:t>
            </w:r>
            <w:r w:rsidRPr="006018BA">
              <w:rPr>
                <w:rFonts w:ascii="Segoe UI Symbol" w:hAnsi="Segoe UI Symbol"/>
                <w:w w:val="105"/>
                <w:sz w:val="15"/>
              </w:rPr>
              <w:t>☐</w:t>
            </w:r>
            <w:r w:rsidRPr="006018BA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intervenții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asupra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clădirilor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existente</w:t>
            </w:r>
          </w:p>
          <w:p w14:paraId="303C5DDB" w14:textId="77777777" w:rsidR="006018BA" w:rsidRPr="006018BA" w:rsidRDefault="006018BA" w:rsidP="006018BA">
            <w:pPr>
              <w:pStyle w:val="TableParagraph"/>
              <w:numPr>
                <w:ilvl w:val="0"/>
                <w:numId w:val="28"/>
              </w:numPr>
              <w:tabs>
                <w:tab w:val="left" w:pos="314"/>
              </w:tabs>
              <w:spacing w:before="7" w:line="181" w:lineRule="exact"/>
              <w:ind w:left="314" w:hanging="172"/>
              <w:rPr>
                <w:sz w:val="15"/>
              </w:rPr>
            </w:pPr>
            <w:r w:rsidRPr="006018BA">
              <w:rPr>
                <w:sz w:val="15"/>
              </w:rPr>
              <w:t>Proiect</w:t>
            </w:r>
            <w:r w:rsidRPr="006018BA">
              <w:rPr>
                <w:spacing w:val="15"/>
                <w:sz w:val="15"/>
              </w:rPr>
              <w:t xml:space="preserve"> </w:t>
            </w:r>
            <w:r w:rsidRPr="006018BA">
              <w:rPr>
                <w:sz w:val="15"/>
              </w:rPr>
              <w:t>pentru</w:t>
            </w:r>
            <w:r w:rsidRPr="006018BA">
              <w:rPr>
                <w:spacing w:val="17"/>
                <w:sz w:val="15"/>
              </w:rPr>
              <w:t xml:space="preserve"> </w:t>
            </w:r>
            <w:r w:rsidRPr="006018BA">
              <w:rPr>
                <w:sz w:val="15"/>
              </w:rPr>
              <w:t>autorizarea</w:t>
            </w:r>
            <w:r w:rsidRPr="006018BA">
              <w:rPr>
                <w:spacing w:val="16"/>
                <w:sz w:val="15"/>
              </w:rPr>
              <w:t xml:space="preserve"> </w:t>
            </w:r>
            <w:r w:rsidRPr="006018BA">
              <w:rPr>
                <w:spacing w:val="-2"/>
                <w:sz w:val="15"/>
              </w:rPr>
              <w:t>amenajării</w:t>
            </w:r>
          </w:p>
        </w:tc>
      </w:tr>
      <w:tr w:rsidR="006018BA" w:rsidRPr="006018BA" w14:paraId="22BE96C6" w14:textId="77777777" w:rsidTr="006018BA">
        <w:trPr>
          <w:trHeight w:val="493"/>
        </w:trPr>
        <w:tc>
          <w:tcPr>
            <w:tcW w:w="4325" w:type="dxa"/>
          </w:tcPr>
          <w:p w14:paraId="10FE8E73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6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6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data</w:t>
            </w:r>
            <w:r w:rsidRPr="006018BA">
              <w:rPr>
                <w:b/>
                <w:spacing w:val="-6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proiectului</w:t>
            </w:r>
          </w:p>
        </w:tc>
        <w:tc>
          <w:tcPr>
            <w:tcW w:w="6565" w:type="dxa"/>
            <w:gridSpan w:val="3"/>
          </w:tcPr>
          <w:p w14:paraId="10AB9D4F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sz w:val="14"/>
              </w:rPr>
              <w:t>Elaborator</w:t>
            </w:r>
            <w:r w:rsidRPr="006018BA">
              <w:rPr>
                <w:b/>
                <w:spacing w:val="8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(denumire</w:t>
            </w:r>
            <w:r w:rsidRPr="006018BA">
              <w:rPr>
                <w:b/>
                <w:spacing w:val="9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+</w:t>
            </w:r>
            <w:r w:rsidRPr="006018BA">
              <w:rPr>
                <w:b/>
                <w:spacing w:val="9"/>
                <w:sz w:val="14"/>
              </w:rPr>
              <w:t xml:space="preserve"> </w:t>
            </w:r>
            <w:r w:rsidRPr="006018BA">
              <w:rPr>
                <w:b/>
                <w:spacing w:val="-2"/>
                <w:sz w:val="14"/>
              </w:rPr>
              <w:t>sediu)</w:t>
            </w:r>
          </w:p>
        </w:tc>
      </w:tr>
      <w:tr w:rsidR="006018BA" w:rsidRPr="006018BA" w14:paraId="1D69F326" w14:textId="77777777" w:rsidTr="006018BA">
        <w:trPr>
          <w:trHeight w:val="502"/>
        </w:trPr>
        <w:tc>
          <w:tcPr>
            <w:tcW w:w="5104" w:type="dxa"/>
            <w:gridSpan w:val="2"/>
          </w:tcPr>
          <w:p w14:paraId="04AAF0D1" w14:textId="77777777" w:rsidR="006018BA" w:rsidRPr="006018BA" w:rsidRDefault="006018BA" w:rsidP="004F2790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lastRenderedPageBreak/>
              <w:t>Proiectant</w:t>
            </w:r>
            <w:r w:rsidRPr="006018BA">
              <w:rPr>
                <w:b/>
                <w:spacing w:val="-10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autor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arhitect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arhitect</w:t>
            </w:r>
            <w:r w:rsidRPr="006018BA">
              <w:rPr>
                <w:b/>
                <w:spacing w:val="-10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conductor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arhitect</w:t>
            </w:r>
            <w:r w:rsidRPr="006018BA">
              <w:rPr>
                <w:b/>
                <w:spacing w:val="40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de</w:t>
            </w:r>
            <w:r w:rsidRPr="006018BA">
              <w:rPr>
                <w:b/>
                <w:spacing w:val="-5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2CE52EF6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5"/>
                <w:w w:val="105"/>
                <w:sz w:val="14"/>
              </w:rPr>
              <w:t>TNA</w:t>
            </w:r>
          </w:p>
        </w:tc>
        <w:tc>
          <w:tcPr>
            <w:tcW w:w="4229" w:type="dxa"/>
          </w:tcPr>
          <w:p w14:paraId="6F474D36" w14:textId="77777777" w:rsidR="006018BA" w:rsidRPr="006018BA" w:rsidRDefault="006018BA" w:rsidP="004F2790">
            <w:pPr>
              <w:pStyle w:val="TableParagraph"/>
              <w:ind w:left="105"/>
              <w:rPr>
                <w:b/>
                <w:sz w:val="14"/>
              </w:rPr>
            </w:pPr>
            <w:r w:rsidRPr="006018BA">
              <w:rPr>
                <w:b/>
                <w:spacing w:val="-2"/>
                <w:w w:val="105"/>
                <w:sz w:val="14"/>
              </w:rPr>
              <w:t>Ingineri,</w:t>
            </w:r>
            <w:r w:rsidRPr="006018BA">
              <w:rPr>
                <w:b/>
                <w:spacing w:val="-1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pe</w:t>
            </w:r>
            <w:r w:rsidRPr="006018BA">
              <w:rPr>
                <w:b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specialități</w:t>
            </w:r>
          </w:p>
        </w:tc>
      </w:tr>
    </w:tbl>
    <w:p w14:paraId="04A1CD41" w14:textId="77777777" w:rsidR="006018BA" w:rsidRPr="006018BA" w:rsidRDefault="006018BA" w:rsidP="006018BA">
      <w:pPr>
        <w:spacing w:before="3"/>
        <w:rPr>
          <w:sz w:val="10"/>
        </w:rPr>
      </w:pPr>
    </w:p>
    <w:tbl>
      <w:tblPr>
        <w:tblW w:w="10890" w:type="dxa"/>
        <w:tblInd w:w="-17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2"/>
        <w:gridCol w:w="4228"/>
      </w:tblGrid>
      <w:tr w:rsidR="006018BA" w:rsidRPr="006018BA" w14:paraId="4FB3F94C" w14:textId="77777777" w:rsidTr="006018BA">
        <w:trPr>
          <w:trHeight w:val="201"/>
        </w:trPr>
        <w:tc>
          <w:tcPr>
            <w:tcW w:w="10890" w:type="dxa"/>
            <w:gridSpan w:val="2"/>
            <w:shd w:val="clear" w:color="auto" w:fill="F4F4F4"/>
          </w:tcPr>
          <w:p w14:paraId="4E4BDEED" w14:textId="77777777" w:rsidR="006018BA" w:rsidRPr="006018BA" w:rsidRDefault="006018BA" w:rsidP="004F279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6018BA">
              <w:rPr>
                <w:b/>
                <w:sz w:val="15"/>
              </w:rPr>
              <w:t>8.</w:t>
            </w:r>
            <w:r w:rsidRPr="006018BA">
              <w:rPr>
                <w:b/>
                <w:spacing w:val="8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CLASA</w:t>
            </w:r>
            <w:r w:rsidRPr="006018BA">
              <w:rPr>
                <w:b/>
                <w:spacing w:val="11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DE</w:t>
            </w:r>
            <w:r w:rsidRPr="006018BA">
              <w:rPr>
                <w:b/>
                <w:spacing w:val="10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CONSECINȚE</w:t>
            </w:r>
            <w:r w:rsidRPr="006018BA">
              <w:rPr>
                <w:b/>
                <w:spacing w:val="5"/>
                <w:sz w:val="17"/>
              </w:rPr>
              <w:t xml:space="preserve"> </w:t>
            </w:r>
            <w:r w:rsidRPr="006018BA">
              <w:rPr>
                <w:b/>
                <w:sz w:val="15"/>
              </w:rPr>
              <w:t>/</w:t>
            </w:r>
            <w:r w:rsidRPr="006018BA">
              <w:rPr>
                <w:b/>
                <w:spacing w:val="8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VERIFICAREA</w:t>
            </w:r>
            <w:r w:rsidRPr="006018BA">
              <w:rPr>
                <w:b/>
                <w:spacing w:val="11"/>
                <w:sz w:val="17"/>
              </w:rPr>
              <w:t xml:space="preserve"> </w:t>
            </w:r>
            <w:r w:rsidRPr="006018BA">
              <w:rPr>
                <w:b/>
                <w:spacing w:val="-2"/>
                <w:sz w:val="17"/>
              </w:rPr>
              <w:t>TEHNICĂ</w:t>
            </w:r>
          </w:p>
        </w:tc>
      </w:tr>
      <w:tr w:rsidR="006018BA" w:rsidRPr="006018BA" w14:paraId="461517D6" w14:textId="77777777" w:rsidTr="006018BA">
        <w:trPr>
          <w:trHeight w:val="206"/>
        </w:trPr>
        <w:tc>
          <w:tcPr>
            <w:tcW w:w="10890" w:type="dxa"/>
            <w:gridSpan w:val="2"/>
          </w:tcPr>
          <w:p w14:paraId="466FB239" w14:textId="77777777" w:rsidR="006018BA" w:rsidRPr="006018BA" w:rsidRDefault="006018BA" w:rsidP="006018BA">
            <w:pPr>
              <w:pStyle w:val="TableParagraph"/>
              <w:numPr>
                <w:ilvl w:val="0"/>
                <w:numId w:val="2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CC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1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NVP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1</w:t>
            </w:r>
            <w:r w:rsidRPr="006018BA">
              <w:rPr>
                <w:spacing w:val="53"/>
                <w:w w:val="105"/>
                <w:sz w:val="15"/>
              </w:rPr>
              <w:t xml:space="preserve">  </w:t>
            </w:r>
            <w:r w:rsidRPr="006018BA">
              <w:rPr>
                <w:rFonts w:ascii="Segoe UI Symbol" w:hAnsi="Segoe UI Symbol"/>
                <w:w w:val="105"/>
                <w:sz w:val="15"/>
              </w:rPr>
              <w:t>☐</w:t>
            </w:r>
            <w:r w:rsidRPr="006018BA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CC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2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2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NVP</w:t>
            </w:r>
            <w:r w:rsidRPr="006018BA">
              <w:rPr>
                <w:spacing w:val="-2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2</w:t>
            </w:r>
            <w:r w:rsidRPr="006018BA">
              <w:rPr>
                <w:spacing w:val="53"/>
                <w:w w:val="105"/>
                <w:sz w:val="15"/>
              </w:rPr>
              <w:t xml:space="preserve">  </w:t>
            </w:r>
            <w:r w:rsidRPr="006018BA">
              <w:rPr>
                <w:rFonts w:ascii="Segoe UI Symbol" w:hAnsi="Segoe UI Symbol"/>
                <w:w w:val="105"/>
                <w:sz w:val="15"/>
              </w:rPr>
              <w:t>☐</w:t>
            </w:r>
            <w:r w:rsidRPr="006018BA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CC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3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2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NVP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3</w:t>
            </w:r>
            <w:r w:rsidRPr="006018BA">
              <w:rPr>
                <w:spacing w:val="53"/>
                <w:w w:val="105"/>
                <w:sz w:val="15"/>
              </w:rPr>
              <w:t xml:space="preserve">  </w:t>
            </w:r>
            <w:r w:rsidRPr="006018BA">
              <w:rPr>
                <w:rFonts w:ascii="Segoe UI Symbol" w:hAnsi="Segoe UI Symbol"/>
                <w:w w:val="105"/>
                <w:sz w:val="15"/>
              </w:rPr>
              <w:t>☐</w:t>
            </w:r>
            <w:r w:rsidRPr="006018BA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CC</w:t>
            </w:r>
            <w:r w:rsidRPr="006018BA">
              <w:rPr>
                <w:spacing w:val="-2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4</w:t>
            </w:r>
            <w:r w:rsidRPr="006018BA">
              <w:rPr>
                <w:spacing w:val="-2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NVP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spacing w:val="-10"/>
                <w:w w:val="105"/>
                <w:sz w:val="15"/>
              </w:rPr>
              <w:t>4</w:t>
            </w:r>
          </w:p>
        </w:tc>
      </w:tr>
      <w:tr w:rsidR="006018BA" w:rsidRPr="006018BA" w14:paraId="4E4EBD7A" w14:textId="77777777" w:rsidTr="006018BA">
        <w:trPr>
          <w:trHeight w:val="494"/>
        </w:trPr>
        <w:tc>
          <w:tcPr>
            <w:tcW w:w="6662" w:type="dxa"/>
          </w:tcPr>
          <w:p w14:paraId="3240527F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rezistență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mecanică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stabilitate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68A99F3C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018BA" w:rsidRPr="006018BA" w14:paraId="5C7C4712" w14:textId="77777777" w:rsidTr="006018BA">
        <w:trPr>
          <w:trHeight w:val="495"/>
        </w:trPr>
        <w:tc>
          <w:tcPr>
            <w:tcW w:w="6662" w:type="dxa"/>
          </w:tcPr>
          <w:p w14:paraId="3DC7D4C0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securitate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la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incendiu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3639A503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018BA" w:rsidRPr="006018BA" w14:paraId="7A8499FC" w14:textId="77777777" w:rsidTr="006018BA">
        <w:trPr>
          <w:trHeight w:val="494"/>
        </w:trPr>
        <w:tc>
          <w:tcPr>
            <w:tcW w:w="6662" w:type="dxa"/>
          </w:tcPr>
          <w:p w14:paraId="26BF555B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igienă,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sănătate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mediu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înconjurător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153A5968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018BA" w:rsidRPr="006018BA" w14:paraId="22D2E734" w14:textId="77777777" w:rsidTr="006018BA">
        <w:trPr>
          <w:trHeight w:val="494"/>
        </w:trPr>
        <w:tc>
          <w:tcPr>
            <w:tcW w:w="6662" w:type="dxa"/>
          </w:tcPr>
          <w:p w14:paraId="4C144305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siguranță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accesibilitate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în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exploatare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405BF500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018BA" w:rsidRPr="006018BA" w14:paraId="52A82B41" w14:textId="77777777" w:rsidTr="006018BA">
        <w:trPr>
          <w:trHeight w:val="495"/>
        </w:trPr>
        <w:tc>
          <w:tcPr>
            <w:tcW w:w="6662" w:type="dxa"/>
          </w:tcPr>
          <w:p w14:paraId="0FFC8671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protecție</w:t>
            </w:r>
            <w:r w:rsidRPr="006018BA">
              <w:rPr>
                <w:b/>
                <w:spacing w:val="-10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împotriva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zgomotului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65BE5AA4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6018BA" w:rsidRPr="006018BA" w14:paraId="3E4BF0BA" w14:textId="77777777" w:rsidTr="006018BA">
        <w:trPr>
          <w:trHeight w:val="493"/>
        </w:trPr>
        <w:tc>
          <w:tcPr>
            <w:tcW w:w="6662" w:type="dxa"/>
          </w:tcPr>
          <w:p w14:paraId="1890491D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economie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de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energie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izolare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termică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—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nume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și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prenume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verificator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7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4228" w:type="dxa"/>
          </w:tcPr>
          <w:p w14:paraId="7251919C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Referat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nr.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/</w:t>
            </w:r>
            <w:r w:rsidRPr="006018BA">
              <w:rPr>
                <w:b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</w:tbl>
    <w:p w14:paraId="025EEE82" w14:textId="77777777" w:rsidR="006018BA" w:rsidRPr="006018BA" w:rsidRDefault="006018BA" w:rsidP="006018BA">
      <w:pPr>
        <w:spacing w:before="3" w:after="1"/>
        <w:rPr>
          <w:sz w:val="10"/>
        </w:rPr>
      </w:pPr>
    </w:p>
    <w:tbl>
      <w:tblPr>
        <w:tblW w:w="10890" w:type="dxa"/>
        <w:tblInd w:w="-17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5"/>
        <w:gridCol w:w="3117"/>
        <w:gridCol w:w="2668"/>
      </w:tblGrid>
      <w:tr w:rsidR="006018BA" w:rsidRPr="006018BA" w14:paraId="41B775E2" w14:textId="77777777" w:rsidTr="006018BA">
        <w:trPr>
          <w:trHeight w:val="200"/>
        </w:trPr>
        <w:tc>
          <w:tcPr>
            <w:tcW w:w="10890" w:type="dxa"/>
            <w:gridSpan w:val="3"/>
            <w:shd w:val="clear" w:color="auto" w:fill="F4F4F4"/>
          </w:tcPr>
          <w:p w14:paraId="0EF0AA07" w14:textId="77777777" w:rsidR="006018BA" w:rsidRPr="006018BA" w:rsidRDefault="006018BA" w:rsidP="004F279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6018BA">
              <w:rPr>
                <w:b/>
                <w:sz w:val="15"/>
              </w:rPr>
              <w:t>9.</w:t>
            </w:r>
            <w:r w:rsidRPr="006018BA">
              <w:rPr>
                <w:b/>
                <w:spacing w:val="4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VALORI</w:t>
            </w:r>
            <w:r w:rsidRPr="006018BA">
              <w:rPr>
                <w:b/>
                <w:spacing w:val="6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ȘI</w:t>
            </w:r>
            <w:r w:rsidRPr="006018BA">
              <w:rPr>
                <w:b/>
                <w:spacing w:val="6"/>
                <w:sz w:val="17"/>
              </w:rPr>
              <w:t xml:space="preserve"> </w:t>
            </w:r>
            <w:r w:rsidRPr="006018BA">
              <w:rPr>
                <w:b/>
                <w:spacing w:val="-2"/>
                <w:sz w:val="17"/>
              </w:rPr>
              <w:t>DURATĂ</w:t>
            </w:r>
          </w:p>
        </w:tc>
      </w:tr>
      <w:tr w:rsidR="006018BA" w:rsidRPr="006018BA" w14:paraId="1A515C41" w14:textId="77777777" w:rsidTr="006018BA">
        <w:trPr>
          <w:trHeight w:val="494"/>
        </w:trPr>
        <w:tc>
          <w:tcPr>
            <w:tcW w:w="5105" w:type="dxa"/>
          </w:tcPr>
          <w:p w14:paraId="36323771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sz w:val="14"/>
              </w:rPr>
              <w:t>Valoarea</w:t>
            </w:r>
            <w:r w:rsidRPr="006018BA">
              <w:rPr>
                <w:b/>
                <w:spacing w:val="14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lucrărilor</w:t>
            </w:r>
            <w:r w:rsidRPr="006018BA">
              <w:rPr>
                <w:b/>
                <w:spacing w:val="14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supuse</w:t>
            </w:r>
            <w:r w:rsidRPr="006018BA">
              <w:rPr>
                <w:b/>
                <w:spacing w:val="14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autorizării</w:t>
            </w:r>
            <w:r w:rsidRPr="006018BA">
              <w:rPr>
                <w:b/>
                <w:spacing w:val="15"/>
                <w:sz w:val="14"/>
              </w:rPr>
              <w:t xml:space="preserve"> </w:t>
            </w:r>
            <w:r w:rsidRPr="006018BA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3F85C9CF" w14:textId="77777777" w:rsidR="006018BA" w:rsidRPr="006018BA" w:rsidRDefault="006018BA" w:rsidP="004F2790">
            <w:pPr>
              <w:pStyle w:val="TableParagraph"/>
              <w:ind w:left="103"/>
              <w:rPr>
                <w:b/>
                <w:sz w:val="14"/>
              </w:rPr>
            </w:pPr>
            <w:r w:rsidRPr="006018BA">
              <w:rPr>
                <w:b/>
                <w:sz w:val="14"/>
              </w:rPr>
              <w:t>Valoarea</w:t>
            </w:r>
            <w:r w:rsidRPr="006018BA">
              <w:rPr>
                <w:b/>
                <w:spacing w:val="18"/>
                <w:sz w:val="14"/>
              </w:rPr>
              <w:t xml:space="preserve"> </w:t>
            </w:r>
            <w:r w:rsidRPr="006018BA">
              <w:rPr>
                <w:b/>
                <w:sz w:val="14"/>
              </w:rPr>
              <w:t>obiectivului</w:t>
            </w:r>
            <w:r w:rsidRPr="006018BA">
              <w:rPr>
                <w:b/>
                <w:spacing w:val="18"/>
                <w:sz w:val="14"/>
              </w:rPr>
              <w:t xml:space="preserve"> </w:t>
            </w:r>
            <w:r w:rsidRPr="006018BA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2668" w:type="dxa"/>
          </w:tcPr>
          <w:p w14:paraId="0A9BE949" w14:textId="77777777" w:rsidR="006018BA" w:rsidRPr="006018BA" w:rsidRDefault="006018BA" w:rsidP="004F2790">
            <w:pPr>
              <w:pStyle w:val="TableParagraph"/>
              <w:ind w:left="102"/>
              <w:rPr>
                <w:b/>
                <w:sz w:val="14"/>
              </w:rPr>
            </w:pPr>
            <w:r w:rsidRPr="006018BA">
              <w:rPr>
                <w:b/>
                <w:w w:val="105"/>
                <w:sz w:val="14"/>
              </w:rPr>
              <w:t>Durata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estimată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de</w:t>
            </w:r>
            <w:r w:rsidRPr="006018BA">
              <w:rPr>
                <w:b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b/>
                <w:w w:val="105"/>
                <w:sz w:val="14"/>
              </w:rPr>
              <w:t>execuție</w:t>
            </w:r>
            <w:r w:rsidRPr="006018BA">
              <w:rPr>
                <w:b/>
                <w:spacing w:val="-10"/>
                <w:w w:val="105"/>
                <w:sz w:val="14"/>
              </w:rPr>
              <w:t xml:space="preserve"> </w:t>
            </w:r>
            <w:r w:rsidRPr="006018BA">
              <w:rPr>
                <w:b/>
                <w:spacing w:val="-2"/>
                <w:w w:val="105"/>
                <w:sz w:val="14"/>
              </w:rPr>
              <w:t>(luni)</w:t>
            </w:r>
          </w:p>
        </w:tc>
      </w:tr>
    </w:tbl>
    <w:p w14:paraId="3E4CEF12" w14:textId="77777777" w:rsidR="006018BA" w:rsidRPr="006018BA" w:rsidRDefault="006018BA" w:rsidP="006018BA">
      <w:pPr>
        <w:spacing w:before="6" w:after="1"/>
        <w:rPr>
          <w:sz w:val="14"/>
        </w:rPr>
      </w:pPr>
    </w:p>
    <w:tbl>
      <w:tblPr>
        <w:tblW w:w="10890" w:type="dxa"/>
        <w:tblInd w:w="-17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018BA" w:rsidRPr="006018BA" w14:paraId="489464B1" w14:textId="77777777" w:rsidTr="006018BA">
        <w:trPr>
          <w:trHeight w:val="200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14:paraId="287C6DFE" w14:textId="77777777" w:rsidR="006018BA" w:rsidRPr="006018BA" w:rsidRDefault="006018BA" w:rsidP="004F279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6018BA">
              <w:rPr>
                <w:b/>
                <w:sz w:val="15"/>
              </w:rPr>
              <w:t>10.</w:t>
            </w:r>
            <w:r w:rsidRPr="006018BA">
              <w:rPr>
                <w:b/>
                <w:spacing w:val="6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ANEXEZ</w:t>
            </w:r>
            <w:r w:rsidRPr="006018BA">
              <w:rPr>
                <w:b/>
                <w:spacing w:val="9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LA</w:t>
            </w:r>
            <w:r w:rsidRPr="006018BA">
              <w:rPr>
                <w:b/>
                <w:spacing w:val="10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PREZENTA</w:t>
            </w:r>
            <w:r w:rsidRPr="006018BA">
              <w:rPr>
                <w:b/>
                <w:spacing w:val="9"/>
                <w:sz w:val="17"/>
              </w:rPr>
              <w:t xml:space="preserve"> </w:t>
            </w:r>
            <w:r w:rsidRPr="006018BA">
              <w:rPr>
                <w:b/>
                <w:spacing w:val="-2"/>
                <w:sz w:val="17"/>
              </w:rPr>
              <w:t>CERERE</w:t>
            </w:r>
          </w:p>
        </w:tc>
      </w:tr>
      <w:tr w:rsidR="006018BA" w:rsidRPr="006018BA" w14:paraId="7732F808" w14:textId="77777777" w:rsidTr="006018BA">
        <w:trPr>
          <w:trHeight w:val="206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7FE7B5B6" w14:textId="77777777" w:rsidR="006018BA" w:rsidRPr="006018BA" w:rsidRDefault="006018BA" w:rsidP="006018BA">
            <w:pPr>
              <w:pStyle w:val="TableParagraph"/>
              <w:numPr>
                <w:ilvl w:val="0"/>
                <w:numId w:val="26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a)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extras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plan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cadastral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actualizat</w:t>
            </w:r>
            <w:r w:rsidRPr="006018BA">
              <w:rPr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extras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carte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funciară</w:t>
            </w:r>
            <w:r w:rsidRPr="006018BA">
              <w:rPr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actualizat,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nu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mai</w:t>
            </w:r>
            <w:r w:rsidRPr="006018BA">
              <w:rPr>
                <w:spacing w:val="-5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vechi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30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spacing w:val="-4"/>
                <w:w w:val="105"/>
                <w:sz w:val="15"/>
              </w:rPr>
              <w:t>zile</w:t>
            </w:r>
          </w:p>
        </w:tc>
      </w:tr>
      <w:tr w:rsidR="006018BA" w:rsidRPr="006018BA" w14:paraId="49615482" w14:textId="77777777" w:rsidTr="006018BA">
        <w:trPr>
          <w:trHeight w:val="205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796240EA" w14:textId="77777777" w:rsidR="006018BA" w:rsidRPr="006018BA" w:rsidRDefault="006018BA" w:rsidP="006018BA">
            <w:pPr>
              <w:pStyle w:val="TableParagraph"/>
              <w:numPr>
                <w:ilvl w:val="0"/>
                <w:numId w:val="25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b)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actele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care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atestă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dreptul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baza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căruia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titularul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poate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solicita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emiterea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autorizației,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dacă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este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(copie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conform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cu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originalul)</w:t>
            </w:r>
          </w:p>
        </w:tc>
      </w:tr>
      <w:tr w:rsidR="006018BA" w:rsidRPr="006018BA" w14:paraId="65994155" w14:textId="77777777" w:rsidTr="006018BA">
        <w:trPr>
          <w:trHeight w:val="384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35F3D0AD" w14:textId="77777777" w:rsidR="006018BA" w:rsidRPr="006018BA" w:rsidRDefault="006018BA" w:rsidP="006018BA">
            <w:pPr>
              <w:pStyle w:val="TableParagraph"/>
              <w:numPr>
                <w:ilvl w:val="0"/>
                <w:numId w:val="24"/>
              </w:numPr>
              <w:tabs>
                <w:tab w:val="left" w:pos="276"/>
              </w:tabs>
              <w:spacing w:before="0" w:line="170" w:lineRule="atLeast"/>
              <w:ind w:right="297" w:firstLine="0"/>
              <w:rPr>
                <w:sz w:val="15"/>
              </w:rPr>
            </w:pPr>
            <w:r w:rsidRPr="006018BA">
              <w:rPr>
                <w:w w:val="105"/>
                <w:sz w:val="15"/>
              </w:rPr>
              <w:t>c)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proiectul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autorizarea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construirii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desființării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intervențiilor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asupra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construcțiilor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existente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amenajării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organizării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șantier,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după</w:t>
            </w:r>
            <w:r w:rsidRPr="006018BA">
              <w:rPr>
                <w:spacing w:val="4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(2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exemplare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originale sau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1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original, în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format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letric,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acolo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unde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autoritatea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are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posibilitatea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arhiva în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format</w:t>
            </w:r>
            <w:r w:rsidRPr="006018BA">
              <w:rPr>
                <w:spacing w:val="-1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digital)</w:t>
            </w:r>
          </w:p>
        </w:tc>
      </w:tr>
      <w:tr w:rsidR="006018BA" w:rsidRPr="006018BA" w14:paraId="2925AA39" w14:textId="77777777" w:rsidTr="006018BA">
        <w:trPr>
          <w:trHeight w:val="206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436C3478" w14:textId="77777777" w:rsidR="006018BA" w:rsidRPr="006018BA" w:rsidRDefault="006018BA" w:rsidP="006018BA">
            <w:pPr>
              <w:pStyle w:val="TableParagraph"/>
              <w:numPr>
                <w:ilvl w:val="0"/>
                <w:numId w:val="23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d)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referatele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verificare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ale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proiectului,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corespunzător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clasei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consecințe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obiectivului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(câte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1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1155203A" w14:textId="77777777" w:rsidTr="006018BA">
        <w:trPr>
          <w:trHeight w:val="206"/>
        </w:trPr>
        <w:tc>
          <w:tcPr>
            <w:tcW w:w="10890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14:paraId="25002340" w14:textId="77777777" w:rsidR="006018BA" w:rsidRPr="006018BA" w:rsidRDefault="006018BA" w:rsidP="006018BA">
            <w:pPr>
              <w:pStyle w:val="TableParagraph"/>
              <w:numPr>
                <w:ilvl w:val="0"/>
                <w:numId w:val="22"/>
              </w:numPr>
              <w:tabs>
                <w:tab w:val="left" w:pos="276"/>
                <w:tab w:val="left" w:leader="dot" w:pos="5660"/>
              </w:tabs>
              <w:spacing w:line="181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e)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avizele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acordurile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stabilite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prin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certificatul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urbanism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nr.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……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spacing w:val="-5"/>
                <w:w w:val="105"/>
                <w:sz w:val="15"/>
              </w:rPr>
              <w:t>din</w:t>
            </w:r>
            <w:r w:rsidRPr="006018BA">
              <w:rPr>
                <w:sz w:val="15"/>
              </w:rPr>
              <w:tab/>
            </w:r>
            <w:r w:rsidRPr="006018BA">
              <w:rPr>
                <w:w w:val="105"/>
                <w:sz w:val="15"/>
              </w:rPr>
              <w:t>(câte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1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71919369" w14:textId="77777777" w:rsidTr="006018BA">
        <w:trPr>
          <w:trHeight w:val="1483"/>
        </w:trPr>
        <w:tc>
          <w:tcPr>
            <w:tcW w:w="10890" w:type="dxa"/>
          </w:tcPr>
          <w:p w14:paraId="09C1F99C" w14:textId="77777777" w:rsidR="006018BA" w:rsidRPr="006018BA" w:rsidRDefault="006018BA" w:rsidP="004F2790">
            <w:pPr>
              <w:pStyle w:val="TableParagraph"/>
              <w:rPr>
                <w:i/>
                <w:sz w:val="14"/>
              </w:rPr>
            </w:pPr>
            <w:r w:rsidRPr="006018BA">
              <w:rPr>
                <w:i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39DF95E1" wp14:editId="5185AB4F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39CD71" id="Group 119" o:spid="_x0000_s1026" style="position:absolute;margin-left:3.8pt;margin-top:69.6pt;width:459.85pt;height:.7pt;z-index:-251658240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">
                      <v:shape id="Graphic 12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6018BA">
              <w:rPr>
                <w:i/>
                <w:w w:val="105"/>
                <w:sz w:val="14"/>
              </w:rPr>
              <w:t>avizele</w:t>
            </w:r>
            <w:r w:rsidRPr="006018BA">
              <w:rPr>
                <w:i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i/>
                <w:w w:val="105"/>
                <w:sz w:val="14"/>
              </w:rPr>
              <w:t>și</w:t>
            </w:r>
            <w:r w:rsidRPr="006018BA">
              <w:rPr>
                <w:i/>
                <w:spacing w:val="-10"/>
                <w:w w:val="105"/>
                <w:sz w:val="14"/>
              </w:rPr>
              <w:t xml:space="preserve"> </w:t>
            </w:r>
            <w:r w:rsidRPr="006018BA">
              <w:rPr>
                <w:i/>
                <w:w w:val="105"/>
                <w:sz w:val="14"/>
              </w:rPr>
              <w:t>acordurile</w:t>
            </w:r>
            <w:r w:rsidRPr="006018BA">
              <w:rPr>
                <w:i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i/>
                <w:w w:val="105"/>
                <w:sz w:val="14"/>
              </w:rPr>
              <w:t>anexate</w:t>
            </w:r>
            <w:r w:rsidRPr="006018BA">
              <w:rPr>
                <w:i/>
                <w:spacing w:val="-8"/>
                <w:w w:val="105"/>
                <w:sz w:val="14"/>
              </w:rPr>
              <w:t xml:space="preserve"> </w:t>
            </w:r>
            <w:r w:rsidRPr="006018BA">
              <w:rPr>
                <w:i/>
                <w:w w:val="105"/>
                <w:sz w:val="14"/>
              </w:rPr>
              <w:t>—</w:t>
            </w:r>
            <w:r w:rsidRPr="006018BA">
              <w:rPr>
                <w:i/>
                <w:spacing w:val="-9"/>
                <w:w w:val="105"/>
                <w:sz w:val="14"/>
              </w:rPr>
              <w:t xml:space="preserve"> </w:t>
            </w:r>
            <w:r w:rsidRPr="006018BA">
              <w:rPr>
                <w:i/>
                <w:spacing w:val="-2"/>
                <w:w w:val="105"/>
                <w:sz w:val="14"/>
              </w:rPr>
              <w:t>enumerare</w:t>
            </w:r>
          </w:p>
        </w:tc>
      </w:tr>
      <w:tr w:rsidR="006018BA" w:rsidRPr="006018BA" w14:paraId="0862F4CF" w14:textId="77777777" w:rsidTr="006018BA">
        <w:trPr>
          <w:trHeight w:val="384"/>
        </w:trPr>
        <w:tc>
          <w:tcPr>
            <w:tcW w:w="10890" w:type="dxa"/>
          </w:tcPr>
          <w:p w14:paraId="78D116C1" w14:textId="77777777" w:rsidR="006018BA" w:rsidRPr="006018BA" w:rsidRDefault="006018BA" w:rsidP="006018BA">
            <w:pPr>
              <w:pStyle w:val="TableParagraph"/>
              <w:numPr>
                <w:ilvl w:val="0"/>
                <w:numId w:val="21"/>
              </w:numPr>
              <w:tabs>
                <w:tab w:val="left" w:pos="276"/>
              </w:tabs>
              <w:spacing w:before="0" w:line="180" w:lineRule="atLeast"/>
              <w:ind w:right="402" w:firstLine="0"/>
              <w:rPr>
                <w:sz w:val="15"/>
              </w:rPr>
            </w:pPr>
            <w:r w:rsidRPr="006018BA">
              <w:rPr>
                <w:w w:val="105"/>
                <w:sz w:val="15"/>
              </w:rPr>
              <w:t>f)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punctul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vedere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sau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actul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administrativ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autorității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competente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protecția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mediului,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care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fost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solicitată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evaluarea,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4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acordul de mediu, dacă este cazul (1 exemplar copie)</w:t>
            </w:r>
          </w:p>
        </w:tc>
      </w:tr>
      <w:tr w:rsidR="006018BA" w:rsidRPr="006018BA" w14:paraId="28701C09" w14:textId="77777777" w:rsidTr="006018BA">
        <w:trPr>
          <w:trHeight w:val="206"/>
        </w:trPr>
        <w:tc>
          <w:tcPr>
            <w:tcW w:w="10890" w:type="dxa"/>
          </w:tcPr>
          <w:p w14:paraId="57566511" w14:textId="77777777" w:rsidR="006018BA" w:rsidRPr="006018BA" w:rsidRDefault="006018BA" w:rsidP="006018BA">
            <w:pPr>
              <w:pStyle w:val="TableParagraph"/>
              <w:numPr>
                <w:ilvl w:val="0"/>
                <w:numId w:val="20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g)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declarația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propria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răspundere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care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anumite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avize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acorduri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invocă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acordarea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tacită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(original)</w:t>
            </w:r>
          </w:p>
        </w:tc>
      </w:tr>
      <w:tr w:rsidR="006018BA" w:rsidRPr="006018BA" w14:paraId="733E49B0" w14:textId="77777777" w:rsidTr="006018BA">
        <w:trPr>
          <w:trHeight w:val="205"/>
        </w:trPr>
        <w:tc>
          <w:tcPr>
            <w:tcW w:w="10890" w:type="dxa"/>
          </w:tcPr>
          <w:p w14:paraId="6FF05D75" w14:textId="77777777" w:rsidR="006018BA" w:rsidRPr="006018BA" w:rsidRDefault="006018BA" w:rsidP="006018BA">
            <w:pPr>
              <w:pStyle w:val="TableParagraph"/>
              <w:numPr>
                <w:ilvl w:val="0"/>
                <w:numId w:val="19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 w:rsidRPr="006018BA">
              <w:rPr>
                <w:w w:val="105"/>
                <w:sz w:val="15"/>
              </w:rPr>
              <w:t>h)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acordul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vecinilor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(1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3BB212C3" w14:textId="77777777" w:rsidTr="006018BA">
        <w:trPr>
          <w:trHeight w:val="384"/>
        </w:trPr>
        <w:tc>
          <w:tcPr>
            <w:tcW w:w="10890" w:type="dxa"/>
          </w:tcPr>
          <w:p w14:paraId="379DCC44" w14:textId="77777777" w:rsidR="006018BA" w:rsidRPr="006018BA" w:rsidRDefault="006018BA" w:rsidP="006018BA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0" w:line="170" w:lineRule="atLeast"/>
              <w:ind w:right="166" w:firstLine="0"/>
              <w:rPr>
                <w:sz w:val="15"/>
              </w:rPr>
            </w:pPr>
            <w:r w:rsidRPr="006018BA">
              <w:rPr>
                <w:w w:val="105"/>
                <w:sz w:val="15"/>
              </w:rPr>
              <w:t>i)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raportul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expertiză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tehnică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preliminară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privind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influența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asupra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vecinătăților,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cerința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fundamentală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rezistență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mecanică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stabilitate,</w:t>
            </w:r>
            <w:r w:rsidRPr="006018BA">
              <w:rPr>
                <w:spacing w:val="4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dacă este cazul (1 exemplar copie)</w:t>
            </w:r>
          </w:p>
        </w:tc>
      </w:tr>
      <w:tr w:rsidR="006018BA" w:rsidRPr="006018BA" w14:paraId="7B413BDF" w14:textId="77777777" w:rsidTr="006018BA">
        <w:trPr>
          <w:trHeight w:val="384"/>
        </w:trPr>
        <w:tc>
          <w:tcPr>
            <w:tcW w:w="10890" w:type="dxa"/>
          </w:tcPr>
          <w:p w14:paraId="39869650" w14:textId="77777777" w:rsidR="006018BA" w:rsidRPr="006018BA" w:rsidRDefault="006018BA" w:rsidP="006018BA">
            <w:pPr>
              <w:pStyle w:val="TableParagraph"/>
              <w:numPr>
                <w:ilvl w:val="0"/>
                <w:numId w:val="17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73" w:hanging="1"/>
              <w:rPr>
                <w:sz w:val="15"/>
              </w:rPr>
            </w:pPr>
            <w:r w:rsidRPr="006018BA">
              <w:rPr>
                <w:w w:val="105"/>
                <w:sz w:val="15"/>
              </w:rPr>
              <w:t>j)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rapoartele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expertiză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tehnică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cerințele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fundamentale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rezistență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mecanică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stabilitate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securitate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incendiu,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precum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și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4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celelalte cerințe fundamentale, în cazul intervențiilor la construcții existente (1 exemplar copie)</w:t>
            </w:r>
          </w:p>
        </w:tc>
      </w:tr>
      <w:tr w:rsidR="006018BA" w:rsidRPr="006018BA" w14:paraId="534999C3" w14:textId="77777777" w:rsidTr="006018BA">
        <w:trPr>
          <w:trHeight w:val="206"/>
        </w:trPr>
        <w:tc>
          <w:tcPr>
            <w:tcW w:w="10890" w:type="dxa"/>
          </w:tcPr>
          <w:p w14:paraId="10A2DECA" w14:textId="77777777" w:rsidR="006018BA" w:rsidRPr="006018BA" w:rsidRDefault="006018BA" w:rsidP="006018BA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k)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raportul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privind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cerințele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minime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conformare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unei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clădiri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cu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consum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energie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aproape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egal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cu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zero,</w:t>
            </w:r>
            <w:r w:rsidRPr="006018BA">
              <w:rPr>
                <w:spacing w:val="-6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dacă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este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cazul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(1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1C5A930C" w14:textId="77777777" w:rsidTr="006018BA">
        <w:trPr>
          <w:trHeight w:val="206"/>
        </w:trPr>
        <w:tc>
          <w:tcPr>
            <w:tcW w:w="10890" w:type="dxa"/>
          </w:tcPr>
          <w:p w14:paraId="499CB863" w14:textId="77777777" w:rsidR="006018BA" w:rsidRPr="006018BA" w:rsidRDefault="006018BA" w:rsidP="006018BA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l)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raportul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audit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energetic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vederea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creșterii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performanței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energetice,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cazul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intervențiilor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clădiri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existente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(1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65204F37" w14:textId="77777777" w:rsidTr="006018BA">
        <w:trPr>
          <w:trHeight w:val="384"/>
        </w:trPr>
        <w:tc>
          <w:tcPr>
            <w:tcW w:w="10890" w:type="dxa"/>
          </w:tcPr>
          <w:p w14:paraId="59C7E81C" w14:textId="77777777" w:rsidR="006018BA" w:rsidRPr="006018BA" w:rsidRDefault="006018BA" w:rsidP="006018BA">
            <w:pPr>
              <w:pStyle w:val="TableParagraph"/>
              <w:numPr>
                <w:ilvl w:val="0"/>
                <w:numId w:val="14"/>
              </w:numPr>
              <w:tabs>
                <w:tab w:val="left" w:pos="276"/>
              </w:tabs>
              <w:spacing w:before="0" w:line="170" w:lineRule="atLeast"/>
              <w:ind w:right="401" w:firstLine="0"/>
              <w:rPr>
                <w:sz w:val="15"/>
              </w:rPr>
            </w:pPr>
            <w:r w:rsidRPr="006018BA">
              <w:rPr>
                <w:w w:val="105"/>
                <w:sz w:val="15"/>
              </w:rPr>
              <w:t>m)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proiectul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acordul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autorizația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administratorului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drumului,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lucrările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executate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domeniul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public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infrastructura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tehnico-edilitară și căile de acces, dacă este cazul (1 exemplar original)</w:t>
            </w:r>
          </w:p>
        </w:tc>
      </w:tr>
      <w:tr w:rsidR="006018BA" w:rsidRPr="006018BA" w14:paraId="45DF413A" w14:textId="77777777" w:rsidTr="006018BA">
        <w:trPr>
          <w:trHeight w:val="205"/>
        </w:trPr>
        <w:tc>
          <w:tcPr>
            <w:tcW w:w="10890" w:type="dxa"/>
          </w:tcPr>
          <w:p w14:paraId="238BD10A" w14:textId="77777777" w:rsidR="006018BA" w:rsidRPr="006018BA" w:rsidRDefault="006018BA" w:rsidP="006018BA">
            <w:pPr>
              <w:pStyle w:val="TableParagraph"/>
              <w:numPr>
                <w:ilvl w:val="0"/>
                <w:numId w:val="13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n)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dovada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privind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luarea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evidență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proiectului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către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Ordinul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Arhitecților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din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România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(copie)</w:t>
            </w:r>
          </w:p>
        </w:tc>
      </w:tr>
      <w:tr w:rsidR="006018BA" w:rsidRPr="006018BA" w14:paraId="53304288" w14:textId="77777777" w:rsidTr="006018BA">
        <w:trPr>
          <w:trHeight w:val="206"/>
        </w:trPr>
        <w:tc>
          <w:tcPr>
            <w:tcW w:w="10890" w:type="dxa"/>
          </w:tcPr>
          <w:p w14:paraId="20D62AAF" w14:textId="77777777" w:rsidR="006018BA" w:rsidRPr="006018BA" w:rsidRDefault="006018BA" w:rsidP="006018BA">
            <w:pPr>
              <w:pStyle w:val="TableParagraph"/>
              <w:numPr>
                <w:ilvl w:val="0"/>
                <w:numId w:val="12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 w:rsidRPr="006018BA">
              <w:rPr>
                <w:w w:val="105"/>
                <w:sz w:val="15"/>
              </w:rPr>
              <w:t>o)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devizul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general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al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obiectivului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investiții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(1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copie)</w:t>
            </w:r>
          </w:p>
        </w:tc>
      </w:tr>
      <w:tr w:rsidR="006018BA" w:rsidRPr="006018BA" w14:paraId="149CA2A8" w14:textId="77777777" w:rsidTr="006018BA">
        <w:trPr>
          <w:trHeight w:val="206"/>
        </w:trPr>
        <w:tc>
          <w:tcPr>
            <w:tcW w:w="10890" w:type="dxa"/>
          </w:tcPr>
          <w:p w14:paraId="7D7535C4" w14:textId="77777777" w:rsidR="006018BA" w:rsidRPr="006018BA" w:rsidRDefault="006018BA" w:rsidP="006018BA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 w:rsidRPr="006018BA">
              <w:rPr>
                <w:w w:val="105"/>
                <w:sz w:val="15"/>
              </w:rPr>
              <w:t>p)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documentele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plată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taxelor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legale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în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vederea</w:t>
            </w:r>
            <w:r w:rsidRPr="006018BA">
              <w:rPr>
                <w:spacing w:val="-7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autorizării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spacing w:val="-2"/>
                <w:w w:val="105"/>
                <w:sz w:val="15"/>
              </w:rPr>
              <w:t>(copie)</w:t>
            </w:r>
          </w:p>
        </w:tc>
      </w:tr>
      <w:tr w:rsidR="006018BA" w:rsidRPr="006018BA" w14:paraId="49168F1F" w14:textId="77777777" w:rsidTr="006018BA">
        <w:trPr>
          <w:trHeight w:val="384"/>
        </w:trPr>
        <w:tc>
          <w:tcPr>
            <w:tcW w:w="10890" w:type="dxa"/>
          </w:tcPr>
          <w:p w14:paraId="5818C3A6" w14:textId="77777777" w:rsidR="006018BA" w:rsidRPr="006018BA" w:rsidRDefault="006018BA" w:rsidP="006018BA">
            <w:pPr>
              <w:pStyle w:val="TableParagraph"/>
              <w:numPr>
                <w:ilvl w:val="0"/>
                <w:numId w:val="10"/>
              </w:numPr>
              <w:tabs>
                <w:tab w:val="left" w:pos="104"/>
                <w:tab w:val="left" w:pos="274"/>
              </w:tabs>
              <w:spacing w:before="0" w:line="170" w:lineRule="atLeast"/>
              <w:ind w:right="559" w:hanging="1"/>
              <w:rPr>
                <w:sz w:val="15"/>
              </w:rPr>
            </w:pPr>
            <w:r w:rsidRPr="006018BA">
              <w:rPr>
                <w:w w:val="105"/>
                <w:sz w:val="15"/>
              </w:rPr>
              <w:t>q)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anexa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la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cererea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pentru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emiterea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autorizației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</w:t>
            </w:r>
            <w:r w:rsidRPr="006018BA">
              <w:rPr>
                <w:spacing w:val="-8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construire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/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desființare,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completată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cu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toate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elementele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necesare</w:t>
            </w:r>
            <w:r w:rsidRPr="006018BA">
              <w:rPr>
                <w:spacing w:val="-1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descrierii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lucrărilor</w:t>
            </w:r>
            <w:r w:rsidRPr="006018BA">
              <w:rPr>
                <w:spacing w:val="-9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(2</w:t>
            </w:r>
            <w:r w:rsidRPr="006018BA">
              <w:rPr>
                <w:spacing w:val="40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exemplare</w:t>
            </w:r>
            <w:r w:rsidRPr="006018BA">
              <w:rPr>
                <w:spacing w:val="-3"/>
                <w:w w:val="105"/>
                <w:sz w:val="15"/>
              </w:rPr>
              <w:t xml:space="preserve"> </w:t>
            </w:r>
            <w:r w:rsidRPr="006018BA">
              <w:rPr>
                <w:w w:val="105"/>
                <w:sz w:val="15"/>
              </w:rPr>
              <w:t>originale)</w:t>
            </w:r>
          </w:p>
        </w:tc>
      </w:tr>
    </w:tbl>
    <w:p w14:paraId="017D6D9C" w14:textId="77777777" w:rsidR="006018BA" w:rsidRPr="006018BA" w:rsidRDefault="006018BA" w:rsidP="006018BA">
      <w:pPr>
        <w:spacing w:after="1"/>
        <w:rPr>
          <w:sz w:val="11"/>
        </w:rPr>
      </w:pPr>
    </w:p>
    <w:tbl>
      <w:tblPr>
        <w:tblW w:w="10890" w:type="dxa"/>
        <w:tblInd w:w="-17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6018BA" w:rsidRPr="006018BA" w14:paraId="5C500568" w14:textId="77777777" w:rsidTr="006018BA">
        <w:trPr>
          <w:trHeight w:val="719"/>
        </w:trPr>
        <w:tc>
          <w:tcPr>
            <w:tcW w:w="10890" w:type="dxa"/>
          </w:tcPr>
          <w:p w14:paraId="43E2A8E0" w14:textId="77777777" w:rsidR="006018BA" w:rsidRPr="006018BA" w:rsidRDefault="006018BA" w:rsidP="004F2790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 w:rsidRPr="006018BA">
              <w:rPr>
                <w:i/>
                <w:w w:val="105"/>
                <w:sz w:val="16"/>
              </w:rPr>
              <w:t>Declar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pe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propria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răspundere,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sub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sancțiunea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Codului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penal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privind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infracțiunea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de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fals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în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declarații,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că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datele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menționate</w:t>
            </w:r>
            <w:r w:rsidRPr="006018BA">
              <w:rPr>
                <w:i/>
                <w:spacing w:val="-9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în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prezenta cerere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sunt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reale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și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exacte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și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mă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angajez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ca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executarea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lucrărilor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de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construire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să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se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realizeze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cu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respectarea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autorizației</w:t>
            </w:r>
            <w:r w:rsidRPr="006018BA">
              <w:rPr>
                <w:i/>
                <w:spacing w:val="-10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de</w:t>
            </w:r>
            <w:r w:rsidRPr="006018BA">
              <w:rPr>
                <w:i/>
                <w:spacing w:val="-11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construire, a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proiectului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aferent</w:t>
            </w:r>
            <w:r w:rsidRPr="006018BA">
              <w:rPr>
                <w:i/>
                <w:spacing w:val="-7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vizat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spre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neschimbare</w:t>
            </w:r>
            <w:r w:rsidRPr="006018BA">
              <w:rPr>
                <w:i/>
                <w:spacing w:val="-7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și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numai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pe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baza</w:t>
            </w:r>
            <w:r w:rsidRPr="006018BA">
              <w:rPr>
                <w:i/>
                <w:spacing w:val="-7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proiectului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tehnic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de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execuție,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astfel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cum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prevede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art.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246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alin.</w:t>
            </w:r>
            <w:r w:rsidRPr="006018BA">
              <w:rPr>
                <w:i/>
                <w:spacing w:val="-6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(3)</w:t>
            </w:r>
            <w:r w:rsidRPr="006018BA">
              <w:rPr>
                <w:i/>
                <w:spacing w:val="-8"/>
                <w:w w:val="105"/>
                <w:sz w:val="16"/>
              </w:rPr>
              <w:t xml:space="preserve"> </w:t>
            </w:r>
            <w:r w:rsidRPr="006018BA">
              <w:rPr>
                <w:i/>
                <w:w w:val="105"/>
                <w:sz w:val="16"/>
              </w:rPr>
              <w:t>din</w:t>
            </w:r>
          </w:p>
          <w:p w14:paraId="697583D9" w14:textId="77777777" w:rsidR="006018BA" w:rsidRPr="006018BA" w:rsidRDefault="006018BA" w:rsidP="004F2790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 w:rsidRPr="006018BA">
              <w:rPr>
                <w:i/>
                <w:sz w:val="16"/>
              </w:rPr>
              <w:t>Legea</w:t>
            </w:r>
            <w:r w:rsidRPr="006018BA">
              <w:rPr>
                <w:i/>
                <w:spacing w:val="7"/>
                <w:sz w:val="16"/>
              </w:rPr>
              <w:t xml:space="preserve"> </w:t>
            </w:r>
            <w:r w:rsidRPr="006018BA">
              <w:rPr>
                <w:i/>
                <w:spacing w:val="-2"/>
                <w:sz w:val="16"/>
              </w:rPr>
              <w:t>nr.169/2026.</w:t>
            </w:r>
          </w:p>
        </w:tc>
      </w:tr>
    </w:tbl>
    <w:p w14:paraId="04EC3E00" w14:textId="77777777" w:rsidR="006018BA" w:rsidRPr="006018BA" w:rsidRDefault="006018BA" w:rsidP="006018BA">
      <w:pPr>
        <w:spacing w:before="2" w:after="1"/>
        <w:rPr>
          <w:sz w:val="10"/>
        </w:rPr>
      </w:pPr>
    </w:p>
    <w:tbl>
      <w:tblPr>
        <w:tblW w:w="10890" w:type="dxa"/>
        <w:tblInd w:w="-17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7"/>
        <w:gridCol w:w="4674"/>
        <w:gridCol w:w="3449"/>
      </w:tblGrid>
      <w:tr w:rsidR="006018BA" w:rsidRPr="006018BA" w14:paraId="5D09328A" w14:textId="77777777" w:rsidTr="006018BA">
        <w:trPr>
          <w:trHeight w:val="200"/>
        </w:trPr>
        <w:tc>
          <w:tcPr>
            <w:tcW w:w="10890" w:type="dxa"/>
            <w:gridSpan w:val="3"/>
            <w:shd w:val="clear" w:color="auto" w:fill="F4F4F4"/>
          </w:tcPr>
          <w:p w14:paraId="761349F5" w14:textId="77777777" w:rsidR="006018BA" w:rsidRPr="006018BA" w:rsidRDefault="006018BA" w:rsidP="004F279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6018BA">
              <w:rPr>
                <w:b/>
                <w:sz w:val="15"/>
              </w:rPr>
              <w:t>10.</w:t>
            </w:r>
            <w:r w:rsidRPr="006018BA">
              <w:rPr>
                <w:b/>
                <w:spacing w:val="6"/>
                <w:sz w:val="15"/>
              </w:rPr>
              <w:t xml:space="preserve"> </w:t>
            </w:r>
            <w:r w:rsidRPr="006018BA">
              <w:rPr>
                <w:b/>
                <w:sz w:val="17"/>
              </w:rPr>
              <w:t>DATA</w:t>
            </w:r>
            <w:r w:rsidRPr="006018BA">
              <w:rPr>
                <w:b/>
                <w:spacing w:val="8"/>
                <w:sz w:val="17"/>
              </w:rPr>
              <w:t xml:space="preserve"> </w:t>
            </w:r>
            <w:r w:rsidRPr="006018BA">
              <w:rPr>
                <w:b/>
                <w:sz w:val="17"/>
              </w:rPr>
              <w:t>ȘI</w:t>
            </w:r>
            <w:r w:rsidRPr="006018BA">
              <w:rPr>
                <w:b/>
                <w:spacing w:val="7"/>
                <w:sz w:val="17"/>
              </w:rPr>
              <w:t xml:space="preserve"> </w:t>
            </w:r>
            <w:r w:rsidRPr="006018BA">
              <w:rPr>
                <w:b/>
                <w:spacing w:val="-2"/>
                <w:sz w:val="17"/>
              </w:rPr>
              <w:t>SEMNĂTURA</w:t>
            </w:r>
          </w:p>
        </w:tc>
      </w:tr>
      <w:tr w:rsidR="006018BA" w:rsidRPr="006018BA" w14:paraId="14C3E2C7" w14:textId="77777777" w:rsidTr="006018BA">
        <w:trPr>
          <w:trHeight w:val="494"/>
        </w:trPr>
        <w:tc>
          <w:tcPr>
            <w:tcW w:w="2767" w:type="dxa"/>
          </w:tcPr>
          <w:p w14:paraId="44E4BFC2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169D5756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449" w:type="dxa"/>
          </w:tcPr>
          <w:p w14:paraId="2D2C3A43" w14:textId="77777777" w:rsidR="006018BA" w:rsidRPr="006018BA" w:rsidRDefault="006018BA" w:rsidP="004F2790">
            <w:pPr>
              <w:pStyle w:val="TableParagraph"/>
              <w:rPr>
                <w:b/>
                <w:sz w:val="14"/>
              </w:rPr>
            </w:pPr>
            <w:r w:rsidRPr="006018BA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14:paraId="6DE575E9" w14:textId="4F710F8E" w:rsidR="006C782F" w:rsidRPr="006018BA" w:rsidRDefault="006018BA">
      <w:pPr>
        <w:rPr>
          <w:sz w:val="24"/>
          <w:szCs w:val="24"/>
        </w:rPr>
      </w:pPr>
      <w:r w:rsidRPr="006018BA">
        <w:rPr>
          <w:sz w:val="24"/>
          <w:szCs w:val="24"/>
        </w:rPr>
        <w:br w:type="page"/>
      </w:r>
    </w:p>
    <w:p w14:paraId="16E954FF" w14:textId="77777777" w:rsidR="006C782F" w:rsidRPr="00CA044C" w:rsidRDefault="006018BA">
      <w:pPr>
        <w:spacing w:after="0" w:line="240" w:lineRule="auto"/>
        <w:jc w:val="center"/>
        <w:rPr>
          <w:sz w:val="24"/>
          <w:szCs w:val="24"/>
        </w:rPr>
      </w:pPr>
      <w:r w:rsidRPr="00CA044C">
        <w:rPr>
          <w:rFonts w:ascii="Times New Roman" w:hAnsi="Times New Roman"/>
          <w:b/>
          <w:sz w:val="28"/>
          <w:szCs w:val="24"/>
        </w:rPr>
        <w:lastRenderedPageBreak/>
        <w:t>ANEXA IMOBILE</w:t>
      </w:r>
      <w:r w:rsidRPr="00CA044C">
        <w:rPr>
          <w:rFonts w:ascii="Times New Roman" w:hAnsi="Times New Roman"/>
          <w:b/>
          <w:sz w:val="28"/>
          <w:szCs w:val="24"/>
        </w:rPr>
        <w:br/>
      </w:r>
      <w:r w:rsidRPr="00CA044C">
        <w:rPr>
          <w:rFonts w:ascii="Times New Roman" w:hAnsi="Times New Roman"/>
          <w:sz w:val="20"/>
          <w:szCs w:val="24"/>
        </w:rPr>
        <w:t xml:space="preserve">la </w:t>
      </w:r>
      <w:proofErr w:type="spellStart"/>
      <w:r w:rsidRPr="00CA044C">
        <w:rPr>
          <w:rFonts w:ascii="Times New Roman" w:hAnsi="Times New Roman"/>
          <w:sz w:val="20"/>
          <w:szCs w:val="24"/>
        </w:rPr>
        <w:t>cererea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pentru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emiterea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autorizației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de </w:t>
      </w:r>
      <w:proofErr w:type="spellStart"/>
      <w:r w:rsidRPr="00CA044C">
        <w:rPr>
          <w:rFonts w:ascii="Times New Roman" w:hAnsi="Times New Roman"/>
          <w:sz w:val="20"/>
          <w:szCs w:val="24"/>
        </w:rPr>
        <w:t>construire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/ </w:t>
      </w:r>
      <w:proofErr w:type="spellStart"/>
      <w:r w:rsidRPr="00CA044C">
        <w:rPr>
          <w:rFonts w:ascii="Times New Roman" w:hAnsi="Times New Roman"/>
          <w:sz w:val="20"/>
          <w:szCs w:val="24"/>
        </w:rPr>
        <w:t>desființare</w:t>
      </w:r>
      <w:proofErr w:type="spellEnd"/>
      <w:r w:rsidRPr="00CA044C">
        <w:rPr>
          <w:rFonts w:ascii="Times New Roman" w:hAnsi="Times New Roman"/>
          <w:sz w:val="20"/>
          <w:szCs w:val="24"/>
        </w:rPr>
        <w:br/>
      </w:r>
      <w:r w:rsidRPr="00CA044C">
        <w:rPr>
          <w:rFonts w:ascii="Times New Roman" w:hAnsi="Times New Roman"/>
          <w:i/>
          <w:sz w:val="18"/>
          <w:szCs w:val="24"/>
        </w:rPr>
        <w:t xml:space="preserve">se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completează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numai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atunci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când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cererea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se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referă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la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mai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multe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imobile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912"/>
        <w:gridCol w:w="912"/>
        <w:gridCol w:w="912"/>
        <w:gridCol w:w="912"/>
        <w:gridCol w:w="1824"/>
        <w:gridCol w:w="1824"/>
      </w:tblGrid>
      <w:tr w:rsidR="00CA044C" w:rsidRPr="00CA044C" w14:paraId="79C20657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106E7D1A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11. IMOBILELE LA CARE SE REFERĂ CEREREA</w:t>
            </w:r>
          </w:p>
        </w:tc>
      </w:tr>
      <w:tr w:rsidR="00CA044C" w:rsidRPr="00CA044C" w14:paraId="5F55E108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37A24C7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2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FE1B2C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095010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0A39AFF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CA6C82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55A18C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C75473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6510F12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21F9BC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1A7D1F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E30000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27DBEA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D0893D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D1B8FC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567400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4D4255F4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55FFB151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33D789C7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4E85034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3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F59973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B0AAE9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59A7C185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ECD6B5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99CA0F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8D8A11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565AAA4F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3B7FBF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448D9E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9DBC00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E63330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EA93C8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D83EE9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965181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32B3C9BC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6F44851E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314CC7F7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64EF243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4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DB0BA5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FE8CEA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0707A1CF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9A02CC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0E2337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0DD5B6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56163038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AD7488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0075EE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5D1A72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706631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B13BCE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F438E9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DC1FD1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629E89F3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2C44B348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56F78028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71F2357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5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09BA84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E94A12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2BA898EC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FFC50E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DB7931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693B58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71358B6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DFF602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91806B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9C678D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E15B7B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2353CB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F665D5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518BDC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260FF790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2E30ED65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05CF172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D9907CF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6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2CD686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D2A962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47F82E1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4B7505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791DD0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1D9B4C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086BBF9C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70C605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0D9212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4DABC4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676A09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FFC0A7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32B2F6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AC5917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79DED433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28A26A90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58458CAA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47FAA13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7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   ☐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0AC9D5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cadastral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91D68A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Carte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</w:tr>
      <w:tr w:rsidR="00CA044C" w:rsidRPr="00CA044C" w14:paraId="2895A52A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F322B1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2AC5A0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Municipiul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orașul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9060FB6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  <w:proofErr w:type="spellEnd"/>
          </w:p>
        </w:tc>
      </w:tr>
      <w:tr w:rsidR="00CA044C" w:rsidRPr="00CA044C" w14:paraId="0A76096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FEE134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B6553A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947A3A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C5E4A6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858701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3D0D7B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DEFFAD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Ț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ara</w:t>
            </w:r>
            <w:proofErr w:type="spellEnd"/>
          </w:p>
        </w:tc>
      </w:tr>
      <w:tr w:rsidR="00CA044C" w:rsidRPr="00CA044C" w14:paraId="16B09CD2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AFAFA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6D52A5D4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</w:tbl>
    <w:p w14:paraId="107CDFDC" w14:textId="77777777" w:rsidR="006C782F" w:rsidRPr="00CA044C" w:rsidRDefault="006018BA">
      <w:pPr>
        <w:rPr>
          <w:sz w:val="24"/>
          <w:szCs w:val="24"/>
        </w:rPr>
      </w:pPr>
      <w:r w:rsidRPr="00CA044C">
        <w:rPr>
          <w:sz w:val="24"/>
          <w:szCs w:val="24"/>
        </w:rPr>
        <w:br w:type="page"/>
      </w:r>
    </w:p>
    <w:p w14:paraId="21A4BDE9" w14:textId="77777777" w:rsidR="006C782F" w:rsidRPr="00CA044C" w:rsidRDefault="006018BA">
      <w:pPr>
        <w:spacing w:after="0" w:line="240" w:lineRule="auto"/>
        <w:jc w:val="center"/>
        <w:rPr>
          <w:sz w:val="24"/>
          <w:szCs w:val="24"/>
        </w:rPr>
      </w:pPr>
      <w:r w:rsidRPr="00CA044C">
        <w:rPr>
          <w:rFonts w:ascii="Times New Roman" w:hAnsi="Times New Roman"/>
          <w:b/>
          <w:sz w:val="28"/>
          <w:szCs w:val="24"/>
        </w:rPr>
        <w:lastRenderedPageBreak/>
        <w:t>ANEXA TEHNICĂ</w:t>
      </w:r>
      <w:r w:rsidRPr="00CA044C">
        <w:rPr>
          <w:rFonts w:ascii="Times New Roman" w:hAnsi="Times New Roman"/>
          <w:b/>
          <w:sz w:val="28"/>
          <w:szCs w:val="24"/>
        </w:rPr>
        <w:br/>
      </w:r>
      <w:r w:rsidRPr="00CA044C">
        <w:rPr>
          <w:rFonts w:ascii="Times New Roman" w:hAnsi="Times New Roman"/>
          <w:sz w:val="20"/>
          <w:szCs w:val="24"/>
        </w:rPr>
        <w:t xml:space="preserve">la </w:t>
      </w:r>
      <w:proofErr w:type="spellStart"/>
      <w:r w:rsidRPr="00CA044C">
        <w:rPr>
          <w:rFonts w:ascii="Times New Roman" w:hAnsi="Times New Roman"/>
          <w:sz w:val="20"/>
          <w:szCs w:val="24"/>
        </w:rPr>
        <w:t>cererea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pentru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emiterea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sz w:val="20"/>
          <w:szCs w:val="24"/>
        </w:rPr>
        <w:t>autorizației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de </w:t>
      </w:r>
      <w:proofErr w:type="spellStart"/>
      <w:r w:rsidRPr="00CA044C">
        <w:rPr>
          <w:rFonts w:ascii="Times New Roman" w:hAnsi="Times New Roman"/>
          <w:sz w:val="20"/>
          <w:szCs w:val="24"/>
        </w:rPr>
        <w:t>construire</w:t>
      </w:r>
      <w:proofErr w:type="spellEnd"/>
      <w:r w:rsidRPr="00CA044C">
        <w:rPr>
          <w:rFonts w:ascii="Times New Roman" w:hAnsi="Times New Roman"/>
          <w:sz w:val="20"/>
          <w:szCs w:val="24"/>
        </w:rPr>
        <w:t xml:space="preserve"> / </w:t>
      </w:r>
      <w:proofErr w:type="spellStart"/>
      <w:r w:rsidRPr="00CA044C">
        <w:rPr>
          <w:rFonts w:ascii="Times New Roman" w:hAnsi="Times New Roman"/>
          <w:sz w:val="20"/>
          <w:szCs w:val="24"/>
        </w:rPr>
        <w:t>desființare</w:t>
      </w:r>
      <w:proofErr w:type="spellEnd"/>
      <w:r w:rsidRPr="00CA044C">
        <w:rPr>
          <w:rFonts w:ascii="Times New Roman" w:hAnsi="Times New Roman"/>
          <w:sz w:val="20"/>
          <w:szCs w:val="24"/>
        </w:rPr>
        <w:br/>
      </w:r>
      <w:r w:rsidRPr="00CA044C">
        <w:rPr>
          <w:rFonts w:ascii="Times New Roman" w:hAnsi="Times New Roman"/>
          <w:i/>
          <w:sz w:val="18"/>
          <w:szCs w:val="24"/>
        </w:rPr>
        <w:t xml:space="preserve">se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întocmește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de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proiectantul</w:t>
      </w:r>
      <w:proofErr w:type="spellEnd"/>
      <w:r w:rsidRPr="00CA044C">
        <w:rPr>
          <w:rFonts w:ascii="Times New Roman" w:hAnsi="Times New Roman"/>
          <w:i/>
          <w:sz w:val="18"/>
          <w:szCs w:val="24"/>
        </w:rPr>
        <w:t xml:space="preserve"> </w:t>
      </w:r>
      <w:proofErr w:type="spellStart"/>
      <w:r w:rsidRPr="00CA044C">
        <w:rPr>
          <w:rFonts w:ascii="Times New Roman" w:hAnsi="Times New Roman"/>
          <w:i/>
          <w:sz w:val="18"/>
          <w:szCs w:val="24"/>
        </w:rPr>
        <w:t>documentației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CA044C" w:rsidRPr="00CA044C" w14:paraId="1BEC685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481655F5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1.   CATEGORIILE DE LUCRĂRI APLICABILE OBIECTIVULUI/OBIECTULUI DE INVESTIȚII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(se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bifeaza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toate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cele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aplicabile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)</w:t>
            </w:r>
          </w:p>
        </w:tc>
      </w:tr>
      <w:tr w:rsidR="00CA044C" w:rsidRPr="00CA044C" w14:paraId="45BFDF5A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76B2D90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A ·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noi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inclusiv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instalațiile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aferente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acestora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, </w:t>
            </w:r>
            <w:proofErr w:type="gram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realizate :</w:t>
            </w:r>
            <w:proofErr w:type="gramEnd"/>
          </w:p>
        </w:tc>
      </w:tr>
      <w:tr w:rsidR="00CA044C" w:rsidRPr="00CA044C" w14:paraId="2B60502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CE86B11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afara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zonelor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monumentelor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istorice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zona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monumentelor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istorice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afara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zonelor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construite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protejate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zone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construite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protejate</w:t>
            </w:r>
            <w:proofErr w:type="spellEnd"/>
          </w:p>
        </w:tc>
      </w:tr>
      <w:tr w:rsidR="00CA044C" w:rsidRPr="00CA044C" w14:paraId="385652B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8F0C8DB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A.1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civile —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locuințe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: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individuale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semicolective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colective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instituții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publice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servicii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: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sănătate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asistență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socială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învățământ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cultură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turism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culte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administrație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finanțe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comerț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servicii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sport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recreere</w:t>
            </w:r>
            <w:proofErr w:type="spellEnd"/>
          </w:p>
        </w:tc>
      </w:tr>
      <w:tr w:rsidR="00CA044C" w:rsidRPr="00CA044C" w14:paraId="23CE9CF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2B062E3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A.2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industriale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: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producție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depozitare</w:t>
            </w:r>
            <w:proofErr w:type="spellEnd"/>
          </w:p>
        </w:tc>
      </w:tr>
      <w:tr w:rsidR="00CA044C" w:rsidRPr="00CA044C" w14:paraId="4E74DCA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867BAC4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A.3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>agricole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: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producție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depozitare</w:t>
            </w:r>
            <w:proofErr w:type="spellEnd"/>
          </w:p>
        </w:tc>
      </w:tr>
      <w:tr w:rsidR="00CA044C" w:rsidRPr="00CA044C" w14:paraId="18474BD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441B846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A.4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cu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caracter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special</w:t>
            </w:r>
          </w:p>
        </w:tc>
      </w:tr>
      <w:tr w:rsidR="00CA044C" w:rsidRPr="00CA044C" w14:paraId="2FE53365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02346A78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B ·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intervenții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asupra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construcțiilor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proofErr w:type="gram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existente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:</w:t>
            </w:r>
            <w:proofErr w:type="gramEnd"/>
          </w:p>
        </w:tc>
      </w:tr>
      <w:tr w:rsidR="00CA044C" w:rsidRPr="00CA044C" w14:paraId="76F7479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6F16D35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reparații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capitale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intervenție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primă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urgență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extindere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>a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amprentei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la sol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volumului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supraetajare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refuncționalizare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schimbare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destinație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consolidare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modernizare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reabilitare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strămutare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reconstruire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conservare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restaurare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remodelare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exterioară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mansardare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remodelare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interioară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desființare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demontare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parțială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totală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desființare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demontare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totală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conservare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la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întreruperea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temporară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>a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execuției</w:t>
            </w:r>
            <w:proofErr w:type="spellEnd"/>
          </w:p>
        </w:tc>
      </w:tr>
      <w:tr w:rsidR="00CA044C" w:rsidRPr="00CA044C" w14:paraId="585AAD6A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7836F8A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B.1 ·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realizate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la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alte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decât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cele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la B.2 și B.3:</w:t>
            </w:r>
          </w:p>
        </w:tc>
      </w:tr>
      <w:tr w:rsidR="00CA044C" w:rsidRPr="00CA044C" w14:paraId="1E5FD1DB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9BBA2C3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B.2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realizate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la:</w:t>
            </w:r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monument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istoric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(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Legea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nr. 422/2001),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inclusiv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anexele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din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același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imobil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zona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monumentelor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istorice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zone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construite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protejate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cu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valoare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arhitecturală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istorică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deosebită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stabilite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prin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documentații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urbanism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aprobate</w:t>
            </w:r>
            <w:proofErr w:type="spellEnd"/>
          </w:p>
        </w:tc>
      </w:tr>
      <w:tr w:rsidR="00CA044C" w:rsidRPr="00CA044C" w14:paraId="463BC2A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D028F2E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B.3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realizate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la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cu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caracter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special, </w:t>
            </w:r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>care :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nu se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încadrează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categoriile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la B.2</w:t>
            </w:r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se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încadrează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categoriile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la B.2</w:t>
            </w:r>
          </w:p>
        </w:tc>
      </w:tr>
      <w:tr w:rsidR="00CA044C" w:rsidRPr="00CA044C" w14:paraId="7CB15CA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7DA6A268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C ·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Amenajări</w:t>
            </w:r>
            <w:proofErr w:type="spellEnd"/>
          </w:p>
        </w:tc>
      </w:tr>
      <w:tr w:rsidR="00CA044C" w:rsidRPr="00CA044C" w14:paraId="12E2ADE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B3C49A9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C.1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amenajări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civile</w:t>
            </w:r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C.2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amenajări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îmbunătățiri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funciare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C.3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provizorii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/ cu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caracter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temporar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C.4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cercetarea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prospectarea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terenurilor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foraje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excavări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studii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topografice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geologice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geotehnice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geofizice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hidrologice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C.5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cercetări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zăcăminte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naturale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C.6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spații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verzi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plantate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C.7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spații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publice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C.8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organizare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șantier</w:t>
            </w:r>
            <w:proofErr w:type="spellEnd"/>
          </w:p>
        </w:tc>
      </w:tr>
      <w:tr w:rsidR="00CA044C" w:rsidRPr="00CA044C" w14:paraId="3238CC53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4F4F4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1D35C0F9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D ·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inginerești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inclusiv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intervenții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la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astfel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</w:p>
        </w:tc>
      </w:tr>
      <w:tr w:rsidR="00CA044C" w:rsidRPr="00CA044C" w14:paraId="462D2A4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8036B03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D.1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infrastructura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transport,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alta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decât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interes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național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D.2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infrastructură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domeniul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energiei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D.3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rețele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comunicații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electronice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infrastructurile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fizice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aferente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D.4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gospodărirea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apelor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D.5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hidrotehnice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D.6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miniere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D.7 ·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alte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lucrări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inginerești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necesare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unor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obiective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interes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public</w:t>
            </w:r>
          </w:p>
        </w:tc>
      </w:tr>
    </w:tbl>
    <w:p w14:paraId="4DBBDDFA" w14:textId="77777777" w:rsidR="006C782F" w:rsidRPr="00CA044C" w:rsidRDefault="006018BA">
      <w:pPr>
        <w:spacing w:before="60" w:after="40" w:line="240" w:lineRule="auto"/>
        <w:rPr>
          <w:sz w:val="24"/>
          <w:szCs w:val="24"/>
        </w:rPr>
      </w:pP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Punctele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2-9 se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completeaza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în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cazul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cladirilor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si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al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intervențiilor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asupra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clădirilor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existente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,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iar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în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cazul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amenajărilor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/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lucrărilor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inginerești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,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doar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dacă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acestea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cuprind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și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clădiri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CA044C" w:rsidRPr="00CA044C" w14:paraId="13FC22CA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3B3FA726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2. DATELE CARACTERISTICE ALE AMPLASAMENTULUI</w:t>
            </w:r>
          </w:p>
        </w:tc>
      </w:tr>
      <w:tr w:rsidR="00CA044C" w:rsidRPr="00CA044C" w14:paraId="20CB2F18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ACF6BE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terenului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(m²)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26AA86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Terenul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este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☐ liber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   ☐ nu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este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liber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construcții</w:t>
            </w:r>
            <w:proofErr w:type="spellEnd"/>
          </w:p>
        </w:tc>
      </w:tr>
      <w:tr w:rsidR="00CA044C" w:rsidRPr="00CA044C" w14:paraId="0318856F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DDA5D9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Acces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carosabil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din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  <w:proofErr w:type="spellEnd"/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D46758E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8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8"/>
                <w:szCs w:val="24"/>
              </w:rPr>
              <w:t xml:space="preserve"> direct     ☐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prin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drum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privat</w:t>
            </w:r>
            <w:proofErr w:type="spellEnd"/>
          </w:p>
        </w:tc>
      </w:tr>
      <w:tr w:rsidR="00CA044C" w:rsidRPr="00CA044C" w14:paraId="0FF779C6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EC39351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8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terenul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se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află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zona de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monumentelor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istorice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    ☐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terenul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se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află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zone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construite</w:t>
            </w:r>
            <w:proofErr w:type="spellEnd"/>
            <w:r w:rsidRPr="00CA044C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8"/>
                <w:szCs w:val="24"/>
              </w:rPr>
              <w:t>protejate</w:t>
            </w:r>
            <w:proofErr w:type="spellEnd"/>
          </w:p>
        </w:tc>
      </w:tr>
      <w:tr w:rsidR="00CA044C" w:rsidRPr="00CA044C" w14:paraId="4B37A92E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4076843" w14:textId="7138B64B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Servituți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</w:p>
        </w:tc>
      </w:tr>
      <w:tr w:rsidR="00CA044C" w:rsidRPr="00CA044C" w14:paraId="47A1AF55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162378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Tip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amplasare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izolat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·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cuplat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·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înșiruit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FFA275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Tipologie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morfologie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urbană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AC5006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Front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construit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2ACBB7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Curte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interioară</w:t>
            </w:r>
            <w:proofErr w:type="spellEnd"/>
          </w:p>
        </w:tc>
      </w:tr>
      <w:tr w:rsidR="00CA044C" w:rsidRPr="00CA044C" w14:paraId="6E307A41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0D03290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Amplasarea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clădirilor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pe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teren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după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realizarea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lucrărilor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—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retragerile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minime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față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aliniament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(m)         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față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limita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lateral-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dreapta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(m)         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față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limita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lateral-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stânga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(m)         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față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limita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posterioară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(m)</w:t>
            </w:r>
          </w:p>
        </w:tc>
      </w:tr>
      <w:tr w:rsidR="00CA044C" w:rsidRPr="00CA044C" w14:paraId="0C358B55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4CEF57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Procent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ocupare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terenului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(%)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Existent:                       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Propus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: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2AAC43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Coeficient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utilizare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terenului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Existent:                       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Propus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:</w:t>
            </w:r>
          </w:p>
        </w:tc>
      </w:tr>
    </w:tbl>
    <w:p w14:paraId="7D2EF532" w14:textId="77777777" w:rsidR="006C782F" w:rsidRPr="00CA044C" w:rsidRDefault="006018BA">
      <w:pPr>
        <w:rPr>
          <w:sz w:val="24"/>
          <w:szCs w:val="24"/>
        </w:rPr>
      </w:pPr>
      <w:r w:rsidRPr="00CA044C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CA044C" w:rsidRPr="00CA044C" w14:paraId="3BBDEDCC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0D817DA5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3. SUPRAFEȚE</w:t>
            </w:r>
          </w:p>
        </w:tc>
      </w:tr>
      <w:tr w:rsidR="00CA044C" w:rsidRPr="00CA044C" w14:paraId="3C157C0B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058703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existente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, din care: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BD4F3C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Suprafață construită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398C2F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Suprafață desfășurată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67BF29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Suprafață utilă (m²)</w:t>
            </w:r>
          </w:p>
        </w:tc>
      </w:tr>
      <w:tr w:rsidR="00CA044C" w:rsidRPr="00CA044C" w14:paraId="72B4654B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F4483E5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 xml:space="preserve">—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desființate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284B020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7657D7C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B8BF149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5F3A2958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D9EDE1E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 xml:space="preserve">—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menținute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2BBDFB8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C825FE0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0A4D988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71AED0FC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551073C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clădiri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propuse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08F62B7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37CAB8C2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71EBFBE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6C782F" w:rsidRPr="00CA044C" w14:paraId="0D66624F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A944237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TOTAL (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menținute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+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propuse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4BD1CC3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6052414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E45F8CA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</w:tbl>
    <w:p w14:paraId="2BD62D2B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CA044C" w:rsidRPr="00CA044C" w14:paraId="6940D015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528F9480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4. FIȘA CLĂDIRII (se completează câte una pentru fiecare imobil)</w:t>
            </w:r>
          </w:p>
        </w:tc>
      </w:tr>
      <w:tr w:rsidR="00CA044C" w:rsidRPr="00CA044C" w14:paraId="023AE6B8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67BB0CF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Identificarea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clădirii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registru</w:t>
            </w:r>
            <w:proofErr w:type="spellEnd"/>
          </w:p>
        </w:tc>
      </w:tr>
      <w:tr w:rsidR="00CA044C" w:rsidRPr="00CA044C" w14:paraId="03F16394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8B1DB8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NIS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numărul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din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Registrul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Național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al Clădirilor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A3F130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 cadastral al clădirii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forma 123456-C1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0CA97C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Identificator e-Terra (IE)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72CFCF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Nr. carte funciară</w:t>
            </w:r>
          </w:p>
        </w:tc>
      </w:tr>
      <w:tr w:rsidR="00CA044C" w:rsidRPr="00CA044C" w14:paraId="57DB4B3B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E85E20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Tipul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obiectului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clădire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  ☐ corp de clădire   ☐ unități locative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13E234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Clădirea este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>☐ existentă     ☐ propusă prin proiect</w:t>
            </w:r>
          </w:p>
        </w:tc>
      </w:tr>
      <w:tr w:rsidR="00CA044C" w:rsidRPr="00CA044C" w14:paraId="6E8AEB25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2E1EF6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Denumirea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clădirii</w:t>
            </w:r>
            <w:proofErr w:type="spellEnd"/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0A900A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Descriere</w:t>
            </w:r>
          </w:p>
        </w:tc>
      </w:tr>
      <w:tr w:rsidR="00CA044C" w:rsidRPr="00CA044C" w14:paraId="5EAB94F5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26BDA89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CARACTERISTICI ALE CLĂDIRII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br/>
              <w:t>(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cazul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intervențiilor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asupra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clădirilor existente, pentru fiecare câmp, se vor preciza caracteristicile clădirii existente/respectiv ale celei propuse)</w:t>
            </w:r>
          </w:p>
        </w:tc>
      </w:tr>
      <w:tr w:rsidR="00CA044C" w:rsidRPr="00CA044C" w14:paraId="78194AC8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77E570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Destinația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funcțiunea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principală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propus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4DD106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Funcțiuni secundare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(existent/propus)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FCAA15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Regim juridic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B9D999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Zonă fiscală</w:t>
            </w:r>
          </w:p>
        </w:tc>
      </w:tr>
      <w:tr w:rsidR="00CA044C" w:rsidRPr="00CA044C" w14:paraId="77470505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D56C53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Anul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construirii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Anul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ultimei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renovări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la clădirile existente / dacă e cazul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4D8411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Durata de viață estimată (ani)</w:t>
            </w:r>
          </w:p>
        </w:tc>
      </w:tr>
      <w:tr w:rsidR="00CA044C" w:rsidRPr="00CA044C" w14:paraId="10569C31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A988AF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Regim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înălțime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ex. S+P+2E+M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917691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Înălțimea la cornișă (m)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(existent/propus)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228597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Înălțimea maximă (m)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(existent/propus)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0FD4BE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Cota terenului amenajat / natural (m)</w:t>
            </w:r>
          </w:p>
        </w:tc>
      </w:tr>
      <w:tr w:rsidR="00CA044C" w:rsidRPr="00CA044C" w14:paraId="51522E32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5B2B62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construită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402DDE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Suprafața desfășurată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D07E672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Suprafața utilă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320831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Volum construit (m³)</w:t>
            </w:r>
          </w:p>
        </w:tc>
      </w:tr>
      <w:tr w:rsidR="00CA044C" w:rsidRPr="00CA044C" w14:paraId="65E1568B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8C3256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Sistem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structural / Material structural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(existent/propus)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17DE5A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Clasa de risc seismic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Rs I ... Rs IV</w:t>
            </w:r>
          </w:p>
        </w:tc>
      </w:tr>
      <w:tr w:rsidR="00CA044C" w:rsidRPr="00CA044C" w14:paraId="77E3223C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0C208E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Acoperiș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învelitoare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ș</w:t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arpantă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sau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terasă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EDB9FA3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Învelitoare (material / culoare)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A8832B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Finisaj / tâmplărie exterioară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material, culoare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60F66A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Sistem de încălzire</w:t>
            </w:r>
          </w:p>
        </w:tc>
      </w:tr>
      <w:tr w:rsidR="006C782F" w:rsidRPr="00CA044C" w14:paraId="466004C6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FA54FC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Nivel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stabilitate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la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incendiu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</w:t>
            </w:r>
            <w:proofErr w:type="spellStart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propus</w:t>
            </w:r>
            <w:proofErr w:type="spellEnd"/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)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3F197F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 maxim utilizatori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(existent/propus)</w:t>
            </w:r>
          </w:p>
        </w:tc>
      </w:tr>
    </w:tbl>
    <w:p w14:paraId="6CA3E72F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CA044C" w:rsidRPr="00CA044C" w14:paraId="10BE84D1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66E8EC4F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5. CAPACITĂȚILE FUNCȚIONALE ALE CONSTRUCȚIILOR PROIECTATE</w:t>
            </w:r>
          </w:p>
        </w:tc>
      </w:tr>
      <w:tr w:rsidR="00CA044C" w:rsidRPr="00CA044C" w14:paraId="4F8DABCD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7FA11E6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locuințe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principale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(</w:t>
            </w:r>
            <w:proofErr w:type="spellStart"/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>permanente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)   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sezoniere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(de </w:t>
            </w:r>
            <w:proofErr w:type="gramStart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vacanță)   </w:t>
            </w:r>
            <w:proofErr w:type="gramEnd"/>
            <w:r w:rsidRPr="00CA044C">
              <w:rPr>
                <w:rFonts w:ascii="Times New Roman" w:hAnsi="Times New Roman"/>
                <w:sz w:val="16"/>
                <w:szCs w:val="24"/>
              </w:rPr>
              <w:t>☐ pentru închiriere   ☐ sociale   ☐ de serviciu   ☐ de necesitate   ☐ de intervenție   ☐ de protocol</w:t>
            </w:r>
          </w:p>
        </w:tc>
      </w:tr>
      <w:tr w:rsidR="00CA044C" w:rsidRPr="00CA044C" w14:paraId="1349E4CA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904AC12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Număr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apartamente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:   cu 1 cameră: ____   2 camere: ____   3 camere: ____   4 camere: ____   5+ camere: ____</w:t>
            </w:r>
          </w:p>
        </w:tc>
      </w:tr>
      <w:tr w:rsidR="00CA044C" w:rsidRPr="00CA044C" w14:paraId="2BDD43F8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4DAE058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Construcții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pentru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instituții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publice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6"/>
                <w:szCs w:val="24"/>
              </w:rPr>
              <w:t>servicii</w:t>
            </w:r>
            <w:proofErr w:type="spellEnd"/>
          </w:p>
        </w:tc>
      </w:tr>
      <w:tr w:rsidR="00CA044C" w:rsidRPr="00CA044C" w14:paraId="3B02F1E4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2855D2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sănătate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— nr. de paturi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3154909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învățământ — nr. săli / locuri / grupe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43CCE4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cultură — nr. de locuri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BC1205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hoteliere — nr. camere / locuri</w:t>
            </w:r>
          </w:p>
        </w:tc>
      </w:tr>
      <w:tr w:rsidR="00CA044C" w:rsidRPr="00CA044C" w14:paraId="04217103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B067F8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culte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— nr. de locuri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3577E1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administrative / financiare — nr. pers.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E8D1199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comerț / servicii / sport — nr. pers.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4E8DAD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agricole / producție / depozitare</w:t>
            </w:r>
          </w:p>
        </w:tc>
      </w:tr>
      <w:tr w:rsidR="00CA044C" w:rsidRPr="00CA044C" w14:paraId="1E0B8C92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6E2405D" w14:textId="77777777" w:rsidR="006C782F" w:rsidRDefault="006018B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Alte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caracteristici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ale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capacităților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funcționale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,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necuprinse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mai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sus</w:t>
            </w:r>
          </w:p>
          <w:p w14:paraId="11F924F5" w14:textId="77777777" w:rsidR="00357FD1" w:rsidRPr="00CA044C" w:rsidRDefault="00357FD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3C1C6E0B" w14:textId="77777777" w:rsidR="006C782F" w:rsidRPr="00CA044C" w:rsidRDefault="006018BA">
      <w:pPr>
        <w:rPr>
          <w:sz w:val="24"/>
          <w:szCs w:val="24"/>
        </w:rPr>
      </w:pPr>
      <w:r w:rsidRPr="00CA044C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2736"/>
        <w:gridCol w:w="2736"/>
        <w:gridCol w:w="2736"/>
      </w:tblGrid>
      <w:tr w:rsidR="00CA044C" w:rsidRPr="00CA044C" w14:paraId="56A2B21F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29B66DE5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6. UTILITĂȚI · GARAJE ȘI PARCAJE · AMENAJĂRI EXTERIOARE</w:t>
            </w:r>
          </w:p>
        </w:tc>
      </w:tr>
      <w:tr w:rsidR="00CA044C" w:rsidRPr="00CA044C" w14:paraId="7C958349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3A98377D" w14:textId="77777777" w:rsidR="006C782F" w:rsidRPr="00CA044C" w:rsidRDefault="006018BA">
            <w:pPr>
              <w:spacing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sz w:val="16"/>
                <w:szCs w:val="24"/>
              </w:rPr>
              <w:t>☐</w:t>
            </w:r>
            <w:r w:rsidRPr="00CA044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apă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</w:t>
            </w:r>
            <w:proofErr w:type="spellStart"/>
            <w:r w:rsidRPr="00CA044C">
              <w:rPr>
                <w:rFonts w:ascii="Times New Roman" w:hAnsi="Times New Roman"/>
                <w:sz w:val="16"/>
                <w:szCs w:val="24"/>
              </w:rPr>
              <w:t>canalizare</w:t>
            </w:r>
            <w:proofErr w:type="spellEnd"/>
            <w:r w:rsidRPr="00CA044C">
              <w:rPr>
                <w:rFonts w:ascii="Times New Roman" w:hAnsi="Times New Roman"/>
                <w:sz w:val="16"/>
                <w:szCs w:val="24"/>
              </w:rPr>
              <w:t xml:space="preserve">   ☐ energie electrică   ☐ energie termică   ☐ gaze naturale   ☐ telefonizare   ☐ salubritate   ☐ transport urban   ☐ alte utilități</w:t>
            </w:r>
          </w:p>
        </w:tc>
      </w:tr>
      <w:tr w:rsidR="00CA044C" w:rsidRPr="00CA044C" w14:paraId="6B7299A4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EDA6F4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garaje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— nr. locuri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CEC801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parcaje — nr. locuri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7FBB9A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parcaje pentru biciclete — nr. locuri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F0DB20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alei carosabile / parcaje sol (m²)</w:t>
            </w:r>
          </w:p>
        </w:tc>
      </w:tr>
      <w:tr w:rsidR="006C782F" w:rsidRPr="00CA044C" w14:paraId="71DE4506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67D1B25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alei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pietonale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(m²)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88729F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alte platforme nivel sol (m²)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deșeuri etc.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460D1A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arbori tăiați / menținuți / plantați (nr.)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158AC7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spații verzi (m²)</w:t>
            </w:r>
          </w:p>
        </w:tc>
      </w:tr>
    </w:tbl>
    <w:p w14:paraId="770ADCB4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CA044C" w:rsidRPr="00CA044C" w14:paraId="0849C1B1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76C1EA63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7. MĂSURI DE PROTECȚIE A MEDIULUI/SECURITATE LA INCENDIU/PROTECȚIE CIVILĂ</w:t>
            </w:r>
          </w:p>
        </w:tc>
      </w:tr>
      <w:tr w:rsidR="00CA044C" w:rsidRPr="00CA044C" w14:paraId="70C9798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098622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Modul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evacuare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deșeurilor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0FACE4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Alte măsuri de securitate la incendiu și protecție civilă</w:t>
            </w:r>
          </w:p>
        </w:tc>
      </w:tr>
      <w:tr w:rsidR="006C782F" w:rsidRPr="00CA044C" w14:paraId="19182917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C47044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Măsuri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mediului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B7D184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Alte măsuri specifice:</w:t>
            </w:r>
          </w:p>
        </w:tc>
      </w:tr>
    </w:tbl>
    <w:p w14:paraId="4EED2907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A044C" w:rsidRPr="00CA044C" w14:paraId="25B5010D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5" w:type="dxa"/>
              <w:right w:w="35" w:type="dxa"/>
            </w:tcMar>
          </w:tcPr>
          <w:p w14:paraId="7B4BCAEE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8. ÎNTOCMIT</w:t>
            </w:r>
          </w:p>
        </w:tc>
      </w:tr>
      <w:tr w:rsidR="006C782F" w:rsidRPr="00CA044C" w14:paraId="1819A54C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2BF61B7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Numele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prenumele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firma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reprezentantul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1B88E34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6D84BB7D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Semnătura și parafa</w:t>
            </w:r>
          </w:p>
        </w:tc>
      </w:tr>
    </w:tbl>
    <w:p w14:paraId="2AE703E4" w14:textId="77777777" w:rsidR="006C782F" w:rsidRPr="00CA044C" w:rsidRDefault="006C782F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A044C" w:rsidRPr="00CA044C" w14:paraId="6D34FA4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7B8D0CE7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9. COMUNICAREA ÎN REGISTRUL NAȚIONAL AL CLĂDIRILOR</w:t>
            </w:r>
          </w:p>
        </w:tc>
      </w:tr>
      <w:tr w:rsidR="00CA044C" w:rsidRPr="00CA044C" w14:paraId="536B63D6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47208C0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Clădirea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fost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  <w:t xml:space="preserve">☐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identificată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în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registru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  ☐ declarată acum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5C685F1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NIS atribuit / confirmat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C0D405F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Cod investiție</w:t>
            </w:r>
            <w:r w:rsidRPr="00CA044C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044C">
              <w:rPr>
                <w:rFonts w:ascii="Times New Roman" w:hAnsi="Times New Roman"/>
                <w:i/>
                <w:sz w:val="16"/>
                <w:szCs w:val="24"/>
              </w:rPr>
              <w:t>dacă lucrarea e legată de o investiție</w:t>
            </w:r>
          </w:p>
        </w:tc>
      </w:tr>
      <w:tr w:rsidR="00CA044C" w:rsidRPr="00CA044C" w14:paraId="7F57C2C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9E1F52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Data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comunicării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C871FBA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Numărul tranzacției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6D909BE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Comunicat de</w:t>
            </w:r>
          </w:p>
        </w:tc>
      </w:tr>
    </w:tbl>
    <w:p w14:paraId="64D8E0DA" w14:textId="77777777" w:rsidR="006C782F" w:rsidRPr="00CA044C" w:rsidRDefault="006018BA">
      <w:pPr>
        <w:spacing w:before="80" w:after="40" w:line="240" w:lineRule="auto"/>
        <w:rPr>
          <w:sz w:val="24"/>
          <w:szCs w:val="24"/>
        </w:rPr>
      </w:pP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Punctele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10-13 se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completează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în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cazul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amenajărilor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/</w:t>
      </w:r>
      <w:proofErr w:type="spellStart"/>
      <w:r w:rsidRPr="00CA044C">
        <w:rPr>
          <w:rFonts w:ascii="Times New Roman" w:hAnsi="Times New Roman"/>
          <w:sz w:val="18"/>
          <w:szCs w:val="24"/>
          <w:u w:val="single"/>
        </w:rPr>
        <w:t>lucrărilor</w:t>
      </w:r>
      <w:proofErr w:type="spellEnd"/>
      <w:r w:rsidRPr="00CA044C">
        <w:rPr>
          <w:rFonts w:ascii="Times New Roman" w:hAnsi="Times New Roman"/>
          <w:sz w:val="18"/>
          <w:szCs w:val="24"/>
          <w:u w:val="single"/>
        </w:rPr>
        <w:t xml:space="preserve"> inginerești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1824"/>
        <w:gridCol w:w="1824"/>
        <w:gridCol w:w="3648"/>
      </w:tblGrid>
      <w:tr w:rsidR="00CA044C" w:rsidRPr="00CA044C" w14:paraId="2A813EF9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6F36F5D1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10. DATELE CARACTERISTICE ALE AMPLASAMENTULUI</w:t>
            </w:r>
          </w:p>
        </w:tc>
      </w:tr>
      <w:tr w:rsidR="00CA044C" w:rsidRPr="00CA044C" w14:paraId="7A65A9EF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3B59AD99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7891C5DB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2935307C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11. CARACTERISTICI TEHNICE ȘI CAPACITĂȚI </w:t>
            </w:r>
            <w:proofErr w:type="gram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FUNCȚIONALE  SPECIFICE</w:t>
            </w:r>
            <w:proofErr w:type="gramEnd"/>
          </w:p>
        </w:tc>
      </w:tr>
      <w:tr w:rsidR="00CA044C" w:rsidRPr="00CA044C" w14:paraId="0C68FCA0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0B606756" w14:textId="77777777" w:rsidR="006C782F" w:rsidRPr="00CA044C" w:rsidRDefault="006C782F">
            <w:pPr>
              <w:rPr>
                <w:sz w:val="24"/>
                <w:szCs w:val="24"/>
              </w:rPr>
            </w:pPr>
          </w:p>
        </w:tc>
      </w:tr>
      <w:tr w:rsidR="00CA044C" w:rsidRPr="00CA044C" w14:paraId="301F9DC7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32B04A50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12. MĂSURI DE PROTECȚIE A MEDIULUI / SECURITATE LA INCENDIU</w:t>
            </w:r>
          </w:p>
        </w:tc>
      </w:tr>
      <w:tr w:rsidR="00CA044C" w:rsidRPr="00CA044C" w14:paraId="1FBBE6B6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7F4B668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Modul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evacuare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deșeurilor</w:t>
            </w:r>
            <w:proofErr w:type="spellEnd"/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20688D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Măsuri de securitate la incendiu</w:t>
            </w:r>
          </w:p>
        </w:tc>
      </w:tr>
      <w:tr w:rsidR="00CA044C" w:rsidRPr="00CA044C" w14:paraId="3DD30EE4" w14:textId="77777777">
        <w:trPr>
          <w:jc w:val="center"/>
        </w:trPr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68EA8B7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Măsuri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protecție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mediului</w:t>
            </w:r>
            <w:proofErr w:type="spellEnd"/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9EB2ABB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Alte măsuri specifice</w:t>
            </w:r>
          </w:p>
        </w:tc>
      </w:tr>
      <w:tr w:rsidR="00CA044C" w:rsidRPr="00CA044C" w14:paraId="43F302E3" w14:textId="77777777">
        <w:trPr>
          <w:jc w:val="center"/>
        </w:trPr>
        <w:tc>
          <w:tcPr>
            <w:tcW w:w="10944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5" w:type="dxa"/>
              <w:right w:w="35" w:type="dxa"/>
            </w:tcMar>
          </w:tcPr>
          <w:p w14:paraId="64EF1B31" w14:textId="77777777" w:rsidR="006C782F" w:rsidRPr="00CA044C" w:rsidRDefault="006018BA">
            <w:pPr>
              <w:spacing w:before="10" w:after="1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13. ÎNTOCMIT</w:t>
            </w:r>
          </w:p>
        </w:tc>
      </w:tr>
      <w:tr w:rsidR="006C782F" w:rsidRPr="00CA044C" w14:paraId="6C530DA8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3BEECA56" w14:textId="77777777" w:rsidR="006C782F" w:rsidRDefault="006018B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Numele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prenumele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firma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reprezentantul</w:t>
            </w:r>
            <w:proofErr w:type="spellEnd"/>
          </w:p>
          <w:p w14:paraId="5CC2A15E" w14:textId="77777777" w:rsidR="00975C2F" w:rsidRPr="00CA044C" w:rsidRDefault="00975C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31B58A5C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5" w:type="dxa"/>
              <w:right w:w="35" w:type="dxa"/>
            </w:tcMar>
          </w:tcPr>
          <w:p w14:paraId="1C89C4E4" w14:textId="77777777" w:rsidR="006C782F" w:rsidRPr="00CA044C" w:rsidRDefault="006018BA">
            <w:pPr>
              <w:spacing w:after="0" w:line="240" w:lineRule="auto"/>
              <w:rPr>
                <w:sz w:val="24"/>
                <w:szCs w:val="24"/>
              </w:rPr>
            </w:pPr>
            <w:r w:rsidRPr="00CA044C">
              <w:rPr>
                <w:rFonts w:ascii="Times New Roman" w:hAnsi="Times New Roman"/>
                <w:b/>
                <w:sz w:val="18"/>
                <w:szCs w:val="24"/>
              </w:rPr>
              <w:t>Semnătura și parafa</w:t>
            </w:r>
          </w:p>
        </w:tc>
      </w:tr>
    </w:tbl>
    <w:p w14:paraId="493FD407" w14:textId="77777777" w:rsidR="00CF7E1D" w:rsidRPr="00CA044C" w:rsidRDefault="00CF7E1D">
      <w:pPr>
        <w:rPr>
          <w:sz w:val="24"/>
          <w:szCs w:val="24"/>
        </w:rPr>
      </w:pPr>
    </w:p>
    <w:sectPr w:rsidR="00CF7E1D" w:rsidRPr="00CA044C" w:rsidSect="000C29A5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07E38" w14:textId="77777777" w:rsidR="002F424F" w:rsidRDefault="002F424F">
      <w:pPr>
        <w:spacing w:after="0" w:line="240" w:lineRule="auto"/>
      </w:pPr>
      <w:r>
        <w:separator/>
      </w:r>
    </w:p>
  </w:endnote>
  <w:endnote w:type="continuationSeparator" w:id="0">
    <w:p w14:paraId="08307A22" w14:textId="77777777" w:rsidR="002F424F" w:rsidRDefault="002F4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EAC7B" w14:textId="39D7CFD2" w:rsidR="006C782F" w:rsidRDefault="006C782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628C3" w14:textId="77777777" w:rsidR="002F424F" w:rsidRDefault="002F424F">
      <w:pPr>
        <w:spacing w:after="0" w:line="240" w:lineRule="auto"/>
      </w:pPr>
      <w:r>
        <w:separator/>
      </w:r>
    </w:p>
  </w:footnote>
  <w:footnote w:type="continuationSeparator" w:id="0">
    <w:p w14:paraId="39680563" w14:textId="77777777" w:rsidR="002F424F" w:rsidRDefault="002F4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4A5D5D"/>
    <w:multiLevelType w:val="hybridMultilevel"/>
    <w:tmpl w:val="EFF08862"/>
    <w:lvl w:ilvl="0" w:tplc="84E850C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2FA74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856BD4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C0201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DBA1B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0045B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764FA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F0EF58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8E635D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92B73EC"/>
    <w:multiLevelType w:val="hybridMultilevel"/>
    <w:tmpl w:val="CD7C8DA6"/>
    <w:lvl w:ilvl="0" w:tplc="B79C79B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A6E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1227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9D21F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AD681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DFA594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AD22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083DF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BBEE3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E4E034C"/>
    <w:multiLevelType w:val="hybridMultilevel"/>
    <w:tmpl w:val="4A2CE420"/>
    <w:lvl w:ilvl="0" w:tplc="5AF4B0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22DD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ACA3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5D6F77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2EA538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6D60D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F04B8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26C1F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825C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13A015C5"/>
    <w:multiLevelType w:val="hybridMultilevel"/>
    <w:tmpl w:val="C352BC86"/>
    <w:lvl w:ilvl="0" w:tplc="E27E835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FEEA9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A0453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8F412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542B2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DEA12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D48B1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9A0FD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14061F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13DE72AF"/>
    <w:multiLevelType w:val="hybridMultilevel"/>
    <w:tmpl w:val="CE60AEB2"/>
    <w:lvl w:ilvl="0" w:tplc="579A09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62185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AEAAF2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E9E565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76D52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D52DCB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2C689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85C091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6473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" w15:restartNumberingAfterBreak="0">
    <w:nsid w:val="17037DCB"/>
    <w:multiLevelType w:val="hybridMultilevel"/>
    <w:tmpl w:val="7780E172"/>
    <w:lvl w:ilvl="0" w:tplc="7BEA35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9E496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7E2B3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4E989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8DAF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C94307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82860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412FF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984591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2197581C"/>
    <w:multiLevelType w:val="hybridMultilevel"/>
    <w:tmpl w:val="F1B2C91A"/>
    <w:lvl w:ilvl="0" w:tplc="74DC920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9EA0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D3615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044A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2860CD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7B651C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1A4CE9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DDCFF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080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2FD000BF"/>
    <w:multiLevelType w:val="hybridMultilevel"/>
    <w:tmpl w:val="AC1E987C"/>
    <w:lvl w:ilvl="0" w:tplc="6E52996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97296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9A9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16E1D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9AE44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BA9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C9083E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FD8787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A487E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" w15:restartNumberingAfterBreak="0">
    <w:nsid w:val="32692436"/>
    <w:multiLevelType w:val="hybridMultilevel"/>
    <w:tmpl w:val="A3B28626"/>
    <w:lvl w:ilvl="0" w:tplc="C5EEF2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9230A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F46AB1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B23D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B645E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BE0D5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BD4918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AB887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CC07DD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337E394B"/>
    <w:multiLevelType w:val="hybridMultilevel"/>
    <w:tmpl w:val="4CEA3432"/>
    <w:lvl w:ilvl="0" w:tplc="AD96C54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D2C0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0C0A7E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F025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026F8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CA0D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0F428A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018C2E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6DAC8B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391D44CD"/>
    <w:multiLevelType w:val="hybridMultilevel"/>
    <w:tmpl w:val="4C6C4D82"/>
    <w:lvl w:ilvl="0" w:tplc="08B2EA4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DB4546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8AA3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2E45F4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87AD5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4520F1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8B4F2A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D2AF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986F9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4EC94781"/>
    <w:multiLevelType w:val="hybridMultilevel"/>
    <w:tmpl w:val="D696E84E"/>
    <w:lvl w:ilvl="0" w:tplc="B85C0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B45C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FE6D5E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0185B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C4055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664237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E60E2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8FA6CA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61ACB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1" w15:restartNumberingAfterBreak="0">
    <w:nsid w:val="4F117983"/>
    <w:multiLevelType w:val="hybridMultilevel"/>
    <w:tmpl w:val="EA28B002"/>
    <w:lvl w:ilvl="0" w:tplc="E022022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8A251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5C642E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98C600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FB0FF2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E528E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F8C23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30AB8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BB2F9C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5E7F6E73"/>
    <w:multiLevelType w:val="hybridMultilevel"/>
    <w:tmpl w:val="0ABE8E76"/>
    <w:lvl w:ilvl="0" w:tplc="CD8ACDB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BCE0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4AE8E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E888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FE57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3A471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E9CC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3263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C3A5C6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658A3592"/>
    <w:multiLevelType w:val="hybridMultilevel"/>
    <w:tmpl w:val="B7DAAC5C"/>
    <w:lvl w:ilvl="0" w:tplc="CC6E4E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EC71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35277A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C2D19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E362DD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B8C43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718F6C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686BD3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04CE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693A13A9"/>
    <w:multiLevelType w:val="hybridMultilevel"/>
    <w:tmpl w:val="C34CF236"/>
    <w:lvl w:ilvl="0" w:tplc="B96278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9ACF0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8681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79C41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CF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F4E5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EDE98D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3E4C3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D41C9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 w15:restartNumberingAfterBreak="0">
    <w:nsid w:val="6B363D31"/>
    <w:multiLevelType w:val="hybridMultilevel"/>
    <w:tmpl w:val="66B6D824"/>
    <w:lvl w:ilvl="0" w:tplc="89C866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CAA2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998BA3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A566D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1A092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D64C19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AA288B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354678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E0809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6D0348CA"/>
    <w:multiLevelType w:val="hybridMultilevel"/>
    <w:tmpl w:val="6B0E669A"/>
    <w:lvl w:ilvl="0" w:tplc="7ADCCF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EA6DDD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4C364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24A56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7603D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7EB4381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C454782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690B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ACAE0C2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7B4D7A0D"/>
    <w:multiLevelType w:val="hybridMultilevel"/>
    <w:tmpl w:val="0DB2EB9A"/>
    <w:lvl w:ilvl="0" w:tplc="F0D84E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5CC19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82066B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536B0D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31E5C9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4E4A20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3309C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7CA9B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7680E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num w:numId="1" w16cid:durableId="1685083789">
    <w:abstractNumId w:val="8"/>
  </w:num>
  <w:num w:numId="2" w16cid:durableId="1217283027">
    <w:abstractNumId w:val="6"/>
  </w:num>
  <w:num w:numId="3" w16cid:durableId="484391773">
    <w:abstractNumId w:val="5"/>
  </w:num>
  <w:num w:numId="4" w16cid:durableId="329137123">
    <w:abstractNumId w:val="4"/>
  </w:num>
  <w:num w:numId="5" w16cid:durableId="2051299653">
    <w:abstractNumId w:val="7"/>
  </w:num>
  <w:num w:numId="6" w16cid:durableId="972297197">
    <w:abstractNumId w:val="3"/>
  </w:num>
  <w:num w:numId="7" w16cid:durableId="1428384972">
    <w:abstractNumId w:val="2"/>
  </w:num>
  <w:num w:numId="8" w16cid:durableId="966398259">
    <w:abstractNumId w:val="1"/>
  </w:num>
  <w:num w:numId="9" w16cid:durableId="942540212">
    <w:abstractNumId w:val="0"/>
  </w:num>
  <w:num w:numId="10" w16cid:durableId="539587500">
    <w:abstractNumId w:val="21"/>
  </w:num>
  <w:num w:numId="11" w16cid:durableId="1563758771">
    <w:abstractNumId w:val="19"/>
  </w:num>
  <w:num w:numId="12" w16cid:durableId="831337265">
    <w:abstractNumId w:val="11"/>
  </w:num>
  <w:num w:numId="13" w16cid:durableId="1781025475">
    <w:abstractNumId w:val="10"/>
  </w:num>
  <w:num w:numId="14" w16cid:durableId="2145350073">
    <w:abstractNumId w:val="27"/>
  </w:num>
  <w:num w:numId="15" w16cid:durableId="1819689182">
    <w:abstractNumId w:val="16"/>
  </w:num>
  <w:num w:numId="16" w16cid:durableId="378747557">
    <w:abstractNumId w:val="14"/>
  </w:num>
  <w:num w:numId="17" w16cid:durableId="489489665">
    <w:abstractNumId w:val="9"/>
  </w:num>
  <w:num w:numId="18" w16cid:durableId="1506895502">
    <w:abstractNumId w:val="25"/>
  </w:num>
  <w:num w:numId="19" w16cid:durableId="2123762921">
    <w:abstractNumId w:val="18"/>
  </w:num>
  <w:num w:numId="20" w16cid:durableId="1735928267">
    <w:abstractNumId w:val="17"/>
  </w:num>
  <w:num w:numId="21" w16cid:durableId="667906544">
    <w:abstractNumId w:val="15"/>
  </w:num>
  <w:num w:numId="22" w16cid:durableId="1208949987">
    <w:abstractNumId w:val="20"/>
  </w:num>
  <w:num w:numId="23" w16cid:durableId="127288221">
    <w:abstractNumId w:val="23"/>
  </w:num>
  <w:num w:numId="24" w16cid:durableId="2115438506">
    <w:abstractNumId w:val="13"/>
  </w:num>
  <w:num w:numId="25" w16cid:durableId="239028602">
    <w:abstractNumId w:val="22"/>
  </w:num>
  <w:num w:numId="26" w16cid:durableId="566578439">
    <w:abstractNumId w:val="24"/>
  </w:num>
  <w:num w:numId="27" w16cid:durableId="666979831">
    <w:abstractNumId w:val="12"/>
  </w:num>
  <w:num w:numId="28" w16cid:durableId="127166700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9A5"/>
    <w:rsid w:val="0015074B"/>
    <w:rsid w:val="001C185F"/>
    <w:rsid w:val="00200FFD"/>
    <w:rsid w:val="00257A82"/>
    <w:rsid w:val="0029639D"/>
    <w:rsid w:val="002F424F"/>
    <w:rsid w:val="00301CFD"/>
    <w:rsid w:val="00326F90"/>
    <w:rsid w:val="00357FD1"/>
    <w:rsid w:val="00360C4F"/>
    <w:rsid w:val="00387CA9"/>
    <w:rsid w:val="004710B9"/>
    <w:rsid w:val="004A6029"/>
    <w:rsid w:val="006018BA"/>
    <w:rsid w:val="006127C3"/>
    <w:rsid w:val="006C7691"/>
    <w:rsid w:val="006C782F"/>
    <w:rsid w:val="00767563"/>
    <w:rsid w:val="007E2E89"/>
    <w:rsid w:val="00845657"/>
    <w:rsid w:val="008E6085"/>
    <w:rsid w:val="00923990"/>
    <w:rsid w:val="00962090"/>
    <w:rsid w:val="00975C2F"/>
    <w:rsid w:val="00AA1D8D"/>
    <w:rsid w:val="00AF22B6"/>
    <w:rsid w:val="00AF3338"/>
    <w:rsid w:val="00B12DE5"/>
    <w:rsid w:val="00B47730"/>
    <w:rsid w:val="00B541E0"/>
    <w:rsid w:val="00B97B62"/>
    <w:rsid w:val="00BD39D4"/>
    <w:rsid w:val="00C132E0"/>
    <w:rsid w:val="00C9583A"/>
    <w:rsid w:val="00CA044C"/>
    <w:rsid w:val="00CB0664"/>
    <w:rsid w:val="00CF7E1D"/>
    <w:rsid w:val="00D10E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303163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301CFD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018BA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2291</Words>
  <Characters>13065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14</cp:revision>
  <dcterms:created xsi:type="dcterms:W3CDTF">2013-12-23T23:15:00Z</dcterms:created>
  <dcterms:modified xsi:type="dcterms:W3CDTF">2026-09-02T10:26:00Z</dcterms:modified>
  <cp:category/>
</cp:coreProperties>
</file>