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7D1692" w:rsidRPr="007D1692" w14:paraId="12962D69" w14:textId="77777777" w:rsidTr="008D5CAB">
        <w:trPr>
          <w:jc w:val="center"/>
        </w:trPr>
        <w:tc>
          <w:tcPr>
            <w:tcW w:w="2160" w:type="dxa"/>
            <w:vMerge w:val="restart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6A8A2EFF" w14:textId="2A35F8FC" w:rsidR="00604C2C" w:rsidRPr="007D1692" w:rsidRDefault="002F480B" w:rsidP="00017932">
            <w:pPr>
              <w:rPr>
                <w:color w:val="000000" w:themeColor="text1"/>
                <w:sz w:val="24"/>
                <w:szCs w:val="24"/>
              </w:rPr>
            </w:pPr>
            <w:bookmarkStart w:id="0" w:name="_Hlk239080135"/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7BBE2054" wp14:editId="47FDE2B3">
                  <wp:extent cx="1155700" cy="1259489"/>
                  <wp:effectExtent l="0" t="0" r="6350" b="0"/>
                  <wp:docPr id="19121515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60" cy="1262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5239E86B" w14:textId="77777777" w:rsidR="00604C2C" w:rsidRPr="007D1692" w:rsidRDefault="00604C2C" w:rsidP="00017932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7D1692" w:rsidRPr="007D1692" w14:paraId="37378875" w14:textId="77777777" w:rsidTr="008D5CAB">
        <w:trPr>
          <w:jc w:val="center"/>
        </w:trPr>
        <w:tc>
          <w:tcPr>
            <w:tcW w:w="2160" w:type="dxa"/>
            <w:vMerge/>
          </w:tcPr>
          <w:p w14:paraId="2658D523" w14:textId="77777777" w:rsidR="00604C2C" w:rsidRPr="007D1692" w:rsidRDefault="00604C2C" w:rsidP="0001793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38F557D6" w14:textId="77777777" w:rsidR="00604C2C" w:rsidRPr="007D1692" w:rsidRDefault="00604C2C" w:rsidP="00017932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7D1692" w:rsidRPr="007D1692" w14:paraId="37639114" w14:textId="77777777" w:rsidTr="008D5CAB">
        <w:trPr>
          <w:jc w:val="center"/>
        </w:trPr>
        <w:tc>
          <w:tcPr>
            <w:tcW w:w="2160" w:type="dxa"/>
            <w:vMerge/>
          </w:tcPr>
          <w:p w14:paraId="687AB091" w14:textId="77777777" w:rsidR="00604C2C" w:rsidRPr="007D1692" w:rsidRDefault="00604C2C" w:rsidP="0001793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45D49021" w14:textId="77777777" w:rsidR="00604C2C" w:rsidRPr="007D1692" w:rsidRDefault="00604C2C" w:rsidP="00017932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06AA1995" w14:textId="77777777" w:rsidR="00604C2C" w:rsidRPr="007D1692" w:rsidRDefault="00604C2C" w:rsidP="00017932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46A42991" w14:textId="02D35098" w:rsidR="00604C2C" w:rsidRPr="007D1692" w:rsidRDefault="00604C2C" w:rsidP="00017932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</w:t>
            </w:r>
            <w:r w:rsidR="00D92D6F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cod postal </w:t>
            </w:r>
            <w:r w:rsidR="00D92D6F"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240595,</w:t>
            </w:r>
          </w:p>
          <w:p w14:paraId="22B89D7C" w14:textId="77777777" w:rsidR="00D92D6F" w:rsidRDefault="00604C2C" w:rsidP="00017932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 w:rsidR="00D92D6F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5A0800A8" w14:textId="7F8269D6" w:rsidR="00604C2C" w:rsidRPr="007D1692" w:rsidRDefault="00604C2C" w:rsidP="00017932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</w:t>
            </w:r>
            <w:r w:rsidR="00D92D6F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.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73</w:t>
            </w:r>
            <w:r w:rsidR="00D92D6F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.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29</w:t>
            </w:r>
            <w:r w:rsidR="00D92D6F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.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01</w:t>
            </w:r>
            <w:r w:rsidR="00D92D6F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/ fax.0250/73.56.17</w:t>
            </w:r>
            <w:r w:rsidR="008D5CAB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, www.cjvalcea.ro</w:t>
            </w:r>
          </w:p>
          <w:p w14:paraId="000E15B6" w14:textId="77777777" w:rsidR="00604C2C" w:rsidRPr="007D1692" w:rsidRDefault="00604C2C" w:rsidP="00017932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9" w:history="1">
              <w:r w:rsidRPr="007D1692"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  <w:u w:val="none"/>
                </w:rPr>
                <w:t>consiliu@cjvalcea.ro</w:t>
              </w:r>
            </w:hyperlink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7D1692" w:rsidRPr="007D1692" w14:paraId="671D3408" w14:textId="77777777" w:rsidTr="008D5CAB">
        <w:trPr>
          <w:trHeight w:val="352"/>
          <w:jc w:val="center"/>
        </w:trPr>
        <w:tc>
          <w:tcPr>
            <w:tcW w:w="2160" w:type="dxa"/>
            <w:vMerge/>
          </w:tcPr>
          <w:p w14:paraId="01C17B52" w14:textId="77777777" w:rsidR="00604C2C" w:rsidRPr="007D1692" w:rsidRDefault="00604C2C" w:rsidP="0001793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76A4ABBD" w14:textId="77777777" w:rsidR="00604C2C" w:rsidRPr="007D1692" w:rsidRDefault="00604C2C" w:rsidP="00017932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265D5F49" w14:textId="77777777" w:rsidR="00604C2C" w:rsidRPr="007D1692" w:rsidRDefault="00604C2C" w:rsidP="00017932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  <w:bookmarkEnd w:id="0"/>
    </w:tbl>
    <w:p w14:paraId="4CC267B2" w14:textId="77777777" w:rsidR="002F480B" w:rsidRDefault="002F480B" w:rsidP="004D4E15">
      <w:pPr>
        <w:spacing w:before="80" w:after="6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</w:p>
    <w:p w14:paraId="14F68403" w14:textId="61928342" w:rsidR="004D4E15" w:rsidRDefault="004D4E15" w:rsidP="004D4E15">
      <w:pPr>
        <w:spacing w:before="80" w:after="6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  <w:r w:rsidRPr="007D1692">
        <w:rPr>
          <w:rFonts w:ascii="Times New Roman" w:hAnsi="Times New Roman"/>
          <w:b/>
          <w:color w:val="000000" w:themeColor="text1"/>
          <w:sz w:val="28"/>
          <w:szCs w:val="24"/>
        </w:rPr>
        <w:t>CERERE</w:t>
      </w:r>
    </w:p>
    <w:p w14:paraId="47D8D6B2" w14:textId="77777777" w:rsidR="007D1692" w:rsidRPr="007D1692" w:rsidRDefault="007D1692" w:rsidP="004D4E15">
      <w:pPr>
        <w:spacing w:before="80" w:after="60" w:line="240" w:lineRule="auto"/>
        <w:jc w:val="center"/>
        <w:rPr>
          <w:color w:val="000000" w:themeColor="text1"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872"/>
      </w:tblGrid>
      <w:tr w:rsidR="007D1692" w:rsidRPr="007D1692" w14:paraId="53C87BC3" w14:textId="77777777" w:rsidTr="00244BC4">
        <w:trPr>
          <w:jc w:val="center"/>
        </w:trPr>
        <w:tc>
          <w:tcPr>
            <w:tcW w:w="108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50331C10" w14:textId="77777777" w:rsidR="004D4E15" w:rsidRPr="007D1692" w:rsidRDefault="004D4E15" w:rsidP="005A67B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1. CĂTRE</w:t>
            </w:r>
          </w:p>
        </w:tc>
      </w:tr>
      <w:tr w:rsidR="007D1692" w:rsidRPr="007D1692" w14:paraId="60EE2974" w14:textId="77777777" w:rsidTr="00244BC4">
        <w:trPr>
          <w:jc w:val="center"/>
        </w:trPr>
        <w:tc>
          <w:tcPr>
            <w:tcW w:w="108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4D40BB89" w14:textId="77777777" w:rsidR="004D4E15" w:rsidRPr="007D1692" w:rsidRDefault="004D4E15" w:rsidP="005A67B9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Instituția</w:t>
            </w:r>
            <w:proofErr w:type="spellEnd"/>
          </w:p>
          <w:p w14:paraId="47674C7D" w14:textId="48BF0EEE" w:rsidR="004D4E15" w:rsidRPr="007D1692" w:rsidRDefault="004D4E15" w:rsidP="005A67B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Consiliul</w:t>
            </w:r>
            <w:proofErr w:type="spellEnd"/>
            <w:r w:rsidRPr="007D1692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Județean</w:t>
            </w:r>
            <w:proofErr w:type="spellEnd"/>
            <w:r w:rsidRPr="007D1692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r w:rsidR="00247821" w:rsidRPr="007D1692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V</w:t>
            </w:r>
            <w:r w:rsidR="00247821" w:rsidRPr="007D1692">
              <w:rPr>
                <w:rFonts w:ascii="Times New Roman" w:hAnsi="Times New Roman"/>
                <w:i/>
                <w:color w:val="000000" w:themeColor="text1"/>
                <w:sz w:val="16"/>
                <w:szCs w:val="24"/>
                <w:lang w:val="ro-RO"/>
              </w:rPr>
              <w:t>â</w:t>
            </w:r>
            <w:proofErr w:type="spellStart"/>
            <w:r w:rsidR="00247821" w:rsidRPr="007D1692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lcea</w:t>
            </w:r>
            <w:proofErr w:type="spellEnd"/>
          </w:p>
        </w:tc>
      </w:tr>
      <w:tr w:rsidR="004D4E15" w:rsidRPr="007D1692" w14:paraId="7D5A737E" w14:textId="77777777" w:rsidTr="00244BC4">
        <w:trPr>
          <w:jc w:val="center"/>
        </w:trPr>
        <w:tc>
          <w:tcPr>
            <w:tcW w:w="108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2BB94360" w14:textId="77777777" w:rsidR="004D4E15" w:rsidRPr="007D1692" w:rsidRDefault="004D4E15" w:rsidP="005A67B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Către</w:t>
            </w:r>
            <w:proofErr w:type="spellEnd"/>
            <w:r w:rsidRPr="007D1692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președintele</w:t>
            </w:r>
            <w:proofErr w:type="spellEnd"/>
            <w:r w:rsidRPr="007D1692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consiliului</w:t>
            </w:r>
            <w:proofErr w:type="spellEnd"/>
            <w:r w:rsidRPr="007D1692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județean</w:t>
            </w:r>
            <w:proofErr w:type="spellEnd"/>
          </w:p>
        </w:tc>
      </w:tr>
    </w:tbl>
    <w:p w14:paraId="0BCD26BF" w14:textId="77777777" w:rsidR="00883F41" w:rsidRPr="007D1692" w:rsidRDefault="00883F41">
      <w:pPr>
        <w:spacing w:before="30" w:after="0"/>
        <w:rPr>
          <w:color w:val="000000" w:themeColor="text1"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24"/>
        <w:gridCol w:w="1824"/>
        <w:gridCol w:w="912"/>
        <w:gridCol w:w="912"/>
        <w:gridCol w:w="912"/>
        <w:gridCol w:w="912"/>
        <w:gridCol w:w="912"/>
        <w:gridCol w:w="912"/>
        <w:gridCol w:w="1824"/>
      </w:tblGrid>
      <w:tr w:rsidR="007D1692" w:rsidRPr="007D1692" w14:paraId="2D66BC81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58541998" w14:textId="77777777" w:rsidR="00883F41" w:rsidRPr="007D1692" w:rsidRDefault="00000000">
            <w:pPr>
              <w:spacing w:before="10" w:after="1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2. SOLICITANTUL</w:t>
            </w:r>
          </w:p>
        </w:tc>
      </w:tr>
      <w:tr w:rsidR="007D1692" w:rsidRPr="007D1692" w14:paraId="556A7354" w14:textId="77777777">
        <w:trPr>
          <w:jc w:val="center"/>
        </w:trPr>
        <w:tc>
          <w:tcPr>
            <w:tcW w:w="7296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595A63FF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Nume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și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prenume</w:t>
            </w:r>
            <w:proofErr w:type="spellEnd"/>
          </w:p>
        </w:tc>
        <w:tc>
          <w:tcPr>
            <w:tcW w:w="364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7BBB243F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CNP</w:t>
            </w:r>
          </w:p>
        </w:tc>
      </w:tr>
      <w:tr w:rsidR="007D1692" w:rsidRPr="007D1692" w14:paraId="32B7BE96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6FD753D3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Act de </w:t>
            </w:r>
            <w:proofErr w:type="spellStart"/>
            <w:r w:rsidRPr="007D1692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identitate</w:t>
            </w:r>
            <w:proofErr w:type="spellEnd"/>
          </w:p>
        </w:tc>
      </w:tr>
      <w:tr w:rsidR="007D1692" w:rsidRPr="007D1692" w14:paraId="7B2A296E" w14:textId="77777777">
        <w:trPr>
          <w:jc w:val="center"/>
        </w:trPr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4E1760ED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Seria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71EE352B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Numărul</w:t>
            </w:r>
          </w:p>
        </w:tc>
        <w:tc>
          <w:tcPr>
            <w:tcW w:w="456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5A7AA0FD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Eliberat de</w:t>
            </w:r>
          </w:p>
        </w:tc>
        <w:tc>
          <w:tcPr>
            <w:tcW w:w="273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2D7EF92E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La data</w:t>
            </w:r>
          </w:p>
        </w:tc>
      </w:tr>
      <w:tr w:rsidR="007D1692" w:rsidRPr="007D1692" w14:paraId="4217486B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1B846B5B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Domiciliul</w:t>
            </w:r>
            <w:proofErr w:type="spellEnd"/>
          </w:p>
        </w:tc>
      </w:tr>
      <w:tr w:rsidR="007D1692" w:rsidRPr="007D1692" w14:paraId="3FC52388" w14:textId="77777777">
        <w:trPr>
          <w:jc w:val="center"/>
        </w:trPr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1241F9DB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081AF6E4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Municipiul / orașul / comuna</w:t>
            </w:r>
          </w:p>
        </w:tc>
        <w:tc>
          <w:tcPr>
            <w:tcW w:w="364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0D7E4260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Satul / sectorul</w:t>
            </w:r>
          </w:p>
        </w:tc>
      </w:tr>
      <w:tr w:rsidR="007D1692" w:rsidRPr="007D1692" w14:paraId="40F8A924" w14:textId="77777777">
        <w:trPr>
          <w:jc w:val="center"/>
        </w:trPr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08F0FD43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2030B98D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Nr.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084B1145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Sc.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42E23CA3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Et.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7C3D185F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Ap.</w:t>
            </w:r>
          </w:p>
        </w:tc>
        <w:tc>
          <w:tcPr>
            <w:tcW w:w="18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4EDCE893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Cod poștal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0BD3372E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Țara</w:t>
            </w:r>
          </w:p>
        </w:tc>
      </w:tr>
      <w:tr w:rsidR="007D1692" w:rsidRPr="007D1692" w14:paraId="5511BF86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1E7DA438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Date de contact</w:t>
            </w:r>
          </w:p>
        </w:tc>
      </w:tr>
      <w:tr w:rsidR="007D1692" w:rsidRPr="007D1692" w14:paraId="273E0C08" w14:textId="77777777">
        <w:trPr>
          <w:jc w:val="center"/>
        </w:trPr>
        <w:tc>
          <w:tcPr>
            <w:tcW w:w="547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24ED66F3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Telefon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/ fax</w:t>
            </w:r>
          </w:p>
        </w:tc>
        <w:tc>
          <w:tcPr>
            <w:tcW w:w="5472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42934800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E-mail</w:t>
            </w:r>
          </w:p>
        </w:tc>
      </w:tr>
      <w:tr w:rsidR="007D1692" w:rsidRPr="007D1692" w14:paraId="14B0FAD1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12605531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Reprezentare</w:t>
            </w:r>
            <w:proofErr w:type="spellEnd"/>
          </w:p>
        </w:tc>
      </w:tr>
      <w:tr w:rsidR="00883F41" w:rsidRPr="007D1692" w14:paraId="08931854" w14:textId="77777777">
        <w:trPr>
          <w:jc w:val="center"/>
        </w:trPr>
        <w:tc>
          <w:tcPr>
            <w:tcW w:w="7296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6492D860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 calitate de reprezentant al</w:t>
            </w:r>
          </w:p>
        </w:tc>
        <w:tc>
          <w:tcPr>
            <w:tcW w:w="364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3" w:type="dxa"/>
              <w:left w:w="35" w:type="dxa"/>
              <w:bottom w:w="13" w:type="dxa"/>
              <w:right w:w="35" w:type="dxa"/>
            </w:tcMar>
          </w:tcPr>
          <w:p w14:paraId="7083BA68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CUI / CIF</w:t>
            </w:r>
          </w:p>
        </w:tc>
      </w:tr>
    </w:tbl>
    <w:p w14:paraId="0E18FB67" w14:textId="77777777" w:rsidR="00883F41" w:rsidRPr="007D1692" w:rsidRDefault="00883F41">
      <w:pPr>
        <w:spacing w:before="30" w:after="0"/>
        <w:rPr>
          <w:color w:val="000000" w:themeColor="text1"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7D1692" w:rsidRPr="007D1692" w14:paraId="683D3CEC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6F714A53" w14:textId="77777777" w:rsidR="00883F41" w:rsidRPr="007D1692" w:rsidRDefault="00000000">
            <w:pPr>
              <w:spacing w:before="10" w:after="1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3. AUTORIZAȚIA DE CONSTRUIRE</w:t>
            </w:r>
          </w:p>
        </w:tc>
      </w:tr>
      <w:tr w:rsidR="007D1692" w:rsidRPr="007D1692" w14:paraId="0302DCBD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105723CC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Nr.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7A04F876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Din 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2BBCBF47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Emisă de</w:t>
            </w:r>
          </w:p>
        </w:tc>
      </w:tr>
    </w:tbl>
    <w:p w14:paraId="1FDAFF40" w14:textId="1C0FA551" w:rsidR="00883F41" w:rsidRDefault="00000000">
      <w:pPr>
        <w:spacing w:before="80" w:after="60" w:line="240" w:lineRule="auto"/>
        <w:jc w:val="center"/>
        <w:rPr>
          <w:rFonts w:ascii="Times New Roman" w:hAnsi="Times New Roman"/>
          <w:b/>
          <w:color w:val="000000" w:themeColor="text1"/>
          <w:sz w:val="20"/>
          <w:szCs w:val="24"/>
        </w:rPr>
      </w:pPr>
      <w:proofErr w:type="spellStart"/>
      <w:r w:rsidRPr="007D1692">
        <w:rPr>
          <w:rFonts w:ascii="Times New Roman" w:hAnsi="Times New Roman"/>
          <w:color w:val="000000" w:themeColor="text1"/>
          <w:sz w:val="18"/>
          <w:szCs w:val="24"/>
        </w:rPr>
        <w:t>în</w:t>
      </w:r>
      <w:proofErr w:type="spellEnd"/>
      <w:r w:rsidRPr="007D1692">
        <w:rPr>
          <w:rFonts w:ascii="Times New Roman" w:hAnsi="Times New Roman"/>
          <w:color w:val="000000" w:themeColor="text1"/>
          <w:sz w:val="18"/>
          <w:szCs w:val="24"/>
        </w:rPr>
        <w:t xml:space="preserve"> </w:t>
      </w:r>
      <w:proofErr w:type="spellStart"/>
      <w:r w:rsidRPr="007D1692">
        <w:rPr>
          <w:rFonts w:ascii="Times New Roman" w:hAnsi="Times New Roman"/>
          <w:color w:val="000000" w:themeColor="text1"/>
          <w:sz w:val="18"/>
          <w:szCs w:val="24"/>
        </w:rPr>
        <w:t>temeiul</w:t>
      </w:r>
      <w:proofErr w:type="spellEnd"/>
      <w:r w:rsidRPr="007D1692">
        <w:rPr>
          <w:rFonts w:ascii="Times New Roman" w:hAnsi="Times New Roman"/>
          <w:color w:val="000000" w:themeColor="text1"/>
          <w:sz w:val="18"/>
          <w:szCs w:val="24"/>
        </w:rPr>
        <w:t xml:space="preserve"> art. 309 – art. 310 din Legea nr. 169/2026 </w:t>
      </w:r>
      <w:proofErr w:type="spellStart"/>
      <w:r w:rsidRPr="007D1692">
        <w:rPr>
          <w:rFonts w:ascii="Times New Roman" w:hAnsi="Times New Roman"/>
          <w:color w:val="000000" w:themeColor="text1"/>
          <w:sz w:val="18"/>
          <w:szCs w:val="24"/>
        </w:rPr>
        <w:t>privind</w:t>
      </w:r>
      <w:proofErr w:type="spellEnd"/>
      <w:r w:rsidRPr="007D1692">
        <w:rPr>
          <w:rFonts w:ascii="Times New Roman" w:hAnsi="Times New Roman"/>
          <w:color w:val="000000" w:themeColor="text1"/>
          <w:sz w:val="18"/>
          <w:szCs w:val="24"/>
        </w:rPr>
        <w:t xml:space="preserve"> </w:t>
      </w:r>
      <w:proofErr w:type="spellStart"/>
      <w:r w:rsidRPr="007D1692">
        <w:rPr>
          <w:rFonts w:ascii="Times New Roman" w:hAnsi="Times New Roman"/>
          <w:color w:val="000000" w:themeColor="text1"/>
          <w:sz w:val="18"/>
          <w:szCs w:val="24"/>
        </w:rPr>
        <w:t>Codul</w:t>
      </w:r>
      <w:proofErr w:type="spellEnd"/>
      <w:r w:rsidRPr="007D1692">
        <w:rPr>
          <w:rFonts w:ascii="Times New Roman" w:hAnsi="Times New Roman"/>
          <w:color w:val="000000" w:themeColor="text1"/>
          <w:sz w:val="18"/>
          <w:szCs w:val="24"/>
        </w:rPr>
        <w:t xml:space="preserve"> </w:t>
      </w:r>
      <w:proofErr w:type="spellStart"/>
      <w:r w:rsidRPr="007D1692">
        <w:rPr>
          <w:rFonts w:ascii="Times New Roman" w:hAnsi="Times New Roman"/>
          <w:color w:val="000000" w:themeColor="text1"/>
          <w:sz w:val="18"/>
          <w:szCs w:val="24"/>
        </w:rPr>
        <w:t>amenajării</w:t>
      </w:r>
      <w:proofErr w:type="spellEnd"/>
      <w:r w:rsidRPr="007D1692">
        <w:rPr>
          <w:rFonts w:ascii="Times New Roman" w:hAnsi="Times New Roman"/>
          <w:color w:val="000000" w:themeColor="text1"/>
          <w:sz w:val="18"/>
          <w:szCs w:val="24"/>
        </w:rPr>
        <w:t xml:space="preserve"> </w:t>
      </w:r>
      <w:proofErr w:type="spellStart"/>
      <w:r w:rsidRPr="007D1692">
        <w:rPr>
          <w:rFonts w:ascii="Times New Roman" w:hAnsi="Times New Roman"/>
          <w:color w:val="000000" w:themeColor="text1"/>
          <w:sz w:val="18"/>
          <w:szCs w:val="24"/>
        </w:rPr>
        <w:t>teritoriului</w:t>
      </w:r>
      <w:proofErr w:type="spellEnd"/>
      <w:r w:rsidRPr="007D1692">
        <w:rPr>
          <w:rFonts w:ascii="Times New Roman" w:hAnsi="Times New Roman"/>
          <w:color w:val="000000" w:themeColor="text1"/>
          <w:sz w:val="18"/>
          <w:szCs w:val="24"/>
        </w:rPr>
        <w:t xml:space="preserve">, </w:t>
      </w:r>
      <w:proofErr w:type="spellStart"/>
      <w:r w:rsidRPr="007D1692">
        <w:rPr>
          <w:rFonts w:ascii="Times New Roman" w:hAnsi="Times New Roman"/>
          <w:color w:val="000000" w:themeColor="text1"/>
          <w:sz w:val="18"/>
          <w:szCs w:val="24"/>
        </w:rPr>
        <w:t>urbanismului</w:t>
      </w:r>
      <w:proofErr w:type="spellEnd"/>
      <w:r w:rsidRPr="007D1692">
        <w:rPr>
          <w:rFonts w:ascii="Times New Roman" w:hAnsi="Times New Roman"/>
          <w:color w:val="000000" w:themeColor="text1"/>
          <w:sz w:val="18"/>
          <w:szCs w:val="24"/>
        </w:rPr>
        <w:t xml:space="preserve"> </w:t>
      </w:r>
      <w:proofErr w:type="spellStart"/>
      <w:r w:rsidRPr="007D1692">
        <w:rPr>
          <w:rFonts w:ascii="Times New Roman" w:hAnsi="Times New Roman"/>
          <w:color w:val="000000" w:themeColor="text1"/>
          <w:sz w:val="18"/>
          <w:szCs w:val="24"/>
        </w:rPr>
        <w:t>și</w:t>
      </w:r>
      <w:proofErr w:type="spellEnd"/>
      <w:r w:rsidRPr="007D1692">
        <w:rPr>
          <w:rFonts w:ascii="Times New Roman" w:hAnsi="Times New Roman"/>
          <w:color w:val="000000" w:themeColor="text1"/>
          <w:sz w:val="18"/>
          <w:szCs w:val="24"/>
        </w:rPr>
        <w:t xml:space="preserve"> </w:t>
      </w:r>
      <w:proofErr w:type="spellStart"/>
      <w:r w:rsidRPr="007D1692">
        <w:rPr>
          <w:rFonts w:ascii="Times New Roman" w:hAnsi="Times New Roman"/>
          <w:color w:val="000000" w:themeColor="text1"/>
          <w:sz w:val="18"/>
          <w:szCs w:val="24"/>
        </w:rPr>
        <w:t>construcțiilor</w:t>
      </w:r>
      <w:proofErr w:type="spellEnd"/>
      <w:r w:rsidRPr="007D1692">
        <w:rPr>
          <w:rFonts w:ascii="Times New Roman" w:hAnsi="Times New Roman"/>
          <w:color w:val="000000" w:themeColor="text1"/>
          <w:sz w:val="18"/>
          <w:szCs w:val="24"/>
        </w:rPr>
        <w:t>,</w:t>
      </w:r>
      <w:r w:rsidRPr="007D1692">
        <w:rPr>
          <w:rFonts w:ascii="Times New Roman" w:hAnsi="Times New Roman"/>
          <w:color w:val="000000" w:themeColor="text1"/>
          <w:sz w:val="18"/>
          <w:szCs w:val="24"/>
        </w:rPr>
        <w:br/>
        <w:t>solicit:</w:t>
      </w:r>
      <w:r w:rsidRPr="007D1692">
        <w:rPr>
          <w:rFonts w:ascii="Times New Roman" w:hAnsi="Times New Roman"/>
          <w:color w:val="000000" w:themeColor="text1"/>
          <w:sz w:val="18"/>
          <w:szCs w:val="24"/>
        </w:rPr>
        <w:br/>
      </w:r>
      <w:r w:rsidRPr="007D1692">
        <w:rPr>
          <w:rFonts w:ascii="Times New Roman" w:hAnsi="Times New Roman"/>
          <w:b/>
          <w:color w:val="000000" w:themeColor="text1"/>
          <w:sz w:val="20"/>
          <w:szCs w:val="24"/>
        </w:rPr>
        <w:t xml:space="preserve">☐ </w:t>
      </w:r>
      <w:proofErr w:type="spellStart"/>
      <w:r w:rsidRPr="007D1692">
        <w:rPr>
          <w:rFonts w:ascii="Times New Roman" w:hAnsi="Times New Roman"/>
          <w:b/>
          <w:color w:val="000000" w:themeColor="text1"/>
          <w:sz w:val="20"/>
          <w:szCs w:val="24"/>
        </w:rPr>
        <w:t>prelungirea</w:t>
      </w:r>
      <w:proofErr w:type="spellEnd"/>
      <w:r w:rsidRPr="007D1692">
        <w:rPr>
          <w:rFonts w:ascii="Times New Roman" w:hAnsi="Times New Roman"/>
          <w:b/>
          <w:color w:val="000000" w:themeColor="text1"/>
          <w:sz w:val="20"/>
          <w:szCs w:val="24"/>
        </w:rPr>
        <w:t xml:space="preserve"> DURATEI DE EXECUȚIE, </w:t>
      </w:r>
      <w:proofErr w:type="spellStart"/>
      <w:r w:rsidRPr="007D1692">
        <w:rPr>
          <w:rFonts w:ascii="Times New Roman" w:hAnsi="Times New Roman"/>
          <w:b/>
          <w:color w:val="000000" w:themeColor="text1"/>
          <w:sz w:val="20"/>
          <w:szCs w:val="24"/>
        </w:rPr>
        <w:t>pentru</w:t>
      </w:r>
      <w:proofErr w:type="spellEnd"/>
      <w:r w:rsidRPr="007D1692">
        <w:rPr>
          <w:rFonts w:ascii="Times New Roman" w:hAnsi="Times New Roman"/>
          <w:b/>
          <w:color w:val="000000" w:themeColor="text1"/>
          <w:sz w:val="20"/>
          <w:szCs w:val="24"/>
        </w:rPr>
        <w:t xml:space="preserve"> cel </w:t>
      </w:r>
      <w:proofErr w:type="spellStart"/>
      <w:r w:rsidRPr="007D1692">
        <w:rPr>
          <w:rFonts w:ascii="Times New Roman" w:hAnsi="Times New Roman"/>
          <w:b/>
          <w:color w:val="000000" w:themeColor="text1"/>
          <w:sz w:val="20"/>
          <w:szCs w:val="24"/>
        </w:rPr>
        <w:t>mult</w:t>
      </w:r>
      <w:proofErr w:type="spellEnd"/>
      <w:r w:rsidRPr="007D1692">
        <w:rPr>
          <w:rFonts w:ascii="Times New Roman" w:hAnsi="Times New Roman"/>
          <w:b/>
          <w:color w:val="000000" w:themeColor="text1"/>
          <w:sz w:val="20"/>
          <w:szCs w:val="24"/>
        </w:rPr>
        <w:t xml:space="preserve"> 12 </w:t>
      </w:r>
      <w:proofErr w:type="spellStart"/>
      <w:proofErr w:type="gramStart"/>
      <w:r w:rsidRPr="007D1692">
        <w:rPr>
          <w:rFonts w:ascii="Times New Roman" w:hAnsi="Times New Roman"/>
          <w:b/>
          <w:color w:val="000000" w:themeColor="text1"/>
          <w:sz w:val="20"/>
          <w:szCs w:val="24"/>
        </w:rPr>
        <w:t>luni</w:t>
      </w:r>
      <w:proofErr w:type="spellEnd"/>
      <w:r w:rsidRPr="007D1692">
        <w:rPr>
          <w:rFonts w:ascii="Times New Roman" w:hAnsi="Times New Roman"/>
          <w:b/>
          <w:color w:val="000000" w:themeColor="text1"/>
          <w:sz w:val="20"/>
          <w:szCs w:val="24"/>
        </w:rPr>
        <w:t xml:space="preserve">  /</w:t>
      </w:r>
      <w:proofErr w:type="gramEnd"/>
      <w:r w:rsidRPr="007D1692">
        <w:rPr>
          <w:rFonts w:ascii="Times New Roman" w:hAnsi="Times New Roman"/>
          <w:b/>
          <w:color w:val="000000" w:themeColor="text1"/>
          <w:sz w:val="20"/>
          <w:szCs w:val="24"/>
        </w:rPr>
        <w:br/>
      </w:r>
      <w:r w:rsidR="002F480B">
        <w:rPr>
          <w:rFonts w:ascii="Times New Roman" w:hAnsi="Times New Roman"/>
          <w:b/>
          <w:color w:val="000000" w:themeColor="text1"/>
          <w:sz w:val="20"/>
          <w:szCs w:val="24"/>
        </w:rPr>
        <w:t xml:space="preserve">  </w:t>
      </w:r>
      <w:r w:rsidRPr="007D1692">
        <w:rPr>
          <w:rFonts w:ascii="Times New Roman" w:hAnsi="Times New Roman"/>
          <w:b/>
          <w:color w:val="000000" w:themeColor="text1"/>
          <w:sz w:val="20"/>
          <w:szCs w:val="24"/>
        </w:rPr>
        <w:t xml:space="preserve">☐ </w:t>
      </w:r>
      <w:proofErr w:type="spellStart"/>
      <w:r w:rsidRPr="007D1692">
        <w:rPr>
          <w:rFonts w:ascii="Times New Roman" w:hAnsi="Times New Roman"/>
          <w:b/>
          <w:color w:val="000000" w:themeColor="text1"/>
          <w:sz w:val="20"/>
          <w:szCs w:val="24"/>
        </w:rPr>
        <w:t>prelungirea</w:t>
      </w:r>
      <w:proofErr w:type="spellEnd"/>
      <w:r w:rsidRPr="007D1692">
        <w:rPr>
          <w:rFonts w:ascii="Times New Roman" w:hAnsi="Times New Roman"/>
          <w:b/>
          <w:color w:val="000000" w:themeColor="text1"/>
          <w:sz w:val="20"/>
          <w:szCs w:val="24"/>
        </w:rPr>
        <w:t xml:space="preserve"> VALABILITĂȚII </w:t>
      </w:r>
      <w:proofErr w:type="spellStart"/>
      <w:r w:rsidRPr="007D1692">
        <w:rPr>
          <w:rFonts w:ascii="Times New Roman" w:hAnsi="Times New Roman"/>
          <w:b/>
          <w:color w:val="000000" w:themeColor="text1"/>
          <w:sz w:val="20"/>
          <w:szCs w:val="24"/>
        </w:rPr>
        <w:t>autorizației</w:t>
      </w:r>
      <w:proofErr w:type="spellEnd"/>
      <w:r w:rsidRPr="007D1692">
        <w:rPr>
          <w:rFonts w:ascii="Times New Roman" w:hAnsi="Times New Roman"/>
          <w:b/>
          <w:color w:val="000000" w:themeColor="text1"/>
          <w:sz w:val="20"/>
          <w:szCs w:val="24"/>
        </w:rPr>
        <w:t xml:space="preserve">, pentru cel </w:t>
      </w:r>
      <w:proofErr w:type="spellStart"/>
      <w:r w:rsidRPr="007D1692">
        <w:rPr>
          <w:rFonts w:ascii="Times New Roman" w:hAnsi="Times New Roman"/>
          <w:b/>
          <w:color w:val="000000" w:themeColor="text1"/>
          <w:sz w:val="20"/>
          <w:szCs w:val="24"/>
        </w:rPr>
        <w:t>mult</w:t>
      </w:r>
      <w:proofErr w:type="spellEnd"/>
      <w:r w:rsidRPr="007D1692">
        <w:rPr>
          <w:rFonts w:ascii="Times New Roman" w:hAnsi="Times New Roman"/>
          <w:b/>
          <w:color w:val="000000" w:themeColor="text1"/>
          <w:sz w:val="20"/>
          <w:szCs w:val="24"/>
        </w:rPr>
        <w:t xml:space="preserve"> 12 </w:t>
      </w:r>
      <w:proofErr w:type="spellStart"/>
      <w:r w:rsidRPr="007D1692">
        <w:rPr>
          <w:rFonts w:ascii="Times New Roman" w:hAnsi="Times New Roman"/>
          <w:b/>
          <w:color w:val="000000" w:themeColor="text1"/>
          <w:sz w:val="20"/>
          <w:szCs w:val="24"/>
        </w:rPr>
        <w:t>luni</w:t>
      </w:r>
      <w:proofErr w:type="spellEnd"/>
    </w:p>
    <w:p w14:paraId="14B9D5A3" w14:textId="6F33508C" w:rsidR="00745E84" w:rsidRPr="007D1692" w:rsidRDefault="009F3ECE">
      <w:pPr>
        <w:spacing w:before="80" w:after="60" w:line="240" w:lineRule="auto"/>
        <w:jc w:val="center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5472"/>
      </w:tblGrid>
      <w:tr w:rsidR="007D1692" w:rsidRPr="007D1692" w14:paraId="7E159A10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2F7F03C2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De la data</w:t>
            </w:r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36BFFB39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Până la data</w:t>
            </w:r>
          </w:p>
        </w:tc>
      </w:tr>
      <w:tr w:rsidR="007D1692" w:rsidRPr="007D1692" w14:paraId="73349ED8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1DC44848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Stadiul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lucrărilor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(%)</w:t>
            </w:r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0E15BE5D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 începerii efective</w:t>
            </w:r>
          </w:p>
        </w:tc>
      </w:tr>
      <w:tr w:rsidR="00883F41" w:rsidRPr="007D1692" w14:paraId="62E56AC0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44BEB2FD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Lucrările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rămase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de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executat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și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motivarea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</w:p>
        </w:tc>
      </w:tr>
    </w:tbl>
    <w:p w14:paraId="163D3599" w14:textId="77777777" w:rsidR="00883F41" w:rsidRPr="007D1692" w:rsidRDefault="00883F41">
      <w:pPr>
        <w:spacing w:before="30" w:after="0"/>
        <w:rPr>
          <w:color w:val="000000" w:themeColor="text1"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7D1692" w:rsidRPr="007D1692" w14:paraId="73B9D83D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2" w:type="dxa"/>
              <w:left w:w="40" w:type="dxa"/>
              <w:bottom w:w="12" w:type="dxa"/>
              <w:right w:w="40" w:type="dxa"/>
            </w:tcMar>
          </w:tcPr>
          <w:p w14:paraId="453DECFF" w14:textId="77777777" w:rsidR="00883F41" w:rsidRPr="007D1692" w:rsidRDefault="00000000">
            <w:pPr>
              <w:spacing w:before="10" w:after="1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5. SE ANEXEAZĂ</w:t>
            </w:r>
          </w:p>
        </w:tc>
      </w:tr>
      <w:tr w:rsidR="00883F41" w:rsidRPr="007D1692" w14:paraId="70E11B92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40" w:type="dxa"/>
              <w:bottom w:w="12" w:type="dxa"/>
              <w:right w:w="40" w:type="dxa"/>
            </w:tcMar>
          </w:tcPr>
          <w:p w14:paraId="3BA981B0" w14:textId="77777777" w:rsidR="00883F41" w:rsidRPr="007D1692" w:rsidRDefault="00000000">
            <w:pPr>
              <w:spacing w:after="1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☐ </w:t>
            </w:r>
            <w:proofErr w:type="spellStart"/>
            <w:r w:rsidRPr="007D1692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autorizația</w:t>
            </w:r>
            <w:proofErr w:type="spellEnd"/>
            <w:r w:rsidRPr="007D1692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de </w:t>
            </w:r>
            <w:proofErr w:type="spellStart"/>
            <w:r w:rsidRPr="007D1692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construire</w:t>
            </w:r>
            <w:proofErr w:type="spellEnd"/>
            <w:r w:rsidRPr="007D1692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(</w:t>
            </w:r>
            <w:proofErr w:type="spellStart"/>
            <w:r w:rsidRPr="007D1692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în</w:t>
            </w:r>
            <w:proofErr w:type="spellEnd"/>
            <w:r w:rsidRPr="007D1692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</w:t>
            </w:r>
            <w:proofErr w:type="gramStart"/>
            <w:r w:rsidRPr="007D1692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original)   </w:t>
            </w:r>
            <w:proofErr w:type="gramEnd"/>
            <w:r w:rsidRPr="007D1692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 ☐ documentul privind achitarea taxei (copie)</w:t>
            </w:r>
          </w:p>
        </w:tc>
      </w:tr>
    </w:tbl>
    <w:p w14:paraId="06EB99B1" w14:textId="77777777" w:rsidR="00883F41" w:rsidRPr="007D1692" w:rsidRDefault="00883F41">
      <w:pPr>
        <w:spacing w:before="30" w:after="0"/>
        <w:rPr>
          <w:color w:val="000000" w:themeColor="text1"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7D1692" w:rsidRPr="007D1692" w14:paraId="517CF234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4" w:type="dxa"/>
              <w:left w:w="35" w:type="dxa"/>
              <w:bottom w:w="25" w:type="dxa"/>
              <w:right w:w="35" w:type="dxa"/>
            </w:tcMar>
          </w:tcPr>
          <w:p w14:paraId="1773D346" w14:textId="77777777" w:rsidR="00883F41" w:rsidRPr="007D1692" w:rsidRDefault="00000000">
            <w:pPr>
              <w:spacing w:before="10" w:after="1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6. DATA ȘI SEMNĂTURA</w:t>
            </w:r>
          </w:p>
        </w:tc>
      </w:tr>
      <w:tr w:rsidR="00883F41" w:rsidRPr="007D1692" w14:paraId="29A635A0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4" w:type="dxa"/>
              <w:left w:w="35" w:type="dxa"/>
              <w:bottom w:w="25" w:type="dxa"/>
              <w:right w:w="35" w:type="dxa"/>
            </w:tcMar>
          </w:tcPr>
          <w:p w14:paraId="4164A38F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4" w:type="dxa"/>
              <w:left w:w="35" w:type="dxa"/>
              <w:bottom w:w="25" w:type="dxa"/>
              <w:right w:w="35" w:type="dxa"/>
            </w:tcMar>
          </w:tcPr>
          <w:p w14:paraId="7D46AE6A" w14:textId="77777777" w:rsidR="00883F41" w:rsidRDefault="00000000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Titularul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autorizației</w:t>
            </w:r>
            <w:proofErr w:type="spellEnd"/>
          </w:p>
          <w:p w14:paraId="4CE389A7" w14:textId="77777777" w:rsidR="002F480B" w:rsidRPr="007D1692" w:rsidRDefault="002F480B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4" w:type="dxa"/>
              <w:left w:w="35" w:type="dxa"/>
              <w:bottom w:w="25" w:type="dxa"/>
              <w:right w:w="35" w:type="dxa"/>
            </w:tcMar>
          </w:tcPr>
          <w:p w14:paraId="5024AA4D" w14:textId="77777777" w:rsidR="00883F41" w:rsidRPr="007D1692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Semnătura</w:t>
            </w:r>
          </w:p>
        </w:tc>
      </w:tr>
    </w:tbl>
    <w:p w14:paraId="6863F2F2" w14:textId="77777777" w:rsidR="00A86778" w:rsidRPr="007D1692" w:rsidRDefault="00A86778">
      <w:pPr>
        <w:rPr>
          <w:color w:val="000000" w:themeColor="text1"/>
          <w:sz w:val="24"/>
          <w:szCs w:val="24"/>
        </w:rPr>
      </w:pPr>
    </w:p>
    <w:sectPr w:rsidR="00A86778" w:rsidRPr="007D1692" w:rsidSect="004965F9">
      <w:headerReference w:type="default" r:id="rId10"/>
      <w:footerReference w:type="default" r:id="rId11"/>
      <w:pgSz w:w="11906" w:h="16838" w:code="9"/>
      <w:pgMar w:top="504" w:right="648" w:bottom="504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D0407" w14:textId="77777777" w:rsidR="007F3C2B" w:rsidRDefault="007F3C2B">
      <w:pPr>
        <w:spacing w:after="0" w:line="240" w:lineRule="auto"/>
      </w:pPr>
      <w:r>
        <w:separator/>
      </w:r>
    </w:p>
  </w:endnote>
  <w:endnote w:type="continuationSeparator" w:id="0">
    <w:p w14:paraId="11DBEACC" w14:textId="77777777" w:rsidR="007F3C2B" w:rsidRDefault="007F3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FDE98" w14:textId="77777777" w:rsidR="00883F41" w:rsidRDefault="00000000">
    <w:pPr>
      <w:pStyle w:val="Footer"/>
      <w:jc w:val="center"/>
    </w:pPr>
    <w:r>
      <w:rPr>
        <w:rFonts w:ascii="Times New Roman" w:hAnsi="Times New Roman"/>
        <w:color w:val="646464"/>
        <w:sz w:val="16"/>
      </w:rPr>
      <w:t xml:space="preserve">F_A_02 · versiunea 1.0                                                  </w:t>
    </w:r>
    <w:proofErr w:type="spellStart"/>
    <w:r>
      <w:rPr>
        <w:rFonts w:ascii="Times New Roman" w:hAnsi="Times New Roman"/>
        <w:color w:val="646464"/>
        <w:sz w:val="16"/>
      </w:rPr>
      <w:t>pagina</w:t>
    </w:r>
    <w:proofErr w:type="spellEnd"/>
    <w:r>
      <w:rPr>
        <w:rFonts w:ascii="Times New Roman" w:hAnsi="Times New Roman"/>
        <w:color w:val="646464"/>
        <w:sz w:val="16"/>
      </w:rPr>
      <w:t xml:space="preserve"> 1 din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EA12E" w14:textId="77777777" w:rsidR="007F3C2B" w:rsidRDefault="007F3C2B">
      <w:pPr>
        <w:spacing w:after="0" w:line="240" w:lineRule="auto"/>
      </w:pPr>
      <w:r>
        <w:separator/>
      </w:r>
    </w:p>
  </w:footnote>
  <w:footnote w:type="continuationSeparator" w:id="0">
    <w:p w14:paraId="3A5CE196" w14:textId="77777777" w:rsidR="007F3C2B" w:rsidRDefault="007F3C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E805C" w14:textId="77777777" w:rsidR="00883F41" w:rsidRDefault="00883F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52963990">
    <w:abstractNumId w:val="8"/>
  </w:num>
  <w:num w:numId="2" w16cid:durableId="1490050472">
    <w:abstractNumId w:val="6"/>
  </w:num>
  <w:num w:numId="3" w16cid:durableId="784035271">
    <w:abstractNumId w:val="5"/>
  </w:num>
  <w:num w:numId="4" w16cid:durableId="696807845">
    <w:abstractNumId w:val="4"/>
  </w:num>
  <w:num w:numId="5" w16cid:durableId="682246908">
    <w:abstractNumId w:val="7"/>
  </w:num>
  <w:num w:numId="6" w16cid:durableId="1144544672">
    <w:abstractNumId w:val="3"/>
  </w:num>
  <w:num w:numId="7" w16cid:durableId="101656294">
    <w:abstractNumId w:val="2"/>
  </w:num>
  <w:num w:numId="8" w16cid:durableId="1847284461">
    <w:abstractNumId w:val="1"/>
  </w:num>
  <w:num w:numId="9" w16cid:durableId="262417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50F5"/>
    <w:rsid w:val="0015074B"/>
    <w:rsid w:val="00200FFD"/>
    <w:rsid w:val="00244BC4"/>
    <w:rsid w:val="00247821"/>
    <w:rsid w:val="0029639D"/>
    <w:rsid w:val="002F480B"/>
    <w:rsid w:val="00326F90"/>
    <w:rsid w:val="004965F9"/>
    <w:rsid w:val="004A6029"/>
    <w:rsid w:val="004D4E15"/>
    <w:rsid w:val="00510D73"/>
    <w:rsid w:val="005461F5"/>
    <w:rsid w:val="00604C2C"/>
    <w:rsid w:val="0072163D"/>
    <w:rsid w:val="00745E84"/>
    <w:rsid w:val="007D1692"/>
    <w:rsid w:val="007F3C2B"/>
    <w:rsid w:val="00883F41"/>
    <w:rsid w:val="008A14B9"/>
    <w:rsid w:val="008D5CAB"/>
    <w:rsid w:val="009F3ECE"/>
    <w:rsid w:val="00A51817"/>
    <w:rsid w:val="00A86778"/>
    <w:rsid w:val="00AA1D8D"/>
    <w:rsid w:val="00B046C7"/>
    <w:rsid w:val="00B1596C"/>
    <w:rsid w:val="00B47730"/>
    <w:rsid w:val="00BB54B5"/>
    <w:rsid w:val="00C132E0"/>
    <w:rsid w:val="00CB0664"/>
    <w:rsid w:val="00CE17D3"/>
    <w:rsid w:val="00D10E69"/>
    <w:rsid w:val="00D92D6F"/>
    <w:rsid w:val="00EA512B"/>
    <w:rsid w:val="00FC693F"/>
    <w:rsid w:val="00FD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0E96C04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604C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nsiliu@cjvalce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Alin2</cp:lastModifiedBy>
  <cp:revision>22</cp:revision>
  <dcterms:created xsi:type="dcterms:W3CDTF">2013-12-23T23:15:00Z</dcterms:created>
  <dcterms:modified xsi:type="dcterms:W3CDTF">2026-08-31T11:49:00Z</dcterms:modified>
  <cp:category/>
</cp:coreProperties>
</file>