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48125B" w14:paraId="77AE607C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026C966" w14:textId="0432035B" w:rsidR="0048125B" w:rsidRDefault="0048125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6093C62E" wp14:editId="3B88A516">
                  <wp:extent cx="1152525" cy="1257300"/>
                  <wp:effectExtent l="0" t="0" r="9525" b="0"/>
                  <wp:docPr id="17057788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B091D1C" w14:textId="77777777" w:rsidR="0048125B" w:rsidRDefault="0048125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48125B" w14:paraId="7E84BE76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8606B" w14:textId="77777777" w:rsidR="0048125B" w:rsidRDefault="0048125B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757CDF2" w14:textId="77777777" w:rsidR="0048125B" w:rsidRDefault="0048125B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48125B" w14:paraId="607DEA02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BB751" w14:textId="77777777" w:rsidR="0048125B" w:rsidRDefault="0048125B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C048169" w14:textId="77777777" w:rsidR="0048125B" w:rsidRDefault="0048125B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73E54A98" w14:textId="77777777" w:rsidR="0048125B" w:rsidRDefault="0048125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E6BA4ED" w14:textId="77777777" w:rsidR="0048125B" w:rsidRDefault="0048125B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42A2EDBE" w14:textId="77777777" w:rsidR="0048125B" w:rsidRDefault="0048125B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7F875D19" w14:textId="77777777" w:rsidR="0048125B" w:rsidRDefault="0048125B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070B8870" w14:textId="77777777" w:rsidR="0048125B" w:rsidRDefault="0048125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48125B" w14:paraId="1D2A19C5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726D7" w14:textId="77777777" w:rsidR="0048125B" w:rsidRDefault="0048125B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0E9F753" w14:textId="77777777" w:rsidR="0048125B" w:rsidRDefault="0048125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AC1F03D" w14:textId="77777777" w:rsidR="0048125B" w:rsidRDefault="0048125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544EB3D2" w14:textId="77777777" w:rsidR="007E3051" w:rsidRPr="00222C43" w:rsidRDefault="007E3051" w:rsidP="007E3051">
      <w:pPr>
        <w:spacing w:before="80" w:after="6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222C43">
        <w:rPr>
          <w:rFonts w:ascii="Times New Roman" w:hAnsi="Times New Roman"/>
          <w:b/>
          <w:sz w:val="28"/>
          <w:szCs w:val="24"/>
        </w:rPr>
        <w:t xml:space="preserve">ÎNȘTIINȚARE </w:t>
      </w:r>
    </w:p>
    <w:p w14:paraId="5D7122DF" w14:textId="6A556018" w:rsidR="002A57DE" w:rsidRPr="00222C43" w:rsidRDefault="007E3051" w:rsidP="007E3051">
      <w:pPr>
        <w:spacing w:before="80" w:after="60" w:line="240" w:lineRule="auto"/>
        <w:jc w:val="center"/>
        <w:rPr>
          <w:bCs/>
          <w:sz w:val="20"/>
          <w:szCs w:val="20"/>
        </w:rPr>
      </w:pPr>
      <w:proofErr w:type="spellStart"/>
      <w:r w:rsidRPr="00222C43">
        <w:rPr>
          <w:rFonts w:ascii="Times New Roman" w:hAnsi="Times New Roman"/>
          <w:bCs/>
          <w:szCs w:val="20"/>
        </w:rPr>
        <w:t>privind</w:t>
      </w:r>
      <w:proofErr w:type="spellEnd"/>
      <w:r w:rsidRPr="00222C43">
        <w:rPr>
          <w:rFonts w:ascii="Times New Roman" w:hAnsi="Times New Roman"/>
          <w:bCs/>
          <w:szCs w:val="20"/>
        </w:rPr>
        <w:t xml:space="preserve"> </w:t>
      </w:r>
      <w:proofErr w:type="spellStart"/>
      <w:r w:rsidRPr="00222C43">
        <w:rPr>
          <w:rFonts w:ascii="Times New Roman" w:hAnsi="Times New Roman"/>
          <w:bCs/>
          <w:szCs w:val="20"/>
        </w:rPr>
        <w:t>începerea</w:t>
      </w:r>
      <w:proofErr w:type="spellEnd"/>
      <w:r w:rsidRPr="00222C43">
        <w:rPr>
          <w:rFonts w:ascii="Times New Roman" w:hAnsi="Times New Roman"/>
          <w:bCs/>
          <w:szCs w:val="20"/>
        </w:rPr>
        <w:t xml:space="preserve"> </w:t>
      </w:r>
      <w:proofErr w:type="spellStart"/>
      <w:r w:rsidRPr="00222C43">
        <w:rPr>
          <w:rFonts w:ascii="Times New Roman" w:hAnsi="Times New Roman"/>
          <w:bCs/>
          <w:szCs w:val="20"/>
        </w:rPr>
        <w:t>execuției</w:t>
      </w:r>
      <w:proofErr w:type="spellEnd"/>
      <w:r w:rsidRPr="00222C43">
        <w:rPr>
          <w:rFonts w:ascii="Times New Roman" w:hAnsi="Times New Roman"/>
          <w:bCs/>
          <w:szCs w:val="20"/>
        </w:rPr>
        <w:t xml:space="preserve"> </w:t>
      </w:r>
      <w:proofErr w:type="spellStart"/>
      <w:r w:rsidRPr="00222C43">
        <w:rPr>
          <w:rFonts w:ascii="Times New Roman" w:hAnsi="Times New Roman"/>
          <w:bCs/>
          <w:szCs w:val="20"/>
        </w:rPr>
        <w:t>lucrărilor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800"/>
      </w:tblGrid>
      <w:tr w:rsidR="00222C43" w:rsidRPr="00222C43" w14:paraId="1D12CB13" w14:textId="77777777" w:rsidTr="005A67B9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5853ACA3" w14:textId="77777777" w:rsidR="002A57DE" w:rsidRPr="00222C43" w:rsidRDefault="002A57DE" w:rsidP="005A67B9">
            <w:pPr>
              <w:spacing w:before="20" w:after="2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1. CĂTRE</w:t>
            </w:r>
          </w:p>
        </w:tc>
      </w:tr>
      <w:tr w:rsidR="00222C43" w:rsidRPr="00222C43" w14:paraId="5D5D8091" w14:textId="77777777" w:rsidTr="005A67B9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750553EB" w14:textId="77777777" w:rsidR="002A57DE" w:rsidRPr="00222C43" w:rsidRDefault="002A57DE" w:rsidP="005A67B9">
            <w:pPr>
              <w:spacing w:after="20" w:line="240" w:lineRule="auto"/>
              <w:rPr>
                <w:rFonts w:ascii="Times New Roman" w:hAnsi="Times New Roman"/>
                <w:b/>
                <w:sz w:val="18"/>
                <w:szCs w:val="24"/>
              </w:rPr>
            </w:pP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Instituția</w:t>
            </w:r>
            <w:proofErr w:type="spellEnd"/>
          </w:p>
          <w:p w14:paraId="68714B2A" w14:textId="20E6B637" w:rsidR="002A57DE" w:rsidRPr="00222C43" w:rsidRDefault="002A57DE" w:rsidP="005A67B9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>Consiliul</w:t>
            </w:r>
            <w:proofErr w:type="spellEnd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>Județean</w:t>
            </w:r>
            <w:proofErr w:type="spellEnd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r w:rsidR="007C4E14" w:rsidRPr="00222C43">
              <w:rPr>
                <w:rFonts w:ascii="Times New Roman" w:hAnsi="Times New Roman"/>
                <w:i/>
                <w:sz w:val="16"/>
                <w:szCs w:val="24"/>
              </w:rPr>
              <w:t>V</w:t>
            </w:r>
            <w:r w:rsidR="007C4E14" w:rsidRPr="00222C43">
              <w:rPr>
                <w:rFonts w:ascii="Times New Roman" w:hAnsi="Times New Roman"/>
                <w:i/>
                <w:sz w:val="16"/>
                <w:szCs w:val="24"/>
                <w:lang w:val="ro-RO"/>
              </w:rPr>
              <w:t>â</w:t>
            </w:r>
            <w:proofErr w:type="spellStart"/>
            <w:r w:rsidR="007C4E14" w:rsidRPr="00222C43">
              <w:rPr>
                <w:rFonts w:ascii="Times New Roman" w:hAnsi="Times New Roman"/>
                <w:i/>
                <w:sz w:val="16"/>
                <w:szCs w:val="24"/>
              </w:rPr>
              <w:t>lcea</w:t>
            </w:r>
            <w:proofErr w:type="spellEnd"/>
          </w:p>
        </w:tc>
      </w:tr>
      <w:tr w:rsidR="002A57DE" w:rsidRPr="00222C43" w14:paraId="733AC7F4" w14:textId="77777777" w:rsidTr="005A67B9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671A339C" w14:textId="77777777" w:rsidR="002A57DE" w:rsidRPr="00222C43" w:rsidRDefault="002A57DE" w:rsidP="005A67B9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>Către</w:t>
            </w:r>
            <w:proofErr w:type="spellEnd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>președintele</w:t>
            </w:r>
            <w:proofErr w:type="spellEnd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>consiliului</w:t>
            </w:r>
            <w:proofErr w:type="spellEnd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>județean</w:t>
            </w:r>
            <w:proofErr w:type="spellEnd"/>
          </w:p>
        </w:tc>
      </w:tr>
    </w:tbl>
    <w:p w14:paraId="10A2AD89" w14:textId="77777777" w:rsidR="00FD1AB0" w:rsidRPr="00222C43" w:rsidRDefault="00FD1AB0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24"/>
        <w:gridCol w:w="1824"/>
        <w:gridCol w:w="912"/>
        <w:gridCol w:w="912"/>
        <w:gridCol w:w="912"/>
        <w:gridCol w:w="912"/>
        <w:gridCol w:w="912"/>
        <w:gridCol w:w="912"/>
        <w:gridCol w:w="1824"/>
      </w:tblGrid>
      <w:tr w:rsidR="00222C43" w:rsidRPr="00222C43" w14:paraId="1FD69826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4BE80A0E" w14:textId="77777777" w:rsidR="00FD1AB0" w:rsidRPr="00222C43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2. SOLICITANTUL</w:t>
            </w:r>
          </w:p>
        </w:tc>
      </w:tr>
      <w:tr w:rsidR="00222C43" w:rsidRPr="00222C43" w14:paraId="02DFC4F4" w14:textId="77777777">
        <w:trPr>
          <w:jc w:val="center"/>
        </w:trPr>
        <w:tc>
          <w:tcPr>
            <w:tcW w:w="7296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0697B436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Nume</w:t>
            </w:r>
            <w:proofErr w:type="spellEnd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prenume</w:t>
            </w:r>
            <w:proofErr w:type="spellEnd"/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04E93D42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CNP</w:t>
            </w:r>
          </w:p>
        </w:tc>
      </w:tr>
      <w:tr w:rsidR="00222C43" w:rsidRPr="00222C43" w14:paraId="7BA51D64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5D936C0D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sz w:val="16"/>
                <w:szCs w:val="24"/>
              </w:rPr>
              <w:t xml:space="preserve">Act de </w:t>
            </w:r>
            <w:proofErr w:type="spellStart"/>
            <w:r w:rsidRPr="00222C43">
              <w:rPr>
                <w:rFonts w:ascii="Times New Roman" w:hAnsi="Times New Roman"/>
                <w:sz w:val="16"/>
                <w:szCs w:val="24"/>
              </w:rPr>
              <w:t>identitate</w:t>
            </w:r>
            <w:proofErr w:type="spellEnd"/>
          </w:p>
        </w:tc>
      </w:tr>
      <w:tr w:rsidR="00222C43" w:rsidRPr="00222C43" w14:paraId="7E89E0CA" w14:textId="77777777">
        <w:trPr>
          <w:jc w:val="center"/>
        </w:trPr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0865810A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Seria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39140BEA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Numărul</w:t>
            </w:r>
          </w:p>
        </w:tc>
        <w:tc>
          <w:tcPr>
            <w:tcW w:w="456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5119DB16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Eliberat de</w:t>
            </w:r>
          </w:p>
        </w:tc>
        <w:tc>
          <w:tcPr>
            <w:tcW w:w="273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67F6B4FB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La data</w:t>
            </w:r>
          </w:p>
        </w:tc>
      </w:tr>
      <w:tr w:rsidR="00222C43" w:rsidRPr="00222C43" w14:paraId="296CCC3E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0A819CE6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222C43">
              <w:rPr>
                <w:rFonts w:ascii="Times New Roman" w:hAnsi="Times New Roman"/>
                <w:sz w:val="16"/>
                <w:szCs w:val="24"/>
              </w:rPr>
              <w:t>Domiciliul</w:t>
            </w:r>
            <w:proofErr w:type="spellEnd"/>
          </w:p>
        </w:tc>
      </w:tr>
      <w:tr w:rsidR="00222C43" w:rsidRPr="00222C43" w14:paraId="273AEF18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4DE43233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4666B9E6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Municipiul / orașul / comuna</w:t>
            </w:r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6DF6918E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Satul / sectorul</w:t>
            </w:r>
          </w:p>
        </w:tc>
      </w:tr>
      <w:tr w:rsidR="00222C43" w:rsidRPr="00222C43" w14:paraId="70FA8AC6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1AF344F6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01A951A9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57AE6E06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59BFCDC5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2E45F1F5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4C60135A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Cod poștal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1CD34B40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Țara</w:t>
            </w:r>
          </w:p>
        </w:tc>
      </w:tr>
      <w:tr w:rsidR="00222C43" w:rsidRPr="00222C43" w14:paraId="6DD8CC61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56AAB46E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sz w:val="16"/>
                <w:szCs w:val="24"/>
              </w:rPr>
              <w:t>Date de contact</w:t>
            </w:r>
          </w:p>
        </w:tc>
      </w:tr>
      <w:tr w:rsidR="00FD1AB0" w:rsidRPr="00222C43" w14:paraId="3E7B76A2" w14:textId="77777777">
        <w:trPr>
          <w:jc w:val="center"/>
        </w:trPr>
        <w:tc>
          <w:tcPr>
            <w:tcW w:w="547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31259F13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Telefon</w:t>
            </w:r>
            <w:proofErr w:type="spellEnd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 xml:space="preserve"> / fax</w:t>
            </w:r>
          </w:p>
        </w:tc>
        <w:tc>
          <w:tcPr>
            <w:tcW w:w="5472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" w:type="dxa"/>
              <w:left w:w="30" w:type="dxa"/>
              <w:bottom w:w="11" w:type="dxa"/>
              <w:right w:w="30" w:type="dxa"/>
            </w:tcMar>
          </w:tcPr>
          <w:p w14:paraId="0B545CDE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E-mail</w:t>
            </w:r>
          </w:p>
        </w:tc>
      </w:tr>
    </w:tbl>
    <w:p w14:paraId="2182F15B" w14:textId="77777777" w:rsidR="00FD1AB0" w:rsidRPr="00222C43" w:rsidRDefault="00FD1AB0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222C43" w:rsidRPr="00222C43" w14:paraId="29D0924F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3771F4FE" w14:textId="77777777" w:rsidR="00FD1AB0" w:rsidRPr="00222C43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3. TITULAR AL AUTORIZAȚIEI DE CONSTRUIRE/DESFIINȚARE</w:t>
            </w:r>
          </w:p>
        </w:tc>
      </w:tr>
      <w:tr w:rsidR="00222C43" w:rsidRPr="00222C43" w14:paraId="2A151C0A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4189B8F7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5B89B485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Din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4CDF3585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Emisă de</w:t>
            </w:r>
          </w:p>
        </w:tc>
      </w:tr>
      <w:tr w:rsidR="00222C43" w:rsidRPr="00222C43" w14:paraId="124381BB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06E1749E" w14:textId="77777777" w:rsidR="00FD1AB0" w:rsidRPr="00222C43" w:rsidRDefault="00000000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>emisă</w:t>
            </w:r>
            <w:proofErr w:type="spellEnd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>pentru</w:t>
            </w:r>
            <w:proofErr w:type="spellEnd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>executarea</w:t>
            </w:r>
            <w:proofErr w:type="spellEnd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>lucrărilor</w:t>
            </w:r>
            <w:proofErr w:type="spellEnd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 xml:space="preserve"> de construcții privind construirea / desființarea construcțiilor și amenajărilor</w:t>
            </w:r>
          </w:p>
        </w:tc>
      </w:tr>
      <w:tr w:rsidR="00222C43" w:rsidRPr="00222C43" w14:paraId="7183E157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42D49C7B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Denumirea</w:t>
            </w:r>
            <w:proofErr w:type="spellEnd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lucrării</w:t>
            </w:r>
            <w:proofErr w:type="spellEnd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 xml:space="preserve">, </w:t>
            </w: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capacitatea</w:t>
            </w:r>
            <w:proofErr w:type="spellEnd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categoria</w:t>
            </w:r>
            <w:proofErr w:type="spellEnd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lucrări</w:t>
            </w:r>
            <w:proofErr w:type="spellEnd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 xml:space="preserve"> din autorizație</w:t>
            </w:r>
            <w:r w:rsidRPr="00222C43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222C43">
              <w:rPr>
                <w:rFonts w:ascii="Times New Roman" w:hAnsi="Times New Roman"/>
                <w:b/>
                <w:sz w:val="18"/>
                <w:szCs w:val="24"/>
              </w:rPr>
              <w:br/>
            </w:r>
          </w:p>
        </w:tc>
      </w:tr>
      <w:tr w:rsidR="00222C43" w:rsidRPr="00222C43" w14:paraId="2986943A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6B68AB75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în</w:t>
            </w:r>
            <w:proofErr w:type="spellEnd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valoare</w:t>
            </w:r>
            <w:proofErr w:type="spellEnd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 xml:space="preserve"> de (lei)</w:t>
            </w:r>
          </w:p>
        </w:tc>
      </w:tr>
      <w:tr w:rsidR="00FD1AB0" w:rsidRPr="00222C43" w14:paraId="03E92F4A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2AF13E21" w14:textId="77777777" w:rsidR="00FD1AB0" w:rsidRPr="00222C43" w:rsidRDefault="00000000">
            <w:pPr>
              <w:spacing w:before="40" w:after="40" w:line="240" w:lineRule="auto"/>
              <w:jc w:val="center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ADUC LA CUNOȘTINȚĂ</w:t>
            </w:r>
            <w:r w:rsidRPr="00222C43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222C43">
              <w:rPr>
                <w:rFonts w:ascii="Times New Roman" w:hAnsi="Times New Roman"/>
                <w:sz w:val="18"/>
                <w:szCs w:val="24"/>
              </w:rPr>
              <w:t>Că</w:t>
            </w:r>
            <w:proofErr w:type="spellEnd"/>
            <w:r w:rsidRPr="00222C43">
              <w:rPr>
                <w:rFonts w:ascii="Times New Roman" w:hAnsi="Times New Roman"/>
                <w:sz w:val="18"/>
                <w:szCs w:val="24"/>
              </w:rPr>
              <w:t xml:space="preserve"> la data de _______________ ora ________ vor începe lucrările de construcții autorizate</w:t>
            </w:r>
            <w:r w:rsidRPr="00222C43">
              <w:rPr>
                <w:rFonts w:ascii="Times New Roman" w:hAnsi="Times New Roman"/>
                <w:sz w:val="18"/>
                <w:szCs w:val="24"/>
              </w:rPr>
              <w:br/>
              <w:t>pentru imobilul de mai jos</w:t>
            </w:r>
          </w:p>
        </w:tc>
      </w:tr>
    </w:tbl>
    <w:p w14:paraId="23C7DF4F" w14:textId="77777777" w:rsidR="00FD1AB0" w:rsidRPr="00222C43" w:rsidRDefault="00FD1AB0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912"/>
        <w:gridCol w:w="2736"/>
        <w:gridCol w:w="912"/>
        <w:gridCol w:w="1824"/>
        <w:gridCol w:w="1824"/>
      </w:tblGrid>
      <w:tr w:rsidR="00222C43" w:rsidRPr="00222C43" w14:paraId="22F90744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45CEA0BB" w14:textId="77777777" w:rsidR="00FD1AB0" w:rsidRPr="00222C43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4. IMOBILUL</w:t>
            </w:r>
          </w:p>
        </w:tc>
      </w:tr>
      <w:tr w:rsidR="00222C43" w:rsidRPr="00222C43" w14:paraId="6665EA66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469893AB" w14:textId="77777777" w:rsidR="00FD1AB0" w:rsidRPr="00222C43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222C43">
              <w:rPr>
                <w:rFonts w:ascii="Times New Roman" w:hAnsi="Times New Roman"/>
                <w:sz w:val="18"/>
                <w:szCs w:val="24"/>
              </w:rPr>
              <w:t>teren</w:t>
            </w:r>
            <w:proofErr w:type="spellEnd"/>
            <w:r w:rsidRPr="00222C43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222C43">
              <w:rPr>
                <w:rFonts w:ascii="Times New Roman" w:hAnsi="Times New Roman"/>
                <w:sz w:val="18"/>
                <w:szCs w:val="24"/>
              </w:rPr>
              <w:t>construcții</w:t>
            </w:r>
            <w:proofErr w:type="spellEnd"/>
          </w:p>
        </w:tc>
      </w:tr>
      <w:tr w:rsidR="00222C43" w:rsidRPr="00222C43" w14:paraId="23F0D1E6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6EDE3EBE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Județ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5F19EA3F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Municipiu / oraș / comună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003C4A08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Sat / sector</w:t>
            </w:r>
          </w:p>
        </w:tc>
      </w:tr>
      <w:tr w:rsidR="00222C43" w:rsidRPr="00222C43" w14:paraId="6F03A7A6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68B138D9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71DED251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0C376670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446197A6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Bl. / sc. / et. / ap.</w:t>
            </w:r>
          </w:p>
        </w:tc>
      </w:tr>
      <w:tr w:rsidR="00FD1AB0" w:rsidRPr="00222C43" w14:paraId="25E74F5B" w14:textId="77777777">
        <w:trPr>
          <w:jc w:val="center"/>
        </w:trPr>
        <w:tc>
          <w:tcPr>
            <w:tcW w:w="638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7A437E2B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222C43">
              <w:rPr>
                <w:rFonts w:ascii="Times New Roman" w:hAnsi="Times New Roman"/>
                <w:b/>
                <w:sz w:val="18"/>
                <w:szCs w:val="24"/>
              </w:rPr>
              <w:t xml:space="preserve"> cadastral</w:t>
            </w:r>
            <w:r w:rsidRPr="00222C43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>dacă</w:t>
            </w:r>
            <w:proofErr w:type="spellEnd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>imobilul</w:t>
            </w:r>
            <w:proofErr w:type="spellEnd"/>
            <w:r w:rsidRPr="00222C43">
              <w:rPr>
                <w:rFonts w:ascii="Times New Roman" w:hAnsi="Times New Roman"/>
                <w:i/>
                <w:sz w:val="16"/>
                <w:szCs w:val="24"/>
              </w:rPr>
              <w:t xml:space="preserve"> e înscris în e-Terra</w:t>
            </w:r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0" w:type="dxa"/>
              <w:bottom w:w="10" w:type="dxa"/>
              <w:right w:w="30" w:type="dxa"/>
            </w:tcMar>
          </w:tcPr>
          <w:p w14:paraId="0A4C22FF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Carte funciară nr.</w:t>
            </w:r>
          </w:p>
        </w:tc>
      </w:tr>
    </w:tbl>
    <w:p w14:paraId="35DC0ACF" w14:textId="77777777" w:rsidR="00FD1AB0" w:rsidRPr="00222C43" w:rsidRDefault="00FD1AB0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222C43" w:rsidRPr="00222C43" w14:paraId="2F863695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2" w:type="dxa"/>
              <w:left w:w="30" w:type="dxa"/>
              <w:bottom w:w="22" w:type="dxa"/>
              <w:right w:w="30" w:type="dxa"/>
            </w:tcMar>
          </w:tcPr>
          <w:p w14:paraId="55977C3E" w14:textId="77777777" w:rsidR="00FD1AB0" w:rsidRPr="00222C43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5. DATA ȘI SEMNĂTURA</w:t>
            </w:r>
          </w:p>
        </w:tc>
      </w:tr>
      <w:tr w:rsidR="00222C43" w:rsidRPr="00222C43" w14:paraId="029D0941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0" w:type="dxa"/>
              <w:bottom w:w="22" w:type="dxa"/>
              <w:right w:w="30" w:type="dxa"/>
            </w:tcMar>
          </w:tcPr>
          <w:p w14:paraId="4E6B2F8A" w14:textId="77777777" w:rsidR="00FD1AB0" w:rsidRDefault="00000000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</w:p>
          <w:p w14:paraId="4AE8C6B9" w14:textId="77777777" w:rsidR="0048125B" w:rsidRPr="00222C43" w:rsidRDefault="0048125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0" w:type="dxa"/>
              <w:bottom w:w="22" w:type="dxa"/>
              <w:right w:w="30" w:type="dxa"/>
            </w:tcMar>
          </w:tcPr>
          <w:p w14:paraId="5F1C83D1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Titularul autorizației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0" w:type="dxa"/>
              <w:bottom w:w="22" w:type="dxa"/>
              <w:right w:w="30" w:type="dxa"/>
            </w:tcMar>
          </w:tcPr>
          <w:p w14:paraId="63F9D63F" w14:textId="77777777" w:rsidR="00FD1AB0" w:rsidRPr="00222C43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222C43">
              <w:rPr>
                <w:rFonts w:ascii="Times New Roman" w:hAnsi="Times New Roman"/>
                <w:b/>
                <w:sz w:val="18"/>
                <w:szCs w:val="24"/>
              </w:rPr>
              <w:t>Semnătura</w:t>
            </w:r>
          </w:p>
        </w:tc>
      </w:tr>
    </w:tbl>
    <w:p w14:paraId="5D78B856" w14:textId="77777777" w:rsidR="00FD1AB0" w:rsidRPr="00222C43" w:rsidRDefault="00000000">
      <w:pPr>
        <w:spacing w:before="60" w:after="0" w:line="240" w:lineRule="auto"/>
        <w:rPr>
          <w:sz w:val="24"/>
          <w:szCs w:val="24"/>
        </w:rPr>
      </w:pPr>
      <w:proofErr w:type="spellStart"/>
      <w:r w:rsidRPr="00222C43">
        <w:rPr>
          <w:rFonts w:ascii="Times New Roman" w:hAnsi="Times New Roman"/>
          <w:i/>
          <w:sz w:val="16"/>
          <w:szCs w:val="24"/>
        </w:rPr>
        <w:t>Formularul</w:t>
      </w:r>
      <w:proofErr w:type="spellEnd"/>
      <w:r w:rsidRPr="00222C43">
        <w:rPr>
          <w:rFonts w:ascii="Times New Roman" w:hAnsi="Times New Roman"/>
          <w:i/>
          <w:sz w:val="16"/>
          <w:szCs w:val="24"/>
        </w:rPr>
        <w:t xml:space="preserve"> se </w:t>
      </w:r>
      <w:proofErr w:type="spellStart"/>
      <w:r w:rsidRPr="00222C43">
        <w:rPr>
          <w:rFonts w:ascii="Times New Roman" w:hAnsi="Times New Roman"/>
          <w:i/>
          <w:sz w:val="16"/>
          <w:szCs w:val="24"/>
        </w:rPr>
        <w:t>anexează</w:t>
      </w:r>
      <w:proofErr w:type="spellEnd"/>
      <w:r w:rsidRPr="00222C43">
        <w:rPr>
          <w:rFonts w:ascii="Times New Roman" w:hAnsi="Times New Roman"/>
          <w:i/>
          <w:sz w:val="16"/>
          <w:szCs w:val="24"/>
        </w:rPr>
        <w:t xml:space="preserve"> la </w:t>
      </w:r>
      <w:proofErr w:type="spellStart"/>
      <w:r w:rsidRPr="00222C43">
        <w:rPr>
          <w:rFonts w:ascii="Times New Roman" w:hAnsi="Times New Roman"/>
          <w:i/>
          <w:sz w:val="16"/>
          <w:szCs w:val="24"/>
        </w:rPr>
        <w:t>autorizația</w:t>
      </w:r>
      <w:proofErr w:type="spellEnd"/>
      <w:r w:rsidRPr="00222C43">
        <w:rPr>
          <w:rFonts w:ascii="Times New Roman" w:hAnsi="Times New Roman"/>
          <w:i/>
          <w:sz w:val="16"/>
          <w:szCs w:val="24"/>
        </w:rPr>
        <w:t xml:space="preserve"> de </w:t>
      </w:r>
      <w:proofErr w:type="spellStart"/>
      <w:r w:rsidRPr="00222C43">
        <w:rPr>
          <w:rFonts w:ascii="Times New Roman" w:hAnsi="Times New Roman"/>
          <w:i/>
          <w:sz w:val="16"/>
          <w:szCs w:val="24"/>
        </w:rPr>
        <w:t>construire</w:t>
      </w:r>
      <w:proofErr w:type="spellEnd"/>
      <w:r w:rsidRPr="00222C43">
        <w:rPr>
          <w:rFonts w:ascii="Times New Roman" w:hAnsi="Times New Roman"/>
          <w:i/>
          <w:sz w:val="16"/>
          <w:szCs w:val="24"/>
        </w:rPr>
        <w:t>/</w:t>
      </w:r>
      <w:proofErr w:type="spellStart"/>
      <w:r w:rsidRPr="00222C43">
        <w:rPr>
          <w:rFonts w:ascii="Times New Roman" w:hAnsi="Times New Roman"/>
          <w:i/>
          <w:sz w:val="16"/>
          <w:szCs w:val="24"/>
        </w:rPr>
        <w:t>desființare</w:t>
      </w:r>
      <w:proofErr w:type="spellEnd"/>
      <w:r w:rsidRPr="00222C43">
        <w:rPr>
          <w:rFonts w:ascii="Times New Roman" w:hAnsi="Times New Roman"/>
          <w:i/>
          <w:sz w:val="16"/>
          <w:szCs w:val="24"/>
        </w:rPr>
        <w:t xml:space="preserve"> </w:t>
      </w:r>
      <w:proofErr w:type="spellStart"/>
      <w:r w:rsidRPr="00222C43">
        <w:rPr>
          <w:rFonts w:ascii="Times New Roman" w:hAnsi="Times New Roman"/>
          <w:i/>
          <w:sz w:val="16"/>
          <w:szCs w:val="24"/>
        </w:rPr>
        <w:t>în</w:t>
      </w:r>
      <w:proofErr w:type="spellEnd"/>
      <w:r w:rsidRPr="00222C43">
        <w:rPr>
          <w:rFonts w:ascii="Times New Roman" w:hAnsi="Times New Roman"/>
          <w:i/>
          <w:sz w:val="16"/>
          <w:szCs w:val="24"/>
        </w:rPr>
        <w:t xml:space="preserve"> două exemplare. Titularul autorizației este obligat să păstreze pe șantier un exemplar al acestei înștiințări, cu numărul și data înregistrării la autoritatea emitentă.</w:t>
      </w:r>
    </w:p>
    <w:sectPr w:rsidR="00FD1AB0" w:rsidRPr="00222C43" w:rsidSect="00716742">
      <w:headerReference w:type="default" r:id="rId10"/>
      <w:footerReference w:type="default" r:id="rId11"/>
      <w:pgSz w:w="11906" w:h="16838" w:code="9"/>
      <w:pgMar w:top="504" w:right="648" w:bottom="504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93F28" w14:textId="77777777" w:rsidR="00247876" w:rsidRDefault="00247876">
      <w:pPr>
        <w:spacing w:after="0" w:line="240" w:lineRule="auto"/>
      </w:pPr>
      <w:r>
        <w:separator/>
      </w:r>
    </w:p>
  </w:endnote>
  <w:endnote w:type="continuationSeparator" w:id="0">
    <w:p w14:paraId="29D29BB5" w14:textId="77777777" w:rsidR="00247876" w:rsidRDefault="00247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DA6AD" w14:textId="77777777" w:rsidR="00FD1AB0" w:rsidRDefault="00000000">
    <w:pPr>
      <w:pStyle w:val="Footer"/>
      <w:jc w:val="center"/>
    </w:pPr>
    <w:r>
      <w:rPr>
        <w:rFonts w:ascii="Times New Roman" w:hAnsi="Times New Roman"/>
        <w:color w:val="646464"/>
        <w:sz w:val="16"/>
      </w:rPr>
      <w:t xml:space="preserve">F_A_08 · </w:t>
    </w:r>
    <w:proofErr w:type="spellStart"/>
    <w:r>
      <w:rPr>
        <w:rFonts w:ascii="Times New Roman" w:hAnsi="Times New Roman"/>
        <w:color w:val="646464"/>
        <w:sz w:val="16"/>
      </w:rPr>
      <w:t>versiunea</w:t>
    </w:r>
    <w:proofErr w:type="spellEnd"/>
    <w:r>
      <w:rPr>
        <w:rFonts w:ascii="Times New Roman" w:hAnsi="Times New Roman"/>
        <w:color w:val="646464"/>
        <w:sz w:val="16"/>
      </w:rPr>
      <w:t xml:space="preserve"> 1.0                                                  </w:t>
    </w:r>
    <w:proofErr w:type="spellStart"/>
    <w:r>
      <w:rPr>
        <w:rFonts w:ascii="Times New Roman" w:hAnsi="Times New Roman"/>
        <w:color w:val="646464"/>
        <w:sz w:val="16"/>
      </w:rPr>
      <w:t>pagina</w:t>
    </w:r>
    <w:proofErr w:type="spellEnd"/>
    <w:r>
      <w:rPr>
        <w:rFonts w:ascii="Times New Roman" w:hAnsi="Times New Roman"/>
        <w:color w:val="646464"/>
        <w:sz w:val="16"/>
      </w:rPr>
      <w:t xml:space="preserve"> 1 din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C36CF" w14:textId="77777777" w:rsidR="00247876" w:rsidRDefault="00247876">
      <w:pPr>
        <w:spacing w:after="0" w:line="240" w:lineRule="auto"/>
      </w:pPr>
      <w:r>
        <w:separator/>
      </w:r>
    </w:p>
  </w:footnote>
  <w:footnote w:type="continuationSeparator" w:id="0">
    <w:p w14:paraId="57C2E19E" w14:textId="77777777" w:rsidR="00247876" w:rsidRDefault="00247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E52CE" w14:textId="1DF8C02E" w:rsidR="00FD1AB0" w:rsidRDefault="00000000">
    <w:pPr>
      <w:pStyle w:val="Header"/>
      <w:jc w:val="right"/>
    </w:pPr>
    <w:r>
      <w:rPr>
        <w:rFonts w:ascii="Times New Roman" w:hAnsi="Times New Roman"/>
        <w:b/>
        <w:sz w:val="19"/>
      </w:rPr>
      <w:t>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80426199">
    <w:abstractNumId w:val="8"/>
  </w:num>
  <w:num w:numId="2" w16cid:durableId="681588258">
    <w:abstractNumId w:val="6"/>
  </w:num>
  <w:num w:numId="3" w16cid:durableId="474571281">
    <w:abstractNumId w:val="5"/>
  </w:num>
  <w:num w:numId="4" w16cid:durableId="793521822">
    <w:abstractNumId w:val="4"/>
  </w:num>
  <w:num w:numId="5" w16cid:durableId="491406445">
    <w:abstractNumId w:val="7"/>
  </w:num>
  <w:num w:numId="6" w16cid:durableId="1133445217">
    <w:abstractNumId w:val="3"/>
  </w:num>
  <w:num w:numId="7" w16cid:durableId="1065302417">
    <w:abstractNumId w:val="2"/>
  </w:num>
  <w:num w:numId="8" w16cid:durableId="921182981">
    <w:abstractNumId w:val="1"/>
  </w:num>
  <w:num w:numId="9" w16cid:durableId="2142654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D0A95"/>
    <w:rsid w:val="00200FFD"/>
    <w:rsid w:val="00222C43"/>
    <w:rsid w:val="00247876"/>
    <w:rsid w:val="0029639D"/>
    <w:rsid w:val="002A57DE"/>
    <w:rsid w:val="00321B9A"/>
    <w:rsid w:val="00326F90"/>
    <w:rsid w:val="0048125B"/>
    <w:rsid w:val="004A6029"/>
    <w:rsid w:val="0066608E"/>
    <w:rsid w:val="006F7FA4"/>
    <w:rsid w:val="00716742"/>
    <w:rsid w:val="007C4E14"/>
    <w:rsid w:val="007E3051"/>
    <w:rsid w:val="00A7108F"/>
    <w:rsid w:val="00AA1D8D"/>
    <w:rsid w:val="00B47730"/>
    <w:rsid w:val="00CB0664"/>
    <w:rsid w:val="00D96895"/>
    <w:rsid w:val="00E20CED"/>
    <w:rsid w:val="00E3026D"/>
    <w:rsid w:val="00ED6F46"/>
    <w:rsid w:val="00F063ED"/>
    <w:rsid w:val="00FC693F"/>
    <w:rsid w:val="00FD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B87FFC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6660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10</cp:revision>
  <dcterms:created xsi:type="dcterms:W3CDTF">2013-12-23T23:15:00Z</dcterms:created>
  <dcterms:modified xsi:type="dcterms:W3CDTF">2026-08-31T11:59:00Z</dcterms:modified>
  <cp:category/>
</cp:coreProperties>
</file>