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B722FC" w:rsidRPr="007D1692" w14:paraId="770B9437" w14:textId="77777777" w:rsidTr="003535FE">
        <w:trPr>
          <w:jc w:val="center"/>
        </w:trPr>
        <w:tc>
          <w:tcPr>
            <w:tcW w:w="2160" w:type="dxa"/>
            <w:vMerge w:val="restart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58A909C8" w14:textId="77777777" w:rsidR="00B722FC" w:rsidRPr="007D1692" w:rsidRDefault="00B722FC" w:rsidP="003535F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3D100CA8" wp14:editId="2BC25097">
                  <wp:extent cx="1155700" cy="1259489"/>
                  <wp:effectExtent l="0" t="0" r="6350" b="0"/>
                  <wp:docPr id="1912151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60" cy="1262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7E92A60" w14:textId="77777777" w:rsidR="00B722FC" w:rsidRPr="007D1692" w:rsidRDefault="00B722FC" w:rsidP="003535F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B722FC" w:rsidRPr="007D1692" w14:paraId="5BCB773D" w14:textId="77777777" w:rsidTr="003535FE">
        <w:trPr>
          <w:jc w:val="center"/>
        </w:trPr>
        <w:tc>
          <w:tcPr>
            <w:tcW w:w="2160" w:type="dxa"/>
            <w:vMerge/>
          </w:tcPr>
          <w:p w14:paraId="1241FF0A" w14:textId="77777777" w:rsidR="00B722FC" w:rsidRPr="007D1692" w:rsidRDefault="00B722FC" w:rsidP="003535F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08E1DC42" w14:textId="77777777" w:rsidR="00B722FC" w:rsidRPr="007D1692" w:rsidRDefault="00B722FC" w:rsidP="003535FE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B722FC" w:rsidRPr="007D1692" w14:paraId="1C200ACC" w14:textId="77777777" w:rsidTr="003535FE">
        <w:trPr>
          <w:jc w:val="center"/>
        </w:trPr>
        <w:tc>
          <w:tcPr>
            <w:tcW w:w="2160" w:type="dxa"/>
            <w:vMerge/>
          </w:tcPr>
          <w:p w14:paraId="27AA3FE5" w14:textId="77777777" w:rsidR="00B722FC" w:rsidRPr="007D1692" w:rsidRDefault="00B722FC" w:rsidP="003535F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4961FAC6" w14:textId="77777777" w:rsidR="00B722FC" w:rsidRPr="007D1692" w:rsidRDefault="00B722FC" w:rsidP="003535F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4EDE5BD0" w14:textId="77777777" w:rsidR="00B722FC" w:rsidRPr="007D1692" w:rsidRDefault="00B722FC" w:rsidP="003535F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43752B41" w14:textId="77777777" w:rsidR="00B722FC" w:rsidRPr="007D1692" w:rsidRDefault="00B722FC" w:rsidP="003535F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cod postal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240595,</w:t>
            </w:r>
          </w:p>
          <w:p w14:paraId="01093DA6" w14:textId="77777777" w:rsidR="00B722FC" w:rsidRDefault="00B722FC" w:rsidP="003535F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5A8EC565" w14:textId="77777777" w:rsidR="00B722FC" w:rsidRPr="007D1692" w:rsidRDefault="00B722FC" w:rsidP="003535FE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73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29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01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 fax.0250/73.56.17, www.cjvalcea.ro</w:t>
            </w:r>
          </w:p>
          <w:p w14:paraId="3237A775" w14:textId="77777777" w:rsidR="00B722FC" w:rsidRPr="007D1692" w:rsidRDefault="00B722FC" w:rsidP="003535F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 w:rsidRPr="007D1692"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  <w:u w:val="none"/>
                </w:rPr>
                <w:t>consiliu@cjvalcea.ro</w:t>
              </w:r>
            </w:hyperlink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B722FC" w:rsidRPr="007D1692" w14:paraId="318100FF" w14:textId="77777777" w:rsidTr="003535FE">
        <w:trPr>
          <w:trHeight w:val="352"/>
          <w:jc w:val="center"/>
        </w:trPr>
        <w:tc>
          <w:tcPr>
            <w:tcW w:w="2160" w:type="dxa"/>
            <w:vMerge/>
          </w:tcPr>
          <w:p w14:paraId="144AFF0A" w14:textId="77777777" w:rsidR="00B722FC" w:rsidRPr="007D1692" w:rsidRDefault="00B722FC" w:rsidP="003535F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1C26EEB0" w14:textId="77777777" w:rsidR="00B722FC" w:rsidRPr="007D1692" w:rsidRDefault="00B722FC" w:rsidP="003535F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1C9F976D" w14:textId="77777777" w:rsidR="00B722FC" w:rsidRPr="007D1692" w:rsidRDefault="00B722FC" w:rsidP="003535FE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019CD55F" w14:textId="61E8BD28" w:rsidR="00FA738D" w:rsidRPr="007844EA" w:rsidRDefault="00FA738D">
      <w:pPr>
        <w:spacing w:after="0" w:line="240" w:lineRule="auto"/>
        <w:rPr>
          <w:sz w:val="24"/>
          <w:szCs w:val="24"/>
        </w:rPr>
      </w:pPr>
    </w:p>
    <w:p w14:paraId="1BB5276D" w14:textId="77777777" w:rsidR="00FA738D" w:rsidRPr="00B73F42" w:rsidRDefault="00000000">
      <w:pPr>
        <w:spacing w:before="80" w:after="60" w:line="240" w:lineRule="auto"/>
        <w:jc w:val="center"/>
        <w:rPr>
          <w:sz w:val="32"/>
          <w:szCs w:val="32"/>
        </w:rPr>
      </w:pPr>
      <w:r w:rsidRPr="00AE6CCF">
        <w:rPr>
          <w:rFonts w:ascii="Times New Roman" w:hAnsi="Times New Roman"/>
          <w:b/>
          <w:sz w:val="32"/>
          <w:szCs w:val="28"/>
        </w:rPr>
        <w:t>CERERE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AE6CCF" w:rsidRPr="00AE6CCF" w14:paraId="5C4EE1B2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0FB63654" w14:textId="77777777" w:rsidR="00FA738D" w:rsidRPr="00AE6CCF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1. CĂTRE</w:t>
            </w:r>
          </w:p>
        </w:tc>
      </w:tr>
      <w:tr w:rsidR="00AE6CCF" w:rsidRPr="00AE6CCF" w14:paraId="6E767A7C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112CABDF" w14:textId="77777777" w:rsidR="00FA738D" w:rsidRPr="00AE6CCF" w:rsidRDefault="00840F75">
            <w:pPr>
              <w:spacing w:after="20" w:line="240" w:lineRule="auto"/>
              <w:rPr>
                <w:rFonts w:ascii="Times New Roman" w:hAnsi="Times New Roman"/>
                <w:b/>
                <w:sz w:val="20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Instituția</w:t>
            </w:r>
            <w:proofErr w:type="spellEnd"/>
          </w:p>
          <w:p w14:paraId="593557CF" w14:textId="4B3E11BB" w:rsidR="00840F75" w:rsidRPr="00AE6CCF" w:rsidRDefault="00840F75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>Consiliul</w:t>
            </w:r>
            <w:proofErr w:type="spellEnd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>Județean</w:t>
            </w:r>
            <w:proofErr w:type="spellEnd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r w:rsidR="00AC114A" w:rsidRPr="00AE6CCF">
              <w:rPr>
                <w:rFonts w:ascii="Times New Roman" w:hAnsi="Times New Roman"/>
                <w:i/>
                <w:sz w:val="18"/>
                <w:szCs w:val="28"/>
              </w:rPr>
              <w:t>V</w:t>
            </w:r>
            <w:r w:rsidR="00AC114A" w:rsidRPr="00AE6CCF">
              <w:rPr>
                <w:rFonts w:ascii="Times New Roman" w:hAnsi="Times New Roman"/>
                <w:i/>
                <w:sz w:val="18"/>
                <w:szCs w:val="28"/>
                <w:lang w:val="ro-RO"/>
              </w:rPr>
              <w:t>â</w:t>
            </w:r>
            <w:proofErr w:type="spellStart"/>
            <w:r w:rsidR="00AC114A" w:rsidRPr="00AE6CCF">
              <w:rPr>
                <w:rFonts w:ascii="Times New Roman" w:hAnsi="Times New Roman"/>
                <w:i/>
                <w:sz w:val="18"/>
                <w:szCs w:val="28"/>
              </w:rPr>
              <w:t>lcea</w:t>
            </w:r>
            <w:proofErr w:type="spellEnd"/>
          </w:p>
        </w:tc>
      </w:tr>
      <w:tr w:rsidR="00FA738D" w:rsidRPr="00AE6CCF" w14:paraId="5E103C11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245E287" w14:textId="1FC5ED57" w:rsidR="00FA738D" w:rsidRPr="00AE6CCF" w:rsidRDefault="00840F75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>Către</w:t>
            </w:r>
            <w:proofErr w:type="spellEnd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>președintele</w:t>
            </w:r>
            <w:proofErr w:type="spellEnd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>consiliului</w:t>
            </w:r>
            <w:proofErr w:type="spellEnd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>județean</w:t>
            </w:r>
            <w:proofErr w:type="spellEnd"/>
          </w:p>
        </w:tc>
      </w:tr>
    </w:tbl>
    <w:p w14:paraId="2FDD4F03" w14:textId="77777777" w:rsidR="00FA738D" w:rsidRPr="00AE6CCF" w:rsidRDefault="00FA738D">
      <w:pPr>
        <w:spacing w:before="40" w:after="0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00"/>
        <w:gridCol w:w="1800"/>
        <w:gridCol w:w="900"/>
        <w:gridCol w:w="900"/>
        <w:gridCol w:w="900"/>
        <w:gridCol w:w="900"/>
        <w:gridCol w:w="900"/>
        <w:gridCol w:w="900"/>
        <w:gridCol w:w="1800"/>
      </w:tblGrid>
      <w:tr w:rsidR="00AE6CCF" w:rsidRPr="00AE6CCF" w14:paraId="51DBD9B3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82D0313" w14:textId="77777777" w:rsidR="00FA738D" w:rsidRPr="00AE6CCF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2. SOLICITANTUL</w:t>
            </w:r>
          </w:p>
        </w:tc>
      </w:tr>
      <w:tr w:rsidR="00AE6CCF" w:rsidRPr="00AE6CCF" w14:paraId="132D57A7" w14:textId="77777777">
        <w:trPr>
          <w:jc w:val="center"/>
        </w:trPr>
        <w:tc>
          <w:tcPr>
            <w:tcW w:w="72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A3B9425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Nume</w:t>
            </w:r>
            <w:proofErr w:type="spellEnd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și</w:t>
            </w:r>
            <w:proofErr w:type="spellEnd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prenume</w:t>
            </w:r>
            <w:proofErr w:type="spellEnd"/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AAF53C3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CNP</w:t>
            </w:r>
          </w:p>
        </w:tc>
      </w:tr>
      <w:tr w:rsidR="00AE6CCF" w:rsidRPr="00AE6CCF" w14:paraId="04C3C0C3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4D886627" w14:textId="5845229C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sz w:val="18"/>
                <w:szCs w:val="28"/>
              </w:rPr>
              <w:t xml:space="preserve">Act de </w:t>
            </w:r>
            <w:proofErr w:type="spellStart"/>
            <w:r w:rsidRPr="00AE6CCF">
              <w:rPr>
                <w:rFonts w:ascii="Times New Roman" w:hAnsi="Times New Roman"/>
                <w:sz w:val="18"/>
                <w:szCs w:val="28"/>
              </w:rPr>
              <w:t>identitate</w:t>
            </w:r>
            <w:proofErr w:type="spellEnd"/>
            <w:r w:rsidR="00472856" w:rsidRPr="00AE6CCF">
              <w:rPr>
                <w:rFonts w:ascii="Times New Roman" w:hAnsi="Times New Roman"/>
                <w:sz w:val="18"/>
                <w:szCs w:val="28"/>
              </w:rPr>
              <w:t xml:space="preserve"> </w:t>
            </w:r>
          </w:p>
        </w:tc>
      </w:tr>
      <w:tr w:rsidR="00AE6CCF" w:rsidRPr="00AE6CCF" w14:paraId="5EF0CBEB" w14:textId="77777777">
        <w:trPr>
          <w:jc w:val="center"/>
        </w:trPr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4C69D1A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Seria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285EB5A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Numărul</w:t>
            </w:r>
          </w:p>
        </w:tc>
        <w:tc>
          <w:tcPr>
            <w:tcW w:w="45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6A2ADAA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Eliberat de</w:t>
            </w:r>
          </w:p>
        </w:tc>
        <w:tc>
          <w:tcPr>
            <w:tcW w:w="27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9ED4805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La data</w:t>
            </w:r>
          </w:p>
        </w:tc>
      </w:tr>
      <w:tr w:rsidR="00AE6CCF" w:rsidRPr="00AE6CCF" w14:paraId="67DC4CCC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6CBE9FC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sz w:val="18"/>
                <w:szCs w:val="28"/>
              </w:rPr>
              <w:t>Domiciliul</w:t>
            </w:r>
            <w:proofErr w:type="spellEnd"/>
          </w:p>
        </w:tc>
      </w:tr>
      <w:tr w:rsidR="00AE6CCF" w:rsidRPr="00AE6CCF" w14:paraId="691146CF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97B2FAA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Județul</w:t>
            </w:r>
          </w:p>
        </w:tc>
        <w:tc>
          <w:tcPr>
            <w:tcW w:w="36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5E04268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Municipiul / orașul / comuna</w:t>
            </w:r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7606BB9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Satul / sectorul</w:t>
            </w:r>
          </w:p>
        </w:tc>
      </w:tr>
      <w:tr w:rsidR="00AE6CCF" w:rsidRPr="00AE6CCF" w14:paraId="71A883FE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6D672A7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Strada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BF94961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Nr.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58110D7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Sc.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36FD2A8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Et.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3F16CF8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Ap.</w:t>
            </w:r>
          </w:p>
        </w:tc>
        <w:tc>
          <w:tcPr>
            <w:tcW w:w="18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FEE3C2F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Cod poștal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187CBF7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Țara</w:t>
            </w:r>
          </w:p>
        </w:tc>
      </w:tr>
      <w:tr w:rsidR="00AE6CCF" w:rsidRPr="00AE6CCF" w14:paraId="6F859984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8DC8921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sz w:val="18"/>
                <w:szCs w:val="28"/>
              </w:rPr>
              <w:t>Date de contact</w:t>
            </w:r>
          </w:p>
        </w:tc>
      </w:tr>
      <w:tr w:rsidR="00AE6CCF" w:rsidRPr="00AE6CCF" w14:paraId="2A44C714" w14:textId="77777777">
        <w:trPr>
          <w:jc w:val="center"/>
        </w:trPr>
        <w:tc>
          <w:tcPr>
            <w:tcW w:w="54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35F57AF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Telefon</w:t>
            </w:r>
            <w:proofErr w:type="spellEnd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 xml:space="preserve"> / fax</w:t>
            </w:r>
          </w:p>
        </w:tc>
        <w:tc>
          <w:tcPr>
            <w:tcW w:w="54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BB3C2CC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E-mail</w:t>
            </w:r>
          </w:p>
        </w:tc>
      </w:tr>
      <w:tr w:rsidR="00AE6CCF" w:rsidRPr="00AE6CCF" w14:paraId="39AC14B7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B96223C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sz w:val="18"/>
                <w:szCs w:val="28"/>
              </w:rPr>
              <w:t>Reprezentare</w:t>
            </w:r>
            <w:proofErr w:type="spellEnd"/>
          </w:p>
        </w:tc>
      </w:tr>
      <w:tr w:rsidR="00AE6CCF" w:rsidRPr="00AE6CCF" w14:paraId="11999D85" w14:textId="77777777">
        <w:trPr>
          <w:jc w:val="center"/>
        </w:trPr>
        <w:tc>
          <w:tcPr>
            <w:tcW w:w="72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9A37DCF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În calitate de reprezentant al</w:t>
            </w:r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01E330F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CUI / CIF</w:t>
            </w:r>
          </w:p>
        </w:tc>
      </w:tr>
    </w:tbl>
    <w:p w14:paraId="4D3CAD57" w14:textId="77777777" w:rsidR="00FA738D" w:rsidRPr="00AE6CCF" w:rsidRDefault="00000000">
      <w:pPr>
        <w:spacing w:before="80" w:after="60" w:line="240" w:lineRule="auto"/>
        <w:jc w:val="center"/>
        <w:rPr>
          <w:sz w:val="28"/>
          <w:szCs w:val="28"/>
        </w:rPr>
      </w:pPr>
      <w:proofErr w:type="spellStart"/>
      <w:r w:rsidRPr="00AE6CCF">
        <w:rPr>
          <w:rFonts w:ascii="Times New Roman" w:hAnsi="Times New Roman"/>
          <w:sz w:val="20"/>
          <w:szCs w:val="28"/>
        </w:rPr>
        <w:t>în</w:t>
      </w:r>
      <w:proofErr w:type="spellEnd"/>
      <w:r w:rsidRPr="00AE6CCF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Pr="00AE6CCF">
        <w:rPr>
          <w:rFonts w:ascii="Times New Roman" w:hAnsi="Times New Roman"/>
          <w:sz w:val="20"/>
          <w:szCs w:val="28"/>
        </w:rPr>
        <w:t>conformitate</w:t>
      </w:r>
      <w:proofErr w:type="spellEnd"/>
      <w:r w:rsidRPr="00AE6CCF">
        <w:rPr>
          <w:rFonts w:ascii="Times New Roman" w:hAnsi="Times New Roman"/>
          <w:sz w:val="20"/>
          <w:szCs w:val="28"/>
        </w:rPr>
        <w:t xml:space="preserve"> cu </w:t>
      </w:r>
      <w:proofErr w:type="spellStart"/>
      <w:r w:rsidRPr="00AE6CCF">
        <w:rPr>
          <w:rFonts w:ascii="Times New Roman" w:hAnsi="Times New Roman"/>
          <w:sz w:val="20"/>
          <w:szCs w:val="28"/>
        </w:rPr>
        <w:t>prevederile</w:t>
      </w:r>
      <w:proofErr w:type="spellEnd"/>
      <w:r w:rsidRPr="00AE6CCF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Pr="00AE6CCF">
        <w:rPr>
          <w:rFonts w:ascii="Times New Roman" w:hAnsi="Times New Roman"/>
          <w:sz w:val="20"/>
          <w:szCs w:val="28"/>
        </w:rPr>
        <w:t>Legii</w:t>
      </w:r>
      <w:proofErr w:type="spellEnd"/>
      <w:r w:rsidRPr="00AE6CCF">
        <w:rPr>
          <w:rFonts w:ascii="Times New Roman" w:hAnsi="Times New Roman"/>
          <w:sz w:val="20"/>
          <w:szCs w:val="28"/>
        </w:rPr>
        <w:t xml:space="preserve"> nr. 169/2026 privind Codul amenajării teritoriului, urbanismului și construcțiilor,</w:t>
      </w:r>
      <w:r w:rsidRPr="00AE6CCF">
        <w:rPr>
          <w:rFonts w:ascii="Times New Roman" w:hAnsi="Times New Roman"/>
          <w:sz w:val="20"/>
          <w:szCs w:val="28"/>
        </w:rPr>
        <w:br/>
        <w:t>solicit emiterea</w:t>
      </w:r>
      <w:r w:rsidRPr="00AE6CCF">
        <w:rPr>
          <w:rFonts w:ascii="Times New Roman" w:hAnsi="Times New Roman"/>
          <w:sz w:val="20"/>
          <w:szCs w:val="28"/>
        </w:rPr>
        <w:br/>
      </w:r>
      <w:r w:rsidRPr="00AE6CCF">
        <w:rPr>
          <w:rFonts w:ascii="Times New Roman" w:hAnsi="Times New Roman"/>
          <w:b/>
          <w:sz w:val="24"/>
          <w:szCs w:val="28"/>
        </w:rPr>
        <w:t>CERTIFICATULUI DE URBANISM DE INFORMARE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00"/>
        <w:gridCol w:w="900"/>
        <w:gridCol w:w="2700"/>
        <w:gridCol w:w="900"/>
        <w:gridCol w:w="1800"/>
        <w:gridCol w:w="1800"/>
      </w:tblGrid>
      <w:tr w:rsidR="00AE6CCF" w:rsidRPr="00AE6CCF" w14:paraId="4E5D958B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BD2BB06" w14:textId="77777777" w:rsidR="00FA738D" w:rsidRPr="00AE6CCF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3. IMOBILUL</w:t>
            </w:r>
          </w:p>
        </w:tc>
      </w:tr>
      <w:tr w:rsidR="00AE6CCF" w:rsidRPr="00AE6CCF" w14:paraId="3FD005F9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73ED075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sz w:val="20"/>
                <w:szCs w:val="28"/>
              </w:rPr>
              <w:t xml:space="preserve">☐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teren</w:t>
            </w:r>
            <w:proofErr w:type="spell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    ☐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construcții</w:t>
            </w:r>
            <w:proofErr w:type="spellEnd"/>
          </w:p>
        </w:tc>
      </w:tr>
      <w:tr w:rsidR="00AE6CCF" w:rsidRPr="00AE6CCF" w14:paraId="66834B6B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A8209D5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Județ</w:t>
            </w:r>
            <w:proofErr w:type="spellEnd"/>
          </w:p>
        </w:tc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9C00B31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Municipiu / oraș / comună</w:t>
            </w:r>
          </w:p>
        </w:tc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77A3656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Sat / sector</w:t>
            </w:r>
          </w:p>
        </w:tc>
      </w:tr>
      <w:tr w:rsidR="00AE6CCF" w:rsidRPr="00AE6CCF" w14:paraId="5DA41400" w14:textId="77777777">
        <w:trPr>
          <w:jc w:val="center"/>
        </w:trPr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5F14154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 xml:space="preserve">Cod </w:t>
            </w: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poștal</w:t>
            </w:r>
            <w:proofErr w:type="spellEnd"/>
          </w:p>
        </w:tc>
        <w:tc>
          <w:tcPr>
            <w:tcW w:w="45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3641E37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Strada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2E7F0A2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Nr.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70749B9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Bl. / sc. / et. / ap.</w:t>
            </w:r>
          </w:p>
        </w:tc>
      </w:tr>
      <w:tr w:rsidR="00AE6CCF" w:rsidRPr="00AE6CCF" w14:paraId="6B85F433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AA01D03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Suprafața</w:t>
            </w:r>
            <w:proofErr w:type="spellEnd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terenului</w:t>
            </w:r>
            <w:proofErr w:type="spellEnd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 xml:space="preserve"> (m²)</w:t>
            </w:r>
          </w:p>
        </w:tc>
      </w:tr>
      <w:tr w:rsidR="00AE6CCF" w:rsidRPr="00AE6CCF" w14:paraId="1CCE34EE" w14:textId="77777777">
        <w:trPr>
          <w:jc w:val="center"/>
        </w:trPr>
        <w:tc>
          <w:tcPr>
            <w:tcW w:w="63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CF628F7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Număr</w:t>
            </w:r>
            <w:proofErr w:type="spellEnd"/>
            <w:r w:rsidRPr="00AE6CCF">
              <w:rPr>
                <w:rFonts w:ascii="Times New Roman" w:hAnsi="Times New Roman"/>
                <w:b/>
                <w:sz w:val="20"/>
                <w:szCs w:val="28"/>
              </w:rPr>
              <w:t xml:space="preserve"> cadastral</w:t>
            </w:r>
            <w:r w:rsidRPr="00AE6CCF">
              <w:rPr>
                <w:rFonts w:ascii="Times New Roman" w:hAnsi="Times New Roman"/>
                <w:b/>
                <w:sz w:val="20"/>
                <w:szCs w:val="28"/>
              </w:rPr>
              <w:br/>
            </w:r>
            <w:proofErr w:type="spellStart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>dacă</w:t>
            </w:r>
            <w:proofErr w:type="spellEnd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>imobilul</w:t>
            </w:r>
            <w:proofErr w:type="spellEnd"/>
            <w:r w:rsidRPr="00AE6CCF">
              <w:rPr>
                <w:rFonts w:ascii="Times New Roman" w:hAnsi="Times New Roman"/>
                <w:i/>
                <w:sz w:val="18"/>
                <w:szCs w:val="28"/>
              </w:rPr>
              <w:t xml:space="preserve"> e înscris în e-Terra</w:t>
            </w:r>
          </w:p>
        </w:tc>
        <w:tc>
          <w:tcPr>
            <w:tcW w:w="45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A8E3683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Carte funciară nr.</w:t>
            </w:r>
          </w:p>
        </w:tc>
      </w:tr>
      <w:tr w:rsidR="00AE6CCF" w:rsidRPr="00AE6CCF" w14:paraId="5270881D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DD1532C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gramStart"/>
            <w:r w:rsidRPr="00AE6CCF">
              <w:rPr>
                <w:rFonts w:ascii="Times New Roman" w:hAnsi="Times New Roman"/>
                <w:sz w:val="20"/>
                <w:szCs w:val="28"/>
              </w:rPr>
              <w:t>☐  extras</w:t>
            </w:r>
            <w:proofErr w:type="gram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de carte funciară actualizat, anexat</w:t>
            </w:r>
          </w:p>
        </w:tc>
      </w:tr>
      <w:tr w:rsidR="00FA738D" w:rsidRPr="00AE6CCF" w14:paraId="462713ED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4222A52A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proofErr w:type="gramStart"/>
            <w:r w:rsidRPr="00AE6CCF">
              <w:rPr>
                <w:rFonts w:ascii="Times New Roman" w:hAnsi="Times New Roman"/>
                <w:sz w:val="20"/>
                <w:szCs w:val="28"/>
              </w:rPr>
              <w:t>☐  plan</w:t>
            </w:r>
            <w:proofErr w:type="gram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de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încadrare</w:t>
            </w:r>
            <w:proofErr w:type="spell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în</w:t>
            </w:r>
            <w:proofErr w:type="spell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zonă</w:t>
            </w:r>
            <w:proofErr w:type="spell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în</w:t>
            </w:r>
            <w:proofErr w:type="spell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sistem Stereo 70, anexat eliberat, la cerere, de către Agenția Națională de Cadastru și Publicitate Imobiliară</w:t>
            </w:r>
          </w:p>
        </w:tc>
      </w:tr>
    </w:tbl>
    <w:p w14:paraId="64343281" w14:textId="77777777" w:rsidR="00FA738D" w:rsidRPr="00AE6CCF" w:rsidRDefault="00FA738D">
      <w:pPr>
        <w:spacing w:before="40" w:after="0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AE6CCF" w:rsidRPr="00AE6CCF" w14:paraId="412A1C35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41825CAC" w14:textId="77777777" w:rsidR="00FA738D" w:rsidRPr="00AE6CCF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4. COMUNICAREA RĂSPUNSULUI</w:t>
            </w:r>
          </w:p>
        </w:tc>
      </w:tr>
      <w:tr w:rsidR="00FA738D" w:rsidRPr="00AE6CCF" w14:paraId="2E2E31DD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07890269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sz w:val="20"/>
                <w:szCs w:val="28"/>
              </w:rPr>
              <w:t xml:space="preserve">☐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în</w:t>
            </w:r>
            <w:proofErr w:type="spell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format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scris</w:t>
            </w:r>
            <w:proofErr w:type="spell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, </w:t>
            </w:r>
            <w:proofErr w:type="spellStart"/>
            <w:r w:rsidRPr="00AE6CCF">
              <w:rPr>
                <w:rFonts w:ascii="Times New Roman" w:hAnsi="Times New Roman"/>
                <w:sz w:val="20"/>
                <w:szCs w:val="28"/>
              </w:rPr>
              <w:t>prin</w:t>
            </w:r>
            <w:proofErr w:type="spellEnd"/>
            <w:r w:rsidRPr="00AE6CCF">
              <w:rPr>
                <w:rFonts w:ascii="Times New Roman" w:hAnsi="Times New Roman"/>
                <w:sz w:val="20"/>
                <w:szCs w:val="28"/>
              </w:rPr>
              <w:t xml:space="preserve"> poștă     ☐ în format digital, la adresa de e-mail indicată     ☐ ridicare de la sediul autorității</w:t>
            </w:r>
          </w:p>
        </w:tc>
      </w:tr>
    </w:tbl>
    <w:p w14:paraId="3D3BBC35" w14:textId="77777777" w:rsidR="00FA738D" w:rsidRPr="00AE6CCF" w:rsidRDefault="00FA738D">
      <w:pPr>
        <w:spacing w:before="40" w:after="0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AE6CCF" w:rsidRPr="00AE6CCF" w14:paraId="7A6FBA02" w14:textId="77777777">
        <w:trPr>
          <w:jc w:val="center"/>
        </w:trPr>
        <w:tc>
          <w:tcPr>
            <w:tcW w:w="10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37B01DB0" w14:textId="77777777" w:rsidR="00FA738D" w:rsidRPr="00AE6CCF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5. DATA ȘI SEMNĂTURA</w:t>
            </w:r>
          </w:p>
        </w:tc>
      </w:tr>
      <w:tr w:rsidR="00AE6CCF" w:rsidRPr="00AE6CCF" w14:paraId="58145FE1" w14:textId="77777777">
        <w:trPr>
          <w:jc w:val="center"/>
        </w:trPr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1D301994" w14:textId="77777777" w:rsidR="00FA738D" w:rsidRDefault="00000000">
            <w:pPr>
              <w:spacing w:after="20" w:line="240" w:lineRule="auto"/>
              <w:rPr>
                <w:rFonts w:ascii="Times New Roman" w:hAnsi="Times New Roman"/>
                <w:b/>
                <w:sz w:val="20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Data</w:t>
            </w:r>
          </w:p>
          <w:p w14:paraId="2B3FCD19" w14:textId="77777777" w:rsidR="00A94755" w:rsidRPr="00AE6CCF" w:rsidRDefault="00A94755">
            <w:pPr>
              <w:spacing w:after="20" w:line="240" w:lineRule="auto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49AC00FD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Solicitantul</w:t>
            </w:r>
          </w:p>
        </w:tc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66AEB9A2" w14:textId="77777777" w:rsidR="00FA738D" w:rsidRPr="00AE6CCF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AE6CCF">
              <w:rPr>
                <w:rFonts w:ascii="Times New Roman" w:hAnsi="Times New Roman"/>
                <w:b/>
                <w:sz w:val="20"/>
                <w:szCs w:val="28"/>
              </w:rPr>
              <w:t>Semnătura</w:t>
            </w:r>
          </w:p>
        </w:tc>
      </w:tr>
    </w:tbl>
    <w:p w14:paraId="29F74EF2" w14:textId="6F4D91BC" w:rsidR="00585DFB" w:rsidRPr="00585DFB" w:rsidRDefault="00585DFB" w:rsidP="00472856">
      <w:pPr>
        <w:tabs>
          <w:tab w:val="left" w:pos="7820"/>
        </w:tabs>
        <w:rPr>
          <w:sz w:val="24"/>
          <w:szCs w:val="24"/>
        </w:rPr>
      </w:pPr>
    </w:p>
    <w:sectPr w:rsidR="00585DFB" w:rsidRPr="00585DFB" w:rsidSect="00585DFB">
      <w:headerReference w:type="default" r:id="rId10"/>
      <w:footerReference w:type="default" r:id="rId11"/>
      <w:pgSz w:w="11906" w:h="16838" w:code="9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F8883" w14:textId="77777777" w:rsidR="00E44682" w:rsidRDefault="00E44682">
      <w:pPr>
        <w:spacing w:after="0" w:line="240" w:lineRule="auto"/>
      </w:pPr>
      <w:r>
        <w:separator/>
      </w:r>
    </w:p>
  </w:endnote>
  <w:endnote w:type="continuationSeparator" w:id="0">
    <w:p w14:paraId="2FADABE1" w14:textId="77777777" w:rsidR="00E44682" w:rsidRDefault="00E44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F1A64" w14:textId="2EE7EC9C" w:rsidR="00FA738D" w:rsidRDefault="00FA738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C44A2" w14:textId="77777777" w:rsidR="00E44682" w:rsidRDefault="00E44682">
      <w:pPr>
        <w:spacing w:after="0" w:line="240" w:lineRule="auto"/>
      </w:pPr>
      <w:r>
        <w:separator/>
      </w:r>
    </w:p>
  </w:footnote>
  <w:footnote w:type="continuationSeparator" w:id="0">
    <w:p w14:paraId="2619F34F" w14:textId="77777777" w:rsidR="00E44682" w:rsidRDefault="00E44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45373" w14:textId="55AF9A39" w:rsidR="00FA738D" w:rsidRDefault="00FA738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4734535">
    <w:abstractNumId w:val="8"/>
  </w:num>
  <w:num w:numId="2" w16cid:durableId="953244979">
    <w:abstractNumId w:val="6"/>
  </w:num>
  <w:num w:numId="3" w16cid:durableId="2115707950">
    <w:abstractNumId w:val="5"/>
  </w:num>
  <w:num w:numId="4" w16cid:durableId="1319379013">
    <w:abstractNumId w:val="4"/>
  </w:num>
  <w:num w:numId="5" w16cid:durableId="1516455038">
    <w:abstractNumId w:val="7"/>
  </w:num>
  <w:num w:numId="6" w16cid:durableId="1909336764">
    <w:abstractNumId w:val="3"/>
  </w:num>
  <w:num w:numId="7" w16cid:durableId="1086732865">
    <w:abstractNumId w:val="2"/>
  </w:num>
  <w:num w:numId="8" w16cid:durableId="1749116453">
    <w:abstractNumId w:val="1"/>
  </w:num>
  <w:num w:numId="9" w16cid:durableId="891960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443"/>
    <w:rsid w:val="0002712E"/>
    <w:rsid w:val="00034616"/>
    <w:rsid w:val="0006063C"/>
    <w:rsid w:val="00104F06"/>
    <w:rsid w:val="0015074B"/>
    <w:rsid w:val="001941F2"/>
    <w:rsid w:val="001D2F7A"/>
    <w:rsid w:val="00200FFD"/>
    <w:rsid w:val="0029639D"/>
    <w:rsid w:val="002E0F86"/>
    <w:rsid w:val="002F4E97"/>
    <w:rsid w:val="00326F90"/>
    <w:rsid w:val="00397F44"/>
    <w:rsid w:val="003B2468"/>
    <w:rsid w:val="003E462E"/>
    <w:rsid w:val="00472856"/>
    <w:rsid w:val="004A6029"/>
    <w:rsid w:val="004B05EA"/>
    <w:rsid w:val="004B6FF7"/>
    <w:rsid w:val="00585DFB"/>
    <w:rsid w:val="00586C7B"/>
    <w:rsid w:val="00600A49"/>
    <w:rsid w:val="006E79DA"/>
    <w:rsid w:val="006F39D8"/>
    <w:rsid w:val="007234AD"/>
    <w:rsid w:val="007844EA"/>
    <w:rsid w:val="008354A7"/>
    <w:rsid w:val="00840F75"/>
    <w:rsid w:val="0087212B"/>
    <w:rsid w:val="00954082"/>
    <w:rsid w:val="009619DE"/>
    <w:rsid w:val="0096762A"/>
    <w:rsid w:val="00994596"/>
    <w:rsid w:val="00996227"/>
    <w:rsid w:val="00A94755"/>
    <w:rsid w:val="00AA1D8D"/>
    <w:rsid w:val="00AA4126"/>
    <w:rsid w:val="00AB6D5D"/>
    <w:rsid w:val="00AC114A"/>
    <w:rsid w:val="00AE6CCF"/>
    <w:rsid w:val="00B47730"/>
    <w:rsid w:val="00B61854"/>
    <w:rsid w:val="00B722FC"/>
    <w:rsid w:val="00B73F42"/>
    <w:rsid w:val="00BC56FD"/>
    <w:rsid w:val="00BE62FC"/>
    <w:rsid w:val="00C450B8"/>
    <w:rsid w:val="00C71CD2"/>
    <w:rsid w:val="00CA4095"/>
    <w:rsid w:val="00CB0664"/>
    <w:rsid w:val="00CC3087"/>
    <w:rsid w:val="00CC6509"/>
    <w:rsid w:val="00E331DE"/>
    <w:rsid w:val="00E44682"/>
    <w:rsid w:val="00E74733"/>
    <w:rsid w:val="00EC4BC7"/>
    <w:rsid w:val="00F42914"/>
    <w:rsid w:val="00FA73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8CEB52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2F4E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42</cp:revision>
  <cp:lastPrinted>2026-08-27T09:48:00Z</cp:lastPrinted>
  <dcterms:created xsi:type="dcterms:W3CDTF">2013-12-23T23:15:00Z</dcterms:created>
  <dcterms:modified xsi:type="dcterms:W3CDTF">2026-09-01T06:16:00Z</dcterms:modified>
  <cp:category/>
</cp:coreProperties>
</file>