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CE7C97" w14:paraId="77214D89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CB5D524" w14:textId="5CAECB2C" w:rsidR="00CE7C97" w:rsidRDefault="00CE7C9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2C3CDAA" wp14:editId="247FFA37">
                  <wp:extent cx="1152525" cy="1257300"/>
                  <wp:effectExtent l="0" t="0" r="9525" b="0"/>
                  <wp:docPr id="7119117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6BE8C83" w14:textId="77777777" w:rsidR="00CE7C97" w:rsidRDefault="00CE7C97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CE7C97" w14:paraId="3A7845BA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879B4" w14:textId="77777777" w:rsidR="00CE7C97" w:rsidRDefault="00CE7C97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151CED4" w14:textId="77777777" w:rsidR="00CE7C97" w:rsidRDefault="00CE7C97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CE7C97" w14:paraId="2EAE42F4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7B894" w14:textId="77777777" w:rsidR="00CE7C97" w:rsidRDefault="00CE7C97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010DA10" w14:textId="77777777" w:rsidR="00CE7C97" w:rsidRDefault="00CE7C97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118A588E" w14:textId="77777777" w:rsidR="00CE7C97" w:rsidRDefault="00CE7C97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373F0AB" w14:textId="77777777" w:rsidR="00CE7C97" w:rsidRDefault="00CE7C97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11E482A0" w14:textId="77777777" w:rsidR="00CE7C97" w:rsidRDefault="00CE7C97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0673F7F0" w14:textId="77777777" w:rsidR="00CE7C97" w:rsidRDefault="00CE7C97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29FB746D" w14:textId="77777777" w:rsidR="00CE7C97" w:rsidRDefault="00CE7C97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CE7C97" w14:paraId="540247D3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5DCF" w14:textId="77777777" w:rsidR="00CE7C97" w:rsidRDefault="00CE7C97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C5ABFDD" w14:textId="77777777" w:rsidR="00CE7C97" w:rsidRDefault="00CE7C97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07F7042" w14:textId="77777777" w:rsidR="00CE7C97" w:rsidRDefault="00CE7C97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0CDD3DC2" w14:textId="77777777" w:rsidR="00EA3403" w:rsidRPr="007844EA" w:rsidRDefault="00EA3403" w:rsidP="00EA3403">
      <w:pPr>
        <w:spacing w:after="0" w:line="240" w:lineRule="auto"/>
        <w:rPr>
          <w:sz w:val="24"/>
          <w:szCs w:val="24"/>
        </w:rPr>
      </w:pPr>
    </w:p>
    <w:p w14:paraId="504720D8" w14:textId="77777777" w:rsidR="00EA3403" w:rsidRPr="00552F6D" w:rsidRDefault="00EA3403" w:rsidP="00EA3403">
      <w:pPr>
        <w:spacing w:before="80" w:after="60" w:line="240" w:lineRule="auto"/>
        <w:jc w:val="center"/>
        <w:rPr>
          <w:sz w:val="24"/>
          <w:szCs w:val="24"/>
        </w:rPr>
      </w:pPr>
      <w:r w:rsidRPr="00552F6D">
        <w:rPr>
          <w:rFonts w:ascii="Times New Roman" w:hAnsi="Times New Roman"/>
          <w:b/>
          <w:sz w:val="28"/>
          <w:szCs w:val="24"/>
        </w:rPr>
        <w:t>CERERE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800"/>
      </w:tblGrid>
      <w:tr w:rsidR="00552F6D" w:rsidRPr="00552F6D" w14:paraId="1DB264D4" w14:textId="77777777" w:rsidTr="005A67B9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53C3E844" w14:textId="77777777" w:rsidR="00EA3403" w:rsidRPr="00552F6D" w:rsidRDefault="00EA3403" w:rsidP="005A67B9">
            <w:pPr>
              <w:spacing w:before="20" w:after="2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1. CĂTRE</w:t>
            </w:r>
          </w:p>
        </w:tc>
      </w:tr>
      <w:tr w:rsidR="00552F6D" w:rsidRPr="00552F6D" w14:paraId="6C72E1CA" w14:textId="77777777" w:rsidTr="005A67B9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5FD2D09C" w14:textId="77777777" w:rsidR="00EA3403" w:rsidRPr="00552F6D" w:rsidRDefault="00EA3403" w:rsidP="005A67B9">
            <w:pPr>
              <w:spacing w:after="2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Instituția</w:t>
            </w:r>
            <w:proofErr w:type="spellEnd"/>
          </w:p>
          <w:p w14:paraId="3599E855" w14:textId="6116172F" w:rsidR="00EA3403" w:rsidRPr="00552F6D" w:rsidRDefault="00EA3403" w:rsidP="005A67B9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>Consiliul</w:t>
            </w:r>
            <w:proofErr w:type="spellEnd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>Județean</w:t>
            </w:r>
            <w:proofErr w:type="spellEnd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r w:rsidR="00443BF1" w:rsidRPr="00552F6D">
              <w:rPr>
                <w:rFonts w:ascii="Times New Roman" w:hAnsi="Times New Roman"/>
                <w:i/>
                <w:sz w:val="16"/>
                <w:szCs w:val="24"/>
              </w:rPr>
              <w:t>V</w:t>
            </w:r>
            <w:r w:rsidR="00443BF1" w:rsidRPr="00552F6D">
              <w:rPr>
                <w:rFonts w:ascii="Times New Roman" w:hAnsi="Times New Roman"/>
                <w:i/>
                <w:sz w:val="16"/>
                <w:szCs w:val="24"/>
                <w:lang w:val="ro-RO"/>
              </w:rPr>
              <w:t>â</w:t>
            </w:r>
            <w:proofErr w:type="spellStart"/>
            <w:r w:rsidR="00443BF1" w:rsidRPr="00552F6D">
              <w:rPr>
                <w:rFonts w:ascii="Times New Roman" w:hAnsi="Times New Roman"/>
                <w:i/>
                <w:sz w:val="16"/>
                <w:szCs w:val="24"/>
              </w:rPr>
              <w:t>lcea</w:t>
            </w:r>
            <w:proofErr w:type="spellEnd"/>
          </w:p>
        </w:tc>
      </w:tr>
      <w:tr w:rsidR="00EA3403" w:rsidRPr="00552F6D" w14:paraId="370238F0" w14:textId="77777777" w:rsidTr="005A67B9">
        <w:trPr>
          <w:jc w:val="center"/>
        </w:trPr>
        <w:tc>
          <w:tcPr>
            <w:tcW w:w="10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0E4CE537" w14:textId="77777777" w:rsidR="00EA3403" w:rsidRPr="00552F6D" w:rsidRDefault="00EA3403" w:rsidP="005A67B9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>Către</w:t>
            </w:r>
            <w:proofErr w:type="spellEnd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>președintele</w:t>
            </w:r>
            <w:proofErr w:type="spellEnd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>consiliului</w:t>
            </w:r>
            <w:proofErr w:type="spellEnd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>județean</w:t>
            </w:r>
            <w:proofErr w:type="spellEnd"/>
          </w:p>
        </w:tc>
      </w:tr>
    </w:tbl>
    <w:p w14:paraId="297CF65D" w14:textId="77777777" w:rsidR="005502BD" w:rsidRPr="00552F6D" w:rsidRDefault="005502BD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24"/>
        <w:gridCol w:w="1824"/>
        <w:gridCol w:w="912"/>
        <w:gridCol w:w="912"/>
        <w:gridCol w:w="912"/>
        <w:gridCol w:w="912"/>
        <w:gridCol w:w="912"/>
        <w:gridCol w:w="912"/>
        <w:gridCol w:w="1824"/>
      </w:tblGrid>
      <w:tr w:rsidR="00552F6D" w:rsidRPr="00552F6D" w14:paraId="49015E5F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A0410B2" w14:textId="77777777" w:rsidR="005502BD" w:rsidRPr="00552F6D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2. SOLICITANTUL</w:t>
            </w:r>
          </w:p>
        </w:tc>
      </w:tr>
      <w:tr w:rsidR="00552F6D" w:rsidRPr="00552F6D" w14:paraId="0168996A" w14:textId="77777777">
        <w:trPr>
          <w:jc w:val="center"/>
        </w:trPr>
        <w:tc>
          <w:tcPr>
            <w:tcW w:w="7296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48E36F4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Nume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prenume</w:t>
            </w:r>
            <w:proofErr w:type="spellEnd"/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EDF23AD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CNP</w:t>
            </w:r>
          </w:p>
        </w:tc>
      </w:tr>
      <w:tr w:rsidR="00552F6D" w:rsidRPr="00552F6D" w14:paraId="2DC2177B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4D22AD6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sz w:val="16"/>
                <w:szCs w:val="24"/>
              </w:rPr>
              <w:t xml:space="preserve">Act de </w:t>
            </w:r>
            <w:proofErr w:type="spellStart"/>
            <w:r w:rsidRPr="00552F6D">
              <w:rPr>
                <w:rFonts w:ascii="Times New Roman" w:hAnsi="Times New Roman"/>
                <w:sz w:val="16"/>
                <w:szCs w:val="24"/>
              </w:rPr>
              <w:t>identitate</w:t>
            </w:r>
            <w:proofErr w:type="spellEnd"/>
          </w:p>
        </w:tc>
      </w:tr>
      <w:tr w:rsidR="00552F6D" w:rsidRPr="00552F6D" w14:paraId="2F7DED7F" w14:textId="77777777">
        <w:trPr>
          <w:jc w:val="center"/>
        </w:trPr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A0B9075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Seria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8B18E43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Numărul</w:t>
            </w:r>
            <w:proofErr w:type="spellEnd"/>
          </w:p>
        </w:tc>
        <w:tc>
          <w:tcPr>
            <w:tcW w:w="456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EAB99E9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Eliberat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de</w:t>
            </w:r>
          </w:p>
        </w:tc>
        <w:tc>
          <w:tcPr>
            <w:tcW w:w="273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83C61BA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La data</w:t>
            </w:r>
          </w:p>
        </w:tc>
      </w:tr>
      <w:tr w:rsidR="00552F6D" w:rsidRPr="00552F6D" w14:paraId="41425154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D0CDB36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sz w:val="16"/>
                <w:szCs w:val="24"/>
              </w:rPr>
              <w:t>Domiciliul</w:t>
            </w:r>
            <w:proofErr w:type="spellEnd"/>
          </w:p>
        </w:tc>
      </w:tr>
      <w:tr w:rsidR="00552F6D" w:rsidRPr="00552F6D" w14:paraId="213D161F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836CB86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92A9C82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Municipiul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orașul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comuna</w:t>
            </w:r>
            <w:proofErr w:type="spellEnd"/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2C31658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Satul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sectorul</w:t>
            </w:r>
            <w:proofErr w:type="spellEnd"/>
          </w:p>
        </w:tc>
      </w:tr>
      <w:tr w:rsidR="00552F6D" w:rsidRPr="00552F6D" w14:paraId="4949C8FE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F86692C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27D8285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404F15F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CACA72D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6961EC5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82758F6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88CB6B2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Țara</w:t>
            </w:r>
            <w:proofErr w:type="spellEnd"/>
          </w:p>
        </w:tc>
      </w:tr>
      <w:tr w:rsidR="00552F6D" w:rsidRPr="00552F6D" w14:paraId="485223A7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EB09BB4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sz w:val="16"/>
                <w:szCs w:val="24"/>
              </w:rPr>
              <w:t>Date de contact</w:t>
            </w:r>
          </w:p>
        </w:tc>
      </w:tr>
      <w:tr w:rsidR="00552F6D" w:rsidRPr="00552F6D" w14:paraId="23D0F29B" w14:textId="77777777">
        <w:trPr>
          <w:jc w:val="center"/>
        </w:trPr>
        <w:tc>
          <w:tcPr>
            <w:tcW w:w="54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22EA0A7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Telefon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/ fax</w:t>
            </w:r>
          </w:p>
        </w:tc>
        <w:tc>
          <w:tcPr>
            <w:tcW w:w="5472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1D5D81F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E-mail</w:t>
            </w:r>
          </w:p>
        </w:tc>
      </w:tr>
    </w:tbl>
    <w:p w14:paraId="21F7F9E1" w14:textId="77777777" w:rsidR="005502BD" w:rsidRPr="00552F6D" w:rsidRDefault="00000000">
      <w:pPr>
        <w:spacing w:before="100" w:after="80" w:line="240" w:lineRule="auto"/>
        <w:jc w:val="center"/>
        <w:rPr>
          <w:sz w:val="24"/>
          <w:szCs w:val="24"/>
        </w:rPr>
      </w:pPr>
      <w:proofErr w:type="spellStart"/>
      <w:r w:rsidRPr="00552F6D">
        <w:rPr>
          <w:rFonts w:ascii="Times New Roman" w:hAnsi="Times New Roman"/>
          <w:sz w:val="18"/>
          <w:szCs w:val="24"/>
        </w:rPr>
        <w:t>în</w:t>
      </w:r>
      <w:proofErr w:type="spellEnd"/>
      <w:r w:rsidRPr="00552F6D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552F6D">
        <w:rPr>
          <w:rFonts w:ascii="Times New Roman" w:hAnsi="Times New Roman"/>
          <w:sz w:val="18"/>
          <w:szCs w:val="24"/>
        </w:rPr>
        <w:t>temeiul</w:t>
      </w:r>
      <w:proofErr w:type="spellEnd"/>
      <w:r w:rsidRPr="00552F6D">
        <w:rPr>
          <w:rFonts w:ascii="Times New Roman" w:hAnsi="Times New Roman"/>
          <w:sz w:val="18"/>
          <w:szCs w:val="24"/>
        </w:rPr>
        <w:t xml:space="preserve"> art. 257 </w:t>
      </w:r>
      <w:proofErr w:type="spellStart"/>
      <w:r w:rsidRPr="00552F6D">
        <w:rPr>
          <w:rFonts w:ascii="Times New Roman" w:hAnsi="Times New Roman"/>
          <w:sz w:val="18"/>
          <w:szCs w:val="24"/>
        </w:rPr>
        <w:t>alin</w:t>
      </w:r>
      <w:proofErr w:type="spellEnd"/>
      <w:r w:rsidRPr="00552F6D">
        <w:rPr>
          <w:rFonts w:ascii="Times New Roman" w:hAnsi="Times New Roman"/>
          <w:sz w:val="18"/>
          <w:szCs w:val="24"/>
        </w:rPr>
        <w:t xml:space="preserve">. (17) din </w:t>
      </w:r>
      <w:proofErr w:type="spellStart"/>
      <w:r w:rsidRPr="00552F6D">
        <w:rPr>
          <w:rFonts w:ascii="Times New Roman" w:hAnsi="Times New Roman"/>
          <w:sz w:val="18"/>
          <w:szCs w:val="24"/>
        </w:rPr>
        <w:t>Legea</w:t>
      </w:r>
      <w:proofErr w:type="spellEnd"/>
      <w:r w:rsidRPr="00552F6D">
        <w:rPr>
          <w:rFonts w:ascii="Times New Roman" w:hAnsi="Times New Roman"/>
          <w:sz w:val="18"/>
          <w:szCs w:val="24"/>
        </w:rPr>
        <w:t xml:space="preserve"> nr. 169/2026 </w:t>
      </w:r>
      <w:proofErr w:type="spellStart"/>
      <w:r w:rsidRPr="00552F6D">
        <w:rPr>
          <w:rFonts w:ascii="Times New Roman" w:hAnsi="Times New Roman"/>
          <w:sz w:val="18"/>
          <w:szCs w:val="24"/>
        </w:rPr>
        <w:t>privind</w:t>
      </w:r>
      <w:proofErr w:type="spellEnd"/>
      <w:r w:rsidRPr="00552F6D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552F6D">
        <w:rPr>
          <w:rFonts w:ascii="Times New Roman" w:hAnsi="Times New Roman"/>
          <w:sz w:val="18"/>
          <w:szCs w:val="24"/>
        </w:rPr>
        <w:t>Codul</w:t>
      </w:r>
      <w:proofErr w:type="spellEnd"/>
      <w:r w:rsidRPr="00552F6D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552F6D">
        <w:rPr>
          <w:rFonts w:ascii="Times New Roman" w:hAnsi="Times New Roman"/>
          <w:sz w:val="18"/>
          <w:szCs w:val="24"/>
        </w:rPr>
        <w:t>amenajării</w:t>
      </w:r>
      <w:proofErr w:type="spellEnd"/>
      <w:r w:rsidRPr="00552F6D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552F6D">
        <w:rPr>
          <w:rFonts w:ascii="Times New Roman" w:hAnsi="Times New Roman"/>
          <w:sz w:val="18"/>
          <w:szCs w:val="24"/>
        </w:rPr>
        <w:t>teritoriului</w:t>
      </w:r>
      <w:proofErr w:type="spellEnd"/>
      <w:r w:rsidRPr="00552F6D">
        <w:rPr>
          <w:rFonts w:ascii="Times New Roman" w:hAnsi="Times New Roman"/>
          <w:sz w:val="18"/>
          <w:szCs w:val="24"/>
        </w:rPr>
        <w:t xml:space="preserve">, </w:t>
      </w:r>
      <w:proofErr w:type="spellStart"/>
      <w:r w:rsidRPr="00552F6D">
        <w:rPr>
          <w:rFonts w:ascii="Times New Roman" w:hAnsi="Times New Roman"/>
          <w:sz w:val="18"/>
          <w:szCs w:val="24"/>
        </w:rPr>
        <w:t>urbanismului</w:t>
      </w:r>
      <w:proofErr w:type="spellEnd"/>
      <w:r w:rsidRPr="00552F6D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552F6D">
        <w:rPr>
          <w:rFonts w:ascii="Times New Roman" w:hAnsi="Times New Roman"/>
          <w:sz w:val="18"/>
          <w:szCs w:val="24"/>
        </w:rPr>
        <w:t>și</w:t>
      </w:r>
      <w:proofErr w:type="spellEnd"/>
      <w:r w:rsidRPr="00552F6D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552F6D">
        <w:rPr>
          <w:rFonts w:ascii="Times New Roman" w:hAnsi="Times New Roman"/>
          <w:sz w:val="18"/>
          <w:szCs w:val="24"/>
        </w:rPr>
        <w:t>construcțiilor</w:t>
      </w:r>
      <w:proofErr w:type="spellEnd"/>
      <w:r w:rsidRPr="00552F6D">
        <w:rPr>
          <w:rFonts w:ascii="Times New Roman" w:hAnsi="Times New Roman"/>
          <w:sz w:val="18"/>
          <w:szCs w:val="24"/>
        </w:rPr>
        <w:t>,</w:t>
      </w:r>
      <w:r w:rsidRPr="00552F6D">
        <w:rPr>
          <w:rFonts w:ascii="Times New Roman" w:hAnsi="Times New Roman"/>
          <w:sz w:val="18"/>
          <w:szCs w:val="24"/>
        </w:rPr>
        <w:br/>
        <w:t xml:space="preserve">solicit </w:t>
      </w:r>
      <w:proofErr w:type="spellStart"/>
      <w:r w:rsidRPr="00552F6D">
        <w:rPr>
          <w:rFonts w:ascii="Times New Roman" w:hAnsi="Times New Roman"/>
          <w:sz w:val="18"/>
          <w:szCs w:val="24"/>
        </w:rPr>
        <w:t>prelungirea</w:t>
      </w:r>
      <w:proofErr w:type="spellEnd"/>
      <w:r w:rsidRPr="00552F6D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552F6D">
        <w:rPr>
          <w:rFonts w:ascii="Times New Roman" w:hAnsi="Times New Roman"/>
          <w:sz w:val="18"/>
          <w:szCs w:val="24"/>
        </w:rPr>
        <w:t>valabilității</w:t>
      </w:r>
      <w:proofErr w:type="spellEnd"/>
      <w:r w:rsidRPr="00552F6D">
        <w:rPr>
          <w:rFonts w:ascii="Times New Roman" w:hAnsi="Times New Roman"/>
          <w:sz w:val="18"/>
          <w:szCs w:val="24"/>
        </w:rPr>
        <w:br/>
      </w:r>
      <w:r w:rsidRPr="00552F6D">
        <w:rPr>
          <w:rFonts w:ascii="Times New Roman" w:hAnsi="Times New Roman"/>
          <w:b/>
          <w:sz w:val="24"/>
          <w:szCs w:val="24"/>
        </w:rPr>
        <w:t>CERTIFICATULUI DE URBANISM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552F6D" w:rsidRPr="00552F6D" w14:paraId="10FC21B1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4139F0D9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66D992F1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43E706C9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Emis de</w:t>
            </w:r>
          </w:p>
        </w:tc>
      </w:tr>
      <w:tr w:rsidR="005502BD" w:rsidRPr="00552F6D" w14:paraId="1D383FE9" w14:textId="77777777">
        <w:trPr>
          <w:jc w:val="center"/>
        </w:trPr>
        <w:tc>
          <w:tcPr>
            <w:tcW w:w="729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33A54085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Prelungirea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solicitată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— de la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65A8F127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până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la data</w:t>
            </w:r>
          </w:p>
        </w:tc>
      </w:tr>
    </w:tbl>
    <w:p w14:paraId="11F87FDA" w14:textId="77777777" w:rsidR="005502BD" w:rsidRPr="00552F6D" w:rsidRDefault="005502BD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912"/>
        <w:gridCol w:w="2736"/>
        <w:gridCol w:w="912"/>
        <w:gridCol w:w="1824"/>
        <w:gridCol w:w="1824"/>
      </w:tblGrid>
      <w:tr w:rsidR="00552F6D" w:rsidRPr="00552F6D" w14:paraId="07B9C913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54D7623" w14:textId="77777777" w:rsidR="005502BD" w:rsidRPr="00552F6D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4. IMOBILUL</w:t>
            </w:r>
          </w:p>
        </w:tc>
      </w:tr>
      <w:tr w:rsidR="00552F6D" w:rsidRPr="00552F6D" w14:paraId="72DAE4BB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D63A5C1" w14:textId="77777777" w:rsidR="005502BD" w:rsidRPr="00552F6D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552F6D">
              <w:rPr>
                <w:rFonts w:ascii="Times New Roman" w:hAnsi="Times New Roman"/>
                <w:sz w:val="18"/>
                <w:szCs w:val="24"/>
              </w:rPr>
              <w:t>teren</w:t>
            </w:r>
            <w:proofErr w:type="spellEnd"/>
            <w:r w:rsidRPr="00552F6D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552F6D">
              <w:rPr>
                <w:rFonts w:ascii="Times New Roman" w:hAnsi="Times New Roman"/>
                <w:sz w:val="18"/>
                <w:szCs w:val="24"/>
              </w:rPr>
              <w:t>construcții</w:t>
            </w:r>
            <w:proofErr w:type="spellEnd"/>
          </w:p>
        </w:tc>
      </w:tr>
      <w:tr w:rsidR="00552F6D" w:rsidRPr="00552F6D" w14:paraId="63C0E8CD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285D172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Județ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2C0D176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Municipiu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oraș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comună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A308DE8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Sat / sector</w:t>
            </w:r>
          </w:p>
        </w:tc>
      </w:tr>
      <w:tr w:rsidR="00552F6D" w:rsidRPr="00552F6D" w14:paraId="177BF884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AAFF369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B19F569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DE89722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EFAD2F6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Bl. / sc. / et. / ap.</w:t>
            </w:r>
          </w:p>
        </w:tc>
      </w:tr>
      <w:tr w:rsidR="005502BD" w:rsidRPr="00552F6D" w14:paraId="28A5521E" w14:textId="77777777">
        <w:trPr>
          <w:jc w:val="center"/>
        </w:trPr>
        <w:tc>
          <w:tcPr>
            <w:tcW w:w="638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9F9AEEE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  <w:r w:rsidRPr="00552F6D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>dacă</w:t>
            </w:r>
            <w:proofErr w:type="spellEnd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>imobilul</w:t>
            </w:r>
            <w:proofErr w:type="spellEnd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 xml:space="preserve"> e </w:t>
            </w:r>
            <w:proofErr w:type="spellStart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>înscris</w:t>
            </w:r>
            <w:proofErr w:type="spellEnd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>în</w:t>
            </w:r>
            <w:proofErr w:type="spellEnd"/>
            <w:r w:rsidRPr="00552F6D">
              <w:rPr>
                <w:rFonts w:ascii="Times New Roman" w:hAnsi="Times New Roman"/>
                <w:i/>
                <w:sz w:val="16"/>
                <w:szCs w:val="24"/>
              </w:rPr>
              <w:t xml:space="preserve"> e-Terra</w:t>
            </w:r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AB8A52B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Carte </w:t>
            </w: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funciară</w:t>
            </w:r>
            <w:proofErr w:type="spellEnd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</w:tr>
    </w:tbl>
    <w:p w14:paraId="694C0729" w14:textId="77777777" w:rsidR="005502BD" w:rsidRPr="00552F6D" w:rsidRDefault="005502BD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552F6D" w:rsidRPr="00552F6D" w14:paraId="4F0C2481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24BBADED" w14:textId="77777777" w:rsidR="005502BD" w:rsidRPr="00552F6D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5. SE ANEXEAZĂ</w:t>
            </w:r>
          </w:p>
        </w:tc>
      </w:tr>
      <w:tr w:rsidR="005502BD" w:rsidRPr="00552F6D" w14:paraId="20611E36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40" w:type="dxa"/>
              <w:bottom w:w="15" w:type="dxa"/>
              <w:right w:w="40" w:type="dxa"/>
            </w:tcMar>
          </w:tcPr>
          <w:p w14:paraId="1FE146AD" w14:textId="77777777" w:rsidR="005502BD" w:rsidRPr="00552F6D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552F6D">
              <w:rPr>
                <w:rFonts w:ascii="Times New Roman" w:hAnsi="Times New Roman"/>
                <w:sz w:val="18"/>
                <w:szCs w:val="24"/>
              </w:rPr>
              <w:t>certificatul</w:t>
            </w:r>
            <w:proofErr w:type="spellEnd"/>
            <w:r w:rsidRPr="00552F6D">
              <w:rPr>
                <w:rFonts w:ascii="Times New Roman" w:hAnsi="Times New Roman"/>
                <w:sz w:val="18"/>
                <w:szCs w:val="24"/>
              </w:rPr>
              <w:t xml:space="preserve"> de urbanism (</w:t>
            </w:r>
            <w:proofErr w:type="spellStart"/>
            <w:r w:rsidRPr="00552F6D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552F6D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gramStart"/>
            <w:r w:rsidRPr="00552F6D">
              <w:rPr>
                <w:rFonts w:ascii="Times New Roman" w:hAnsi="Times New Roman"/>
                <w:sz w:val="18"/>
                <w:szCs w:val="24"/>
              </w:rPr>
              <w:t xml:space="preserve">original)   </w:t>
            </w:r>
            <w:proofErr w:type="gramEnd"/>
            <w:r w:rsidRPr="00552F6D">
              <w:rPr>
                <w:rFonts w:ascii="Times New Roman" w:hAnsi="Times New Roman"/>
                <w:sz w:val="18"/>
                <w:szCs w:val="24"/>
              </w:rPr>
              <w:t xml:space="preserve">  ☐ </w:t>
            </w:r>
            <w:proofErr w:type="spellStart"/>
            <w:r w:rsidRPr="00552F6D">
              <w:rPr>
                <w:rFonts w:ascii="Times New Roman" w:hAnsi="Times New Roman"/>
                <w:sz w:val="18"/>
                <w:szCs w:val="24"/>
              </w:rPr>
              <w:t>documentul</w:t>
            </w:r>
            <w:proofErr w:type="spellEnd"/>
            <w:r w:rsidRPr="00552F6D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552F6D">
              <w:rPr>
                <w:rFonts w:ascii="Times New Roman" w:hAnsi="Times New Roman"/>
                <w:sz w:val="18"/>
                <w:szCs w:val="24"/>
              </w:rPr>
              <w:t>privind</w:t>
            </w:r>
            <w:proofErr w:type="spellEnd"/>
            <w:r w:rsidRPr="00552F6D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552F6D">
              <w:rPr>
                <w:rFonts w:ascii="Times New Roman" w:hAnsi="Times New Roman"/>
                <w:sz w:val="18"/>
                <w:szCs w:val="24"/>
              </w:rPr>
              <w:t>achitarea</w:t>
            </w:r>
            <w:proofErr w:type="spellEnd"/>
            <w:r w:rsidRPr="00552F6D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552F6D">
              <w:rPr>
                <w:rFonts w:ascii="Times New Roman" w:hAnsi="Times New Roman"/>
                <w:sz w:val="18"/>
                <w:szCs w:val="24"/>
              </w:rPr>
              <w:t>taxei</w:t>
            </w:r>
            <w:proofErr w:type="spellEnd"/>
            <w:r w:rsidRPr="00552F6D">
              <w:rPr>
                <w:rFonts w:ascii="Times New Roman" w:hAnsi="Times New Roman"/>
                <w:sz w:val="18"/>
                <w:szCs w:val="24"/>
              </w:rPr>
              <w:t xml:space="preserve"> (</w:t>
            </w:r>
            <w:proofErr w:type="spellStart"/>
            <w:r w:rsidRPr="00552F6D">
              <w:rPr>
                <w:rFonts w:ascii="Times New Roman" w:hAnsi="Times New Roman"/>
                <w:sz w:val="18"/>
                <w:szCs w:val="24"/>
              </w:rPr>
              <w:t>copie</w:t>
            </w:r>
            <w:proofErr w:type="spellEnd"/>
            <w:r w:rsidRPr="00552F6D">
              <w:rPr>
                <w:rFonts w:ascii="Times New Roman" w:hAnsi="Times New Roman"/>
                <w:sz w:val="18"/>
                <w:szCs w:val="24"/>
              </w:rPr>
              <w:t>)</w:t>
            </w:r>
          </w:p>
        </w:tc>
      </w:tr>
    </w:tbl>
    <w:p w14:paraId="48D0BC68" w14:textId="77777777" w:rsidR="005502BD" w:rsidRPr="00552F6D" w:rsidRDefault="005502BD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552F6D" w:rsidRPr="00552F6D" w14:paraId="38DEC635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0AD8C3DE" w14:textId="77777777" w:rsidR="005502BD" w:rsidRPr="00552F6D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6. DATA ȘI SEMNĂTURA</w:t>
            </w:r>
          </w:p>
        </w:tc>
      </w:tr>
      <w:tr w:rsidR="00552F6D" w:rsidRPr="00552F6D" w14:paraId="12CD2AEA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72654232" w14:textId="77777777" w:rsidR="005502BD" w:rsidRDefault="0000000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</w:p>
          <w:p w14:paraId="5566BFB0" w14:textId="77777777" w:rsidR="00C36C20" w:rsidRPr="00552F6D" w:rsidRDefault="00C36C2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61D49402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Solicitantul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5" w:type="dxa"/>
              <w:left w:w="35" w:type="dxa"/>
              <w:bottom w:w="25" w:type="dxa"/>
              <w:right w:w="35" w:type="dxa"/>
            </w:tcMar>
          </w:tcPr>
          <w:p w14:paraId="333EFF19" w14:textId="77777777" w:rsidR="005502BD" w:rsidRPr="00552F6D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552F6D">
              <w:rPr>
                <w:rFonts w:ascii="Times New Roman" w:hAnsi="Times New Roman"/>
                <w:b/>
                <w:sz w:val="18"/>
                <w:szCs w:val="24"/>
              </w:rPr>
              <w:t>Semnătura</w:t>
            </w:r>
            <w:proofErr w:type="spellEnd"/>
          </w:p>
        </w:tc>
      </w:tr>
    </w:tbl>
    <w:p w14:paraId="63F41BC3" w14:textId="77777777" w:rsidR="000A6BEC" w:rsidRDefault="000A6BEC"/>
    <w:sectPr w:rsidR="000A6BEC" w:rsidSect="00FC6E81">
      <w:headerReference w:type="default" r:id="rId10"/>
      <w:footerReference w:type="default" r:id="rId11"/>
      <w:pgSz w:w="11906" w:h="16838" w:code="9"/>
      <w:pgMar w:top="576" w:right="648" w:bottom="576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5D696" w14:textId="77777777" w:rsidR="0040282D" w:rsidRDefault="0040282D">
      <w:pPr>
        <w:spacing w:after="0" w:line="240" w:lineRule="auto"/>
      </w:pPr>
      <w:r>
        <w:separator/>
      </w:r>
    </w:p>
  </w:endnote>
  <w:endnote w:type="continuationSeparator" w:id="0">
    <w:p w14:paraId="7FF9ACB9" w14:textId="77777777" w:rsidR="0040282D" w:rsidRDefault="00402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6F604" w14:textId="77777777" w:rsidR="005502BD" w:rsidRDefault="00000000">
    <w:pPr>
      <w:pStyle w:val="Footer"/>
      <w:jc w:val="center"/>
    </w:pPr>
    <w:r>
      <w:rPr>
        <w:rFonts w:ascii="Times New Roman" w:hAnsi="Times New Roman"/>
        <w:color w:val="646464"/>
        <w:sz w:val="16"/>
      </w:rPr>
      <w:t xml:space="preserve">F_CU_03 · </w:t>
    </w:r>
    <w:proofErr w:type="spellStart"/>
    <w:r>
      <w:rPr>
        <w:rFonts w:ascii="Times New Roman" w:hAnsi="Times New Roman"/>
        <w:color w:val="646464"/>
        <w:sz w:val="16"/>
      </w:rPr>
      <w:t>versiunea</w:t>
    </w:r>
    <w:proofErr w:type="spellEnd"/>
    <w:r>
      <w:rPr>
        <w:rFonts w:ascii="Times New Roman" w:hAnsi="Times New Roman"/>
        <w:color w:val="646464"/>
        <w:sz w:val="16"/>
      </w:rPr>
      <w:t xml:space="preserve"> 1.0                                                  </w:t>
    </w:r>
    <w:proofErr w:type="spellStart"/>
    <w:r>
      <w:rPr>
        <w:rFonts w:ascii="Times New Roman" w:hAnsi="Times New Roman"/>
        <w:color w:val="646464"/>
        <w:sz w:val="16"/>
      </w:rPr>
      <w:t>pagina</w:t>
    </w:r>
    <w:proofErr w:type="spellEnd"/>
    <w:r>
      <w:rPr>
        <w:rFonts w:ascii="Times New Roman" w:hAnsi="Times New Roman"/>
        <w:color w:val="646464"/>
        <w:sz w:val="16"/>
      </w:rPr>
      <w:t xml:space="preserve"> 1 din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0823C" w14:textId="77777777" w:rsidR="0040282D" w:rsidRDefault="0040282D">
      <w:pPr>
        <w:spacing w:after="0" w:line="240" w:lineRule="auto"/>
      </w:pPr>
      <w:r>
        <w:separator/>
      </w:r>
    </w:p>
  </w:footnote>
  <w:footnote w:type="continuationSeparator" w:id="0">
    <w:p w14:paraId="6150F6A3" w14:textId="77777777" w:rsidR="0040282D" w:rsidRDefault="00402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6E7F5" w14:textId="77777777" w:rsidR="005502BD" w:rsidRDefault="005502B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9654576">
    <w:abstractNumId w:val="8"/>
  </w:num>
  <w:num w:numId="2" w16cid:durableId="1969312477">
    <w:abstractNumId w:val="6"/>
  </w:num>
  <w:num w:numId="3" w16cid:durableId="625939152">
    <w:abstractNumId w:val="5"/>
  </w:num>
  <w:num w:numId="4" w16cid:durableId="889269239">
    <w:abstractNumId w:val="4"/>
  </w:num>
  <w:num w:numId="5" w16cid:durableId="1787698293">
    <w:abstractNumId w:val="7"/>
  </w:num>
  <w:num w:numId="6" w16cid:durableId="1580822248">
    <w:abstractNumId w:val="3"/>
  </w:num>
  <w:num w:numId="7" w16cid:durableId="967396513">
    <w:abstractNumId w:val="2"/>
  </w:num>
  <w:num w:numId="8" w16cid:durableId="1570268346">
    <w:abstractNumId w:val="1"/>
  </w:num>
  <w:num w:numId="9" w16cid:durableId="657657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2443"/>
    <w:rsid w:val="00034616"/>
    <w:rsid w:val="0006063C"/>
    <w:rsid w:val="000A6BEC"/>
    <w:rsid w:val="0015074B"/>
    <w:rsid w:val="00200FFD"/>
    <w:rsid w:val="00295434"/>
    <w:rsid w:val="0029639D"/>
    <w:rsid w:val="00326F90"/>
    <w:rsid w:val="0040282D"/>
    <w:rsid w:val="00443BF1"/>
    <w:rsid w:val="004A6029"/>
    <w:rsid w:val="005502BD"/>
    <w:rsid w:val="00552F6D"/>
    <w:rsid w:val="006E3CB7"/>
    <w:rsid w:val="00942F04"/>
    <w:rsid w:val="00A80BE3"/>
    <w:rsid w:val="00AA1D8D"/>
    <w:rsid w:val="00B47730"/>
    <w:rsid w:val="00C0210A"/>
    <w:rsid w:val="00C36C20"/>
    <w:rsid w:val="00CB0664"/>
    <w:rsid w:val="00CE7C97"/>
    <w:rsid w:val="00D375B4"/>
    <w:rsid w:val="00EA3403"/>
    <w:rsid w:val="00F33FA8"/>
    <w:rsid w:val="00FC693F"/>
    <w:rsid w:val="00FC6E81"/>
    <w:rsid w:val="00FD76AD"/>
    <w:rsid w:val="00FE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ABCBAD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C021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9</cp:revision>
  <dcterms:created xsi:type="dcterms:W3CDTF">2013-12-23T23:15:00Z</dcterms:created>
  <dcterms:modified xsi:type="dcterms:W3CDTF">2026-09-01T06:17:00Z</dcterms:modified>
  <cp:category/>
</cp:coreProperties>
</file>