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F9691E" w14:paraId="2F616416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2A819428" w14:textId="1F466A5C" w:rsidR="00F9691E" w:rsidRDefault="00F9691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0B85E3D2" wp14:editId="71ECAA19">
                  <wp:extent cx="1152525" cy="1257300"/>
                  <wp:effectExtent l="0" t="0" r="9525" b="0"/>
                  <wp:docPr id="2566960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481D8418" w14:textId="77777777" w:rsidR="00F9691E" w:rsidRDefault="00F9691E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F9691E" w14:paraId="2A3A9DB4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971E4" w14:textId="77777777" w:rsidR="00F9691E" w:rsidRDefault="00F9691E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0AA2FFC3" w14:textId="77777777" w:rsidR="00F9691E" w:rsidRDefault="00F9691E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F9691E" w14:paraId="4DA0978C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0CF45" w14:textId="77777777" w:rsidR="00F9691E" w:rsidRDefault="00F9691E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0DC4B7A" w14:textId="77777777" w:rsidR="00F9691E" w:rsidRDefault="00F9691E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4E48771D" w14:textId="77777777" w:rsidR="00F9691E" w:rsidRDefault="00F9691E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4D0E6DAC" w14:textId="77777777" w:rsidR="00F9691E" w:rsidRDefault="00F9691E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1, cod postal 240595,</w:t>
            </w:r>
          </w:p>
          <w:p w14:paraId="3D924D08" w14:textId="77777777" w:rsidR="00F9691E" w:rsidRDefault="00F9691E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30A1F4D0" w14:textId="77777777" w:rsidR="00F9691E" w:rsidRDefault="00F9691E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50399F49" w14:textId="77777777" w:rsidR="00F9691E" w:rsidRDefault="00F9691E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9" w:history="1">
              <w:r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F9691E" w14:paraId="183A24FE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2C282" w14:textId="77777777" w:rsidR="00F9691E" w:rsidRDefault="00F9691E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2A4CB73D" w14:textId="77777777" w:rsidR="00F9691E" w:rsidRDefault="00F9691E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5C1E79F9" w14:textId="77777777" w:rsidR="00F9691E" w:rsidRDefault="00F9691E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3E2B945E" w14:textId="77777777" w:rsidR="007C1B5A" w:rsidRPr="007459D9" w:rsidRDefault="007C1B5A" w:rsidP="007C1B5A">
      <w:pPr>
        <w:spacing w:before="80" w:after="60" w:line="240" w:lineRule="auto"/>
        <w:jc w:val="center"/>
        <w:rPr>
          <w:sz w:val="28"/>
          <w:szCs w:val="28"/>
        </w:rPr>
      </w:pPr>
      <w:r w:rsidRPr="007459D9">
        <w:rPr>
          <w:rFonts w:ascii="Times New Roman" w:hAnsi="Times New Roman"/>
          <w:b/>
          <w:sz w:val="32"/>
          <w:szCs w:val="28"/>
        </w:rPr>
        <w:t>CERERE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800"/>
      </w:tblGrid>
      <w:tr w:rsidR="007459D9" w:rsidRPr="007459D9" w14:paraId="5B108CAB" w14:textId="77777777" w:rsidTr="005A67B9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28E7AE25" w14:textId="77777777" w:rsidR="007C1B5A" w:rsidRPr="007459D9" w:rsidRDefault="007C1B5A" w:rsidP="005A67B9">
            <w:pPr>
              <w:spacing w:before="20" w:after="20" w:line="240" w:lineRule="auto"/>
              <w:rPr>
                <w:sz w:val="28"/>
                <w:szCs w:val="28"/>
              </w:rPr>
            </w:pPr>
            <w:r w:rsidRPr="007459D9">
              <w:rPr>
                <w:rFonts w:ascii="Times New Roman" w:hAnsi="Times New Roman"/>
                <w:b/>
                <w:sz w:val="20"/>
                <w:szCs w:val="28"/>
              </w:rPr>
              <w:t>1. CĂTRE</w:t>
            </w:r>
          </w:p>
        </w:tc>
      </w:tr>
      <w:tr w:rsidR="007459D9" w:rsidRPr="007459D9" w14:paraId="70076C77" w14:textId="77777777" w:rsidTr="005A67B9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24F1640C" w14:textId="77777777" w:rsidR="007C1B5A" w:rsidRPr="007459D9" w:rsidRDefault="007C1B5A" w:rsidP="005A67B9">
            <w:pPr>
              <w:spacing w:after="20" w:line="240" w:lineRule="auto"/>
              <w:rPr>
                <w:rFonts w:ascii="Times New Roman" w:hAnsi="Times New Roman"/>
                <w:b/>
                <w:sz w:val="20"/>
                <w:szCs w:val="28"/>
              </w:rPr>
            </w:pPr>
            <w:proofErr w:type="spellStart"/>
            <w:r w:rsidRPr="007459D9">
              <w:rPr>
                <w:rFonts w:ascii="Times New Roman" w:hAnsi="Times New Roman"/>
                <w:b/>
                <w:sz w:val="20"/>
                <w:szCs w:val="28"/>
              </w:rPr>
              <w:t>Instituția</w:t>
            </w:r>
            <w:proofErr w:type="spellEnd"/>
          </w:p>
          <w:p w14:paraId="5B97F7B9" w14:textId="2293165A" w:rsidR="007C1B5A" w:rsidRPr="007459D9" w:rsidRDefault="007C1B5A" w:rsidP="005A67B9">
            <w:pPr>
              <w:spacing w:after="20" w:line="240" w:lineRule="auto"/>
              <w:rPr>
                <w:sz w:val="28"/>
                <w:szCs w:val="28"/>
              </w:rPr>
            </w:pPr>
            <w:proofErr w:type="spellStart"/>
            <w:r w:rsidRPr="007459D9">
              <w:rPr>
                <w:rFonts w:ascii="Times New Roman" w:hAnsi="Times New Roman"/>
                <w:i/>
                <w:sz w:val="18"/>
                <w:szCs w:val="28"/>
              </w:rPr>
              <w:t>Consiliul</w:t>
            </w:r>
            <w:proofErr w:type="spellEnd"/>
            <w:r w:rsidRPr="007459D9">
              <w:rPr>
                <w:rFonts w:ascii="Times New Roman" w:hAnsi="Times New Roman"/>
                <w:i/>
                <w:sz w:val="18"/>
                <w:szCs w:val="28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i/>
                <w:sz w:val="18"/>
                <w:szCs w:val="28"/>
              </w:rPr>
              <w:t>Județean</w:t>
            </w:r>
            <w:proofErr w:type="spellEnd"/>
            <w:r w:rsidRPr="007459D9">
              <w:rPr>
                <w:rFonts w:ascii="Times New Roman" w:hAnsi="Times New Roman"/>
                <w:i/>
                <w:sz w:val="18"/>
                <w:szCs w:val="28"/>
              </w:rPr>
              <w:t xml:space="preserve"> </w:t>
            </w:r>
            <w:r w:rsidR="008C6067" w:rsidRPr="007459D9">
              <w:rPr>
                <w:rFonts w:ascii="Times New Roman" w:hAnsi="Times New Roman"/>
                <w:i/>
                <w:sz w:val="18"/>
                <w:szCs w:val="28"/>
              </w:rPr>
              <w:t>V</w:t>
            </w:r>
            <w:r w:rsidR="008C6067" w:rsidRPr="007459D9">
              <w:rPr>
                <w:rFonts w:ascii="Times New Roman" w:hAnsi="Times New Roman"/>
                <w:i/>
                <w:sz w:val="18"/>
                <w:szCs w:val="28"/>
                <w:lang w:val="ro-RO"/>
              </w:rPr>
              <w:t>â</w:t>
            </w:r>
            <w:proofErr w:type="spellStart"/>
            <w:r w:rsidR="008C6067" w:rsidRPr="007459D9">
              <w:rPr>
                <w:rFonts w:ascii="Times New Roman" w:hAnsi="Times New Roman"/>
                <w:i/>
                <w:sz w:val="18"/>
                <w:szCs w:val="28"/>
              </w:rPr>
              <w:t>lcea</w:t>
            </w:r>
            <w:proofErr w:type="spellEnd"/>
          </w:p>
        </w:tc>
      </w:tr>
      <w:tr w:rsidR="007C1B5A" w:rsidRPr="007459D9" w14:paraId="0ACF9FE9" w14:textId="77777777" w:rsidTr="005A67B9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67D8FF86" w14:textId="77777777" w:rsidR="007C1B5A" w:rsidRPr="007459D9" w:rsidRDefault="007C1B5A" w:rsidP="005A67B9">
            <w:pPr>
              <w:spacing w:after="20" w:line="240" w:lineRule="auto"/>
              <w:rPr>
                <w:sz w:val="28"/>
                <w:szCs w:val="28"/>
              </w:rPr>
            </w:pPr>
            <w:proofErr w:type="spellStart"/>
            <w:r w:rsidRPr="007459D9">
              <w:rPr>
                <w:rFonts w:ascii="Times New Roman" w:hAnsi="Times New Roman"/>
                <w:i/>
                <w:sz w:val="18"/>
                <w:szCs w:val="28"/>
              </w:rPr>
              <w:t>Către</w:t>
            </w:r>
            <w:proofErr w:type="spellEnd"/>
            <w:r w:rsidRPr="007459D9">
              <w:rPr>
                <w:rFonts w:ascii="Times New Roman" w:hAnsi="Times New Roman"/>
                <w:i/>
                <w:sz w:val="18"/>
                <w:szCs w:val="28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i/>
                <w:sz w:val="18"/>
                <w:szCs w:val="28"/>
              </w:rPr>
              <w:t>președintele</w:t>
            </w:r>
            <w:proofErr w:type="spellEnd"/>
            <w:r w:rsidRPr="007459D9">
              <w:rPr>
                <w:rFonts w:ascii="Times New Roman" w:hAnsi="Times New Roman"/>
                <w:i/>
                <w:sz w:val="18"/>
                <w:szCs w:val="28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i/>
                <w:sz w:val="18"/>
                <w:szCs w:val="28"/>
              </w:rPr>
              <w:t>consiliului</w:t>
            </w:r>
            <w:proofErr w:type="spellEnd"/>
            <w:r w:rsidRPr="007459D9">
              <w:rPr>
                <w:rFonts w:ascii="Times New Roman" w:hAnsi="Times New Roman"/>
                <w:i/>
                <w:sz w:val="18"/>
                <w:szCs w:val="28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i/>
                <w:sz w:val="18"/>
                <w:szCs w:val="28"/>
              </w:rPr>
              <w:t>județean</w:t>
            </w:r>
            <w:proofErr w:type="spellEnd"/>
          </w:p>
        </w:tc>
      </w:tr>
    </w:tbl>
    <w:p w14:paraId="60417ECA" w14:textId="77777777" w:rsidR="005C3EEE" w:rsidRPr="007459D9" w:rsidRDefault="005C3EEE">
      <w:pPr>
        <w:spacing w:before="4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00"/>
        <w:gridCol w:w="1800"/>
        <w:gridCol w:w="900"/>
        <w:gridCol w:w="900"/>
        <w:gridCol w:w="900"/>
        <w:gridCol w:w="900"/>
        <w:gridCol w:w="900"/>
        <w:gridCol w:w="900"/>
        <w:gridCol w:w="1800"/>
      </w:tblGrid>
      <w:tr w:rsidR="007459D9" w:rsidRPr="007459D9" w14:paraId="53A2A126" w14:textId="77777777">
        <w:trPr>
          <w:jc w:val="center"/>
        </w:trPr>
        <w:tc>
          <w:tcPr>
            <w:tcW w:w="10800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4BA9FED9" w14:textId="77777777" w:rsidR="005C3EEE" w:rsidRPr="007459D9" w:rsidRDefault="00000000">
            <w:pPr>
              <w:spacing w:before="20"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2. SOLICITANTUL</w:t>
            </w:r>
          </w:p>
        </w:tc>
      </w:tr>
      <w:tr w:rsidR="007459D9" w:rsidRPr="007459D9" w14:paraId="37C2196E" w14:textId="77777777">
        <w:trPr>
          <w:jc w:val="center"/>
        </w:trPr>
        <w:tc>
          <w:tcPr>
            <w:tcW w:w="720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10D123D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Nume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și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prenume</w:t>
            </w:r>
            <w:proofErr w:type="spellEnd"/>
          </w:p>
        </w:tc>
        <w:tc>
          <w:tcPr>
            <w:tcW w:w="3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0D816310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CNP</w:t>
            </w:r>
          </w:p>
        </w:tc>
      </w:tr>
      <w:tr w:rsidR="007459D9" w:rsidRPr="007459D9" w14:paraId="09FE6FA4" w14:textId="77777777">
        <w:trPr>
          <w:jc w:val="center"/>
        </w:trPr>
        <w:tc>
          <w:tcPr>
            <w:tcW w:w="10800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C5668C7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sz w:val="16"/>
                <w:szCs w:val="24"/>
              </w:rPr>
              <w:t xml:space="preserve">Act de </w:t>
            </w:r>
            <w:proofErr w:type="spellStart"/>
            <w:r w:rsidRPr="007459D9">
              <w:rPr>
                <w:rFonts w:ascii="Times New Roman" w:hAnsi="Times New Roman"/>
                <w:sz w:val="16"/>
                <w:szCs w:val="24"/>
              </w:rPr>
              <w:t>identitate</w:t>
            </w:r>
            <w:proofErr w:type="spellEnd"/>
          </w:p>
        </w:tc>
      </w:tr>
      <w:tr w:rsidR="007459D9" w:rsidRPr="007459D9" w14:paraId="1613E748" w14:textId="77777777">
        <w:trPr>
          <w:jc w:val="center"/>
        </w:trPr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010D95CA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Seria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01380422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Numărul</w:t>
            </w:r>
            <w:proofErr w:type="spellEnd"/>
          </w:p>
        </w:tc>
        <w:tc>
          <w:tcPr>
            <w:tcW w:w="450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D034419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Eliberat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de</w:t>
            </w:r>
          </w:p>
        </w:tc>
        <w:tc>
          <w:tcPr>
            <w:tcW w:w="27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1585DD0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La data</w:t>
            </w:r>
          </w:p>
        </w:tc>
      </w:tr>
      <w:tr w:rsidR="007459D9" w:rsidRPr="007459D9" w14:paraId="4FEDFA72" w14:textId="77777777">
        <w:trPr>
          <w:jc w:val="center"/>
        </w:trPr>
        <w:tc>
          <w:tcPr>
            <w:tcW w:w="10800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149C6C28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459D9">
              <w:rPr>
                <w:rFonts w:ascii="Times New Roman" w:hAnsi="Times New Roman"/>
                <w:sz w:val="16"/>
                <w:szCs w:val="24"/>
              </w:rPr>
              <w:t>Domiciliul</w:t>
            </w:r>
            <w:proofErr w:type="spellEnd"/>
          </w:p>
        </w:tc>
      </w:tr>
      <w:tr w:rsidR="007459D9" w:rsidRPr="007459D9" w14:paraId="59E4F374" w14:textId="77777777">
        <w:trPr>
          <w:jc w:val="center"/>
        </w:trPr>
        <w:tc>
          <w:tcPr>
            <w:tcW w:w="36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77ADBEED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Județul</w:t>
            </w:r>
            <w:proofErr w:type="spellEnd"/>
          </w:p>
        </w:tc>
        <w:tc>
          <w:tcPr>
            <w:tcW w:w="360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F82904B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Municipiul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orașul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comuna</w:t>
            </w:r>
            <w:proofErr w:type="spellEnd"/>
          </w:p>
        </w:tc>
        <w:tc>
          <w:tcPr>
            <w:tcW w:w="3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EE67360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Satul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sectorul</w:t>
            </w:r>
            <w:proofErr w:type="spellEnd"/>
          </w:p>
        </w:tc>
      </w:tr>
      <w:tr w:rsidR="007459D9" w:rsidRPr="007459D9" w14:paraId="7F14B875" w14:textId="77777777">
        <w:trPr>
          <w:jc w:val="center"/>
        </w:trPr>
        <w:tc>
          <w:tcPr>
            <w:tcW w:w="36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3F5C9137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D3BD048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AB24A2C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Sc.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04D46908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Et.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3CE12B9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Ap.</w:t>
            </w:r>
          </w:p>
        </w:tc>
        <w:tc>
          <w:tcPr>
            <w:tcW w:w="18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73B13399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Cod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poștal</w:t>
            </w:r>
            <w:proofErr w:type="spellEnd"/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7015601A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Țara</w:t>
            </w:r>
            <w:proofErr w:type="spellEnd"/>
          </w:p>
        </w:tc>
      </w:tr>
      <w:tr w:rsidR="007459D9" w:rsidRPr="007459D9" w14:paraId="57835D66" w14:textId="77777777">
        <w:trPr>
          <w:jc w:val="center"/>
        </w:trPr>
        <w:tc>
          <w:tcPr>
            <w:tcW w:w="10800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8F559D0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sz w:val="16"/>
                <w:szCs w:val="24"/>
              </w:rPr>
              <w:t>Date de contact</w:t>
            </w:r>
          </w:p>
        </w:tc>
      </w:tr>
      <w:tr w:rsidR="007459D9" w:rsidRPr="007459D9" w14:paraId="052FFFBA" w14:textId="77777777">
        <w:trPr>
          <w:jc w:val="center"/>
        </w:trPr>
        <w:tc>
          <w:tcPr>
            <w:tcW w:w="540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5A2EDEA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Telefon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/ fax</w:t>
            </w:r>
          </w:p>
        </w:tc>
        <w:tc>
          <w:tcPr>
            <w:tcW w:w="540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368E1E5F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E-mail</w:t>
            </w:r>
          </w:p>
        </w:tc>
      </w:tr>
      <w:tr w:rsidR="007459D9" w:rsidRPr="007459D9" w14:paraId="4156BE9E" w14:textId="77777777">
        <w:trPr>
          <w:jc w:val="center"/>
        </w:trPr>
        <w:tc>
          <w:tcPr>
            <w:tcW w:w="10800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1D72348D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459D9">
              <w:rPr>
                <w:rFonts w:ascii="Times New Roman" w:hAnsi="Times New Roman"/>
                <w:sz w:val="16"/>
                <w:szCs w:val="24"/>
              </w:rPr>
              <w:t>Reprezentare</w:t>
            </w:r>
            <w:proofErr w:type="spellEnd"/>
          </w:p>
        </w:tc>
      </w:tr>
      <w:tr w:rsidR="007459D9" w:rsidRPr="007459D9" w14:paraId="01406F1E" w14:textId="77777777">
        <w:trPr>
          <w:jc w:val="center"/>
        </w:trPr>
        <w:tc>
          <w:tcPr>
            <w:tcW w:w="720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37DB927C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În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calitate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de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reprezentant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al</w:t>
            </w:r>
          </w:p>
        </w:tc>
        <w:tc>
          <w:tcPr>
            <w:tcW w:w="3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7D8F65C7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CUI / CIF</w:t>
            </w:r>
          </w:p>
        </w:tc>
      </w:tr>
      <w:tr w:rsidR="007459D9" w:rsidRPr="007459D9" w14:paraId="5E83EC33" w14:textId="77777777">
        <w:trPr>
          <w:jc w:val="center"/>
        </w:trPr>
        <w:tc>
          <w:tcPr>
            <w:tcW w:w="10800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1FF39410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sz w:val="18"/>
                <w:szCs w:val="24"/>
              </w:rPr>
              <w:t xml:space="preserve">☐ titular al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dreptului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de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proprietate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împuternicit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al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titularului</w:t>
            </w:r>
            <w:proofErr w:type="spellEnd"/>
          </w:p>
        </w:tc>
      </w:tr>
    </w:tbl>
    <w:p w14:paraId="06094353" w14:textId="77777777" w:rsidR="005C3EEE" w:rsidRPr="007459D9" w:rsidRDefault="00000000">
      <w:pPr>
        <w:spacing w:before="160" w:after="120" w:line="240" w:lineRule="auto"/>
        <w:jc w:val="center"/>
        <w:rPr>
          <w:rFonts w:ascii="Times New Roman" w:hAnsi="Times New Roman"/>
          <w:sz w:val="20"/>
          <w:szCs w:val="24"/>
        </w:rPr>
      </w:pPr>
      <w:proofErr w:type="spellStart"/>
      <w:r w:rsidRPr="007459D9">
        <w:rPr>
          <w:rFonts w:ascii="Times New Roman" w:hAnsi="Times New Roman"/>
          <w:sz w:val="20"/>
          <w:szCs w:val="24"/>
        </w:rPr>
        <w:t>în</w:t>
      </w:r>
      <w:proofErr w:type="spellEnd"/>
      <w:r w:rsidRPr="007459D9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7459D9">
        <w:rPr>
          <w:rFonts w:ascii="Times New Roman" w:hAnsi="Times New Roman"/>
          <w:sz w:val="20"/>
          <w:szCs w:val="24"/>
        </w:rPr>
        <w:t>conformitate</w:t>
      </w:r>
      <w:proofErr w:type="spellEnd"/>
      <w:r w:rsidRPr="007459D9">
        <w:rPr>
          <w:rFonts w:ascii="Times New Roman" w:hAnsi="Times New Roman"/>
          <w:sz w:val="20"/>
          <w:szCs w:val="24"/>
        </w:rPr>
        <w:t xml:space="preserve"> cu </w:t>
      </w:r>
      <w:proofErr w:type="spellStart"/>
      <w:r w:rsidRPr="007459D9">
        <w:rPr>
          <w:rFonts w:ascii="Times New Roman" w:hAnsi="Times New Roman"/>
          <w:sz w:val="20"/>
          <w:szCs w:val="24"/>
        </w:rPr>
        <w:t>prevederile</w:t>
      </w:r>
      <w:proofErr w:type="spellEnd"/>
      <w:r w:rsidRPr="007459D9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7459D9">
        <w:rPr>
          <w:rFonts w:ascii="Times New Roman" w:hAnsi="Times New Roman"/>
          <w:sz w:val="20"/>
          <w:szCs w:val="24"/>
        </w:rPr>
        <w:t>Legii</w:t>
      </w:r>
      <w:proofErr w:type="spellEnd"/>
      <w:r w:rsidRPr="007459D9">
        <w:rPr>
          <w:rFonts w:ascii="Times New Roman" w:hAnsi="Times New Roman"/>
          <w:sz w:val="20"/>
          <w:szCs w:val="24"/>
        </w:rPr>
        <w:t xml:space="preserve"> nr. 169/2026 </w:t>
      </w:r>
      <w:proofErr w:type="spellStart"/>
      <w:r w:rsidRPr="007459D9">
        <w:rPr>
          <w:rFonts w:ascii="Times New Roman" w:hAnsi="Times New Roman"/>
          <w:sz w:val="20"/>
          <w:szCs w:val="24"/>
        </w:rPr>
        <w:t>privind</w:t>
      </w:r>
      <w:proofErr w:type="spellEnd"/>
      <w:r w:rsidRPr="007459D9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7459D9">
        <w:rPr>
          <w:rFonts w:ascii="Times New Roman" w:hAnsi="Times New Roman"/>
          <w:sz w:val="20"/>
          <w:szCs w:val="24"/>
        </w:rPr>
        <w:t>Codul</w:t>
      </w:r>
      <w:proofErr w:type="spellEnd"/>
      <w:r w:rsidRPr="007459D9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7459D9">
        <w:rPr>
          <w:rFonts w:ascii="Times New Roman" w:hAnsi="Times New Roman"/>
          <w:sz w:val="20"/>
          <w:szCs w:val="24"/>
        </w:rPr>
        <w:t>amenajării</w:t>
      </w:r>
      <w:proofErr w:type="spellEnd"/>
      <w:r w:rsidRPr="007459D9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7459D9">
        <w:rPr>
          <w:rFonts w:ascii="Times New Roman" w:hAnsi="Times New Roman"/>
          <w:sz w:val="20"/>
          <w:szCs w:val="24"/>
        </w:rPr>
        <w:t>teritoriului</w:t>
      </w:r>
      <w:proofErr w:type="spellEnd"/>
      <w:r w:rsidRPr="007459D9">
        <w:rPr>
          <w:rFonts w:ascii="Times New Roman" w:hAnsi="Times New Roman"/>
          <w:sz w:val="20"/>
          <w:szCs w:val="24"/>
        </w:rPr>
        <w:t xml:space="preserve">, </w:t>
      </w:r>
      <w:proofErr w:type="spellStart"/>
      <w:r w:rsidRPr="007459D9">
        <w:rPr>
          <w:rFonts w:ascii="Times New Roman" w:hAnsi="Times New Roman"/>
          <w:sz w:val="20"/>
          <w:szCs w:val="24"/>
        </w:rPr>
        <w:t>urbanismului</w:t>
      </w:r>
      <w:proofErr w:type="spellEnd"/>
      <w:r w:rsidRPr="007459D9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7459D9">
        <w:rPr>
          <w:rFonts w:ascii="Times New Roman" w:hAnsi="Times New Roman"/>
          <w:sz w:val="20"/>
          <w:szCs w:val="24"/>
        </w:rPr>
        <w:t>și</w:t>
      </w:r>
      <w:proofErr w:type="spellEnd"/>
      <w:r w:rsidRPr="007459D9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7459D9">
        <w:rPr>
          <w:rFonts w:ascii="Times New Roman" w:hAnsi="Times New Roman"/>
          <w:sz w:val="20"/>
          <w:szCs w:val="24"/>
        </w:rPr>
        <w:t>construcțiilor</w:t>
      </w:r>
      <w:proofErr w:type="spellEnd"/>
      <w:r w:rsidRPr="007459D9">
        <w:rPr>
          <w:rFonts w:ascii="Times New Roman" w:hAnsi="Times New Roman"/>
          <w:sz w:val="20"/>
          <w:szCs w:val="24"/>
        </w:rPr>
        <w:t>,</w:t>
      </w:r>
      <w:r w:rsidRPr="007459D9">
        <w:rPr>
          <w:rFonts w:ascii="Times New Roman" w:hAnsi="Times New Roman"/>
          <w:sz w:val="20"/>
          <w:szCs w:val="24"/>
        </w:rPr>
        <w:br/>
        <w:t xml:space="preserve">solicit </w:t>
      </w:r>
      <w:proofErr w:type="spellStart"/>
      <w:r w:rsidRPr="007459D9">
        <w:rPr>
          <w:rFonts w:ascii="Times New Roman" w:hAnsi="Times New Roman"/>
          <w:sz w:val="20"/>
          <w:szCs w:val="24"/>
        </w:rPr>
        <w:t>emiterea</w:t>
      </w:r>
      <w:proofErr w:type="spellEnd"/>
      <w:r w:rsidRPr="007459D9">
        <w:rPr>
          <w:rFonts w:ascii="Times New Roman" w:hAnsi="Times New Roman"/>
          <w:sz w:val="20"/>
          <w:szCs w:val="24"/>
        </w:rPr>
        <w:br/>
      </w:r>
      <w:r w:rsidRPr="007459D9">
        <w:rPr>
          <w:rFonts w:ascii="Times New Roman" w:hAnsi="Times New Roman"/>
          <w:b/>
          <w:sz w:val="24"/>
          <w:szCs w:val="24"/>
        </w:rPr>
        <w:t>CERTIFICATULUI DE URBANISM</w:t>
      </w:r>
      <w:r w:rsidRPr="007459D9">
        <w:rPr>
          <w:rFonts w:ascii="Times New Roman" w:hAnsi="Times New Roman"/>
          <w:b/>
          <w:sz w:val="24"/>
          <w:szCs w:val="24"/>
        </w:rPr>
        <w:br/>
        <w:t>PENTRU</w:t>
      </w:r>
      <w:r w:rsidRPr="007459D9">
        <w:rPr>
          <w:rFonts w:ascii="Times New Roman" w:hAnsi="Times New Roman"/>
          <w:b/>
          <w:sz w:val="24"/>
          <w:szCs w:val="24"/>
        </w:rPr>
        <w:br/>
        <w:t>☐ CONSTRUIRE / ☐ DESFIINȚARE</w:t>
      </w:r>
      <w:r w:rsidRPr="007459D9">
        <w:rPr>
          <w:rFonts w:ascii="Times New Roman" w:hAnsi="Times New Roman"/>
          <w:b/>
          <w:sz w:val="24"/>
          <w:szCs w:val="24"/>
        </w:rPr>
        <w:br/>
      </w:r>
      <w:r w:rsidRPr="007459D9">
        <w:rPr>
          <w:rFonts w:ascii="Times New Roman" w:hAnsi="Times New Roman"/>
          <w:sz w:val="20"/>
          <w:szCs w:val="24"/>
        </w:rPr>
        <w:t xml:space="preserve">☐ </w:t>
      </w:r>
      <w:proofErr w:type="spellStart"/>
      <w:r w:rsidRPr="007459D9">
        <w:rPr>
          <w:rFonts w:ascii="Times New Roman" w:hAnsi="Times New Roman"/>
          <w:sz w:val="20"/>
          <w:szCs w:val="24"/>
        </w:rPr>
        <w:t>pentru</w:t>
      </w:r>
      <w:proofErr w:type="spellEnd"/>
      <w:r w:rsidRPr="007459D9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7459D9">
        <w:rPr>
          <w:rFonts w:ascii="Times New Roman" w:hAnsi="Times New Roman"/>
          <w:sz w:val="20"/>
          <w:szCs w:val="24"/>
        </w:rPr>
        <w:t>clădiri</w:t>
      </w:r>
      <w:proofErr w:type="spellEnd"/>
      <w:r w:rsidRPr="007459D9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7459D9">
        <w:rPr>
          <w:rFonts w:ascii="Times New Roman" w:hAnsi="Times New Roman"/>
          <w:sz w:val="20"/>
          <w:szCs w:val="24"/>
        </w:rPr>
        <w:t>și</w:t>
      </w:r>
      <w:proofErr w:type="spellEnd"/>
      <w:r w:rsidRPr="007459D9">
        <w:rPr>
          <w:rFonts w:ascii="Times New Roman" w:hAnsi="Times New Roman"/>
          <w:sz w:val="20"/>
          <w:szCs w:val="24"/>
        </w:rPr>
        <w:t xml:space="preserve"> </w:t>
      </w:r>
      <w:proofErr w:type="spellStart"/>
      <w:proofErr w:type="gramStart"/>
      <w:r w:rsidRPr="007459D9">
        <w:rPr>
          <w:rFonts w:ascii="Times New Roman" w:hAnsi="Times New Roman"/>
          <w:sz w:val="20"/>
          <w:szCs w:val="24"/>
        </w:rPr>
        <w:t>amenajări</w:t>
      </w:r>
      <w:proofErr w:type="spellEnd"/>
      <w:r w:rsidRPr="007459D9">
        <w:rPr>
          <w:rFonts w:ascii="Times New Roman" w:hAnsi="Times New Roman"/>
          <w:sz w:val="20"/>
          <w:szCs w:val="24"/>
        </w:rPr>
        <w:t xml:space="preserve">  /</w:t>
      </w:r>
      <w:proofErr w:type="gramEnd"/>
      <w:r w:rsidRPr="007459D9">
        <w:rPr>
          <w:rFonts w:ascii="Times New Roman" w:hAnsi="Times New Roman"/>
          <w:sz w:val="20"/>
          <w:szCs w:val="24"/>
        </w:rPr>
        <w:t xml:space="preserve">   ☐ </w:t>
      </w:r>
      <w:proofErr w:type="spellStart"/>
      <w:r w:rsidRPr="007459D9">
        <w:rPr>
          <w:rFonts w:ascii="Times New Roman" w:hAnsi="Times New Roman"/>
          <w:sz w:val="20"/>
          <w:szCs w:val="24"/>
        </w:rPr>
        <w:t>lucrări</w:t>
      </w:r>
      <w:proofErr w:type="spellEnd"/>
      <w:r w:rsidRPr="007459D9">
        <w:rPr>
          <w:rFonts w:ascii="Times New Roman" w:hAnsi="Times New Roman"/>
          <w:sz w:val="20"/>
          <w:szCs w:val="24"/>
        </w:rPr>
        <w:t xml:space="preserve"> </w:t>
      </w:r>
      <w:proofErr w:type="spellStart"/>
      <w:proofErr w:type="gramStart"/>
      <w:r w:rsidRPr="007459D9">
        <w:rPr>
          <w:rFonts w:ascii="Times New Roman" w:hAnsi="Times New Roman"/>
          <w:sz w:val="20"/>
          <w:szCs w:val="24"/>
        </w:rPr>
        <w:t>inginerești</w:t>
      </w:r>
      <w:proofErr w:type="spellEnd"/>
      <w:r w:rsidRPr="007459D9">
        <w:rPr>
          <w:rFonts w:ascii="Times New Roman" w:hAnsi="Times New Roman"/>
          <w:sz w:val="20"/>
          <w:szCs w:val="24"/>
        </w:rPr>
        <w:t xml:space="preserve">  /</w:t>
      </w:r>
      <w:proofErr w:type="gramEnd"/>
      <w:r w:rsidRPr="007459D9">
        <w:rPr>
          <w:rFonts w:ascii="Times New Roman" w:hAnsi="Times New Roman"/>
          <w:sz w:val="20"/>
          <w:szCs w:val="24"/>
        </w:rPr>
        <w:t xml:space="preserve">   ☐ </w:t>
      </w:r>
      <w:proofErr w:type="spellStart"/>
      <w:r w:rsidRPr="007459D9">
        <w:rPr>
          <w:rFonts w:ascii="Times New Roman" w:hAnsi="Times New Roman"/>
          <w:sz w:val="20"/>
          <w:szCs w:val="24"/>
        </w:rPr>
        <w:t>pentru</w:t>
      </w:r>
      <w:proofErr w:type="spellEnd"/>
      <w:r w:rsidRPr="007459D9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7459D9">
        <w:rPr>
          <w:rFonts w:ascii="Times New Roman" w:hAnsi="Times New Roman"/>
          <w:sz w:val="20"/>
          <w:szCs w:val="24"/>
        </w:rPr>
        <w:t>construcții</w:t>
      </w:r>
      <w:proofErr w:type="spellEnd"/>
      <w:r w:rsidRPr="007459D9">
        <w:rPr>
          <w:rFonts w:ascii="Times New Roman" w:hAnsi="Times New Roman"/>
          <w:sz w:val="20"/>
          <w:szCs w:val="24"/>
        </w:rPr>
        <w:t xml:space="preserve"> cu </w:t>
      </w:r>
      <w:proofErr w:type="spellStart"/>
      <w:r w:rsidRPr="007459D9">
        <w:rPr>
          <w:rFonts w:ascii="Times New Roman" w:hAnsi="Times New Roman"/>
          <w:sz w:val="20"/>
          <w:szCs w:val="24"/>
        </w:rPr>
        <w:t>caracter</w:t>
      </w:r>
      <w:proofErr w:type="spellEnd"/>
      <w:r w:rsidRPr="007459D9">
        <w:rPr>
          <w:rFonts w:ascii="Times New Roman" w:hAnsi="Times New Roman"/>
          <w:sz w:val="20"/>
          <w:szCs w:val="24"/>
        </w:rPr>
        <w:t xml:space="preserve"> special</w:t>
      </w:r>
    </w:p>
    <w:p w14:paraId="5470E9D3" w14:textId="77777777" w:rsidR="007459D9" w:rsidRPr="007459D9" w:rsidRDefault="007459D9">
      <w:pPr>
        <w:spacing w:before="160" w:after="120" w:line="240" w:lineRule="auto"/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800"/>
      </w:tblGrid>
      <w:tr w:rsidR="007459D9" w:rsidRPr="007459D9" w14:paraId="3F2CA48C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2C687A68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vederea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realizării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obiectivului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de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investiții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>:</w:t>
            </w:r>
          </w:p>
        </w:tc>
      </w:tr>
      <w:tr w:rsidR="005C3EEE" w:rsidRPr="007459D9" w14:paraId="68D37822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646621B2" w14:textId="77777777" w:rsidR="005C3EEE" w:rsidRPr="007459D9" w:rsidRDefault="00000000">
            <w:pPr>
              <w:spacing w:before="300" w:after="100" w:line="240" w:lineRule="auto"/>
              <w:rPr>
                <w:rFonts w:ascii="Times New Roman" w:hAnsi="Times New Roman"/>
                <w:szCs w:val="24"/>
              </w:rPr>
            </w:pPr>
            <w:r w:rsidRPr="007459D9">
              <w:rPr>
                <w:rFonts w:ascii="Times New Roman" w:hAnsi="Times New Roman"/>
                <w:szCs w:val="24"/>
              </w:rPr>
              <w:t>_________________________________________________________________________________________________</w:t>
            </w:r>
          </w:p>
          <w:p w14:paraId="2EB1749D" w14:textId="63D3E45E" w:rsidR="003A2771" w:rsidRPr="007459D9" w:rsidRDefault="003A2771">
            <w:pPr>
              <w:spacing w:before="300" w:after="100" w:line="240" w:lineRule="auto"/>
              <w:rPr>
                <w:sz w:val="24"/>
                <w:szCs w:val="24"/>
              </w:rPr>
            </w:pPr>
          </w:p>
        </w:tc>
      </w:tr>
    </w:tbl>
    <w:p w14:paraId="13B4AD09" w14:textId="77777777" w:rsidR="005C3EEE" w:rsidRPr="007459D9" w:rsidRDefault="005C3EEE">
      <w:pPr>
        <w:spacing w:before="4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700"/>
        <w:gridCol w:w="900"/>
        <w:gridCol w:w="1800"/>
        <w:gridCol w:w="900"/>
        <w:gridCol w:w="900"/>
        <w:gridCol w:w="1800"/>
        <w:gridCol w:w="1800"/>
      </w:tblGrid>
      <w:tr w:rsidR="007459D9" w:rsidRPr="007459D9" w14:paraId="76109180" w14:textId="77777777">
        <w:trPr>
          <w:jc w:val="center"/>
        </w:trPr>
        <w:tc>
          <w:tcPr>
            <w:tcW w:w="10800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155EEF57" w14:textId="77777777" w:rsidR="005C3EEE" w:rsidRPr="007459D9" w:rsidRDefault="00000000">
            <w:pPr>
              <w:spacing w:before="20"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3. IMOBILUL/ELE</w:t>
            </w:r>
          </w:p>
        </w:tc>
      </w:tr>
      <w:tr w:rsidR="007459D9" w:rsidRPr="007459D9" w14:paraId="5B1A0A5C" w14:textId="77777777">
        <w:trPr>
          <w:jc w:val="center"/>
        </w:trPr>
        <w:tc>
          <w:tcPr>
            <w:tcW w:w="10800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74AAE4D7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teren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construcții</w:t>
            </w:r>
            <w:proofErr w:type="spellEnd"/>
          </w:p>
        </w:tc>
      </w:tr>
      <w:tr w:rsidR="007459D9" w:rsidRPr="007459D9" w14:paraId="6BE294CD" w14:textId="77777777">
        <w:trPr>
          <w:jc w:val="center"/>
        </w:trPr>
        <w:tc>
          <w:tcPr>
            <w:tcW w:w="36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110C47D0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Județ</w:t>
            </w:r>
            <w:proofErr w:type="spellEnd"/>
          </w:p>
        </w:tc>
        <w:tc>
          <w:tcPr>
            <w:tcW w:w="3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1F2BA89E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Municipiu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oraș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comună</w:t>
            </w:r>
            <w:proofErr w:type="spellEnd"/>
          </w:p>
        </w:tc>
        <w:tc>
          <w:tcPr>
            <w:tcW w:w="36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8F075C2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Sat / sector</w:t>
            </w:r>
          </w:p>
        </w:tc>
      </w:tr>
      <w:tr w:rsidR="007459D9" w:rsidRPr="007459D9" w14:paraId="60671AC7" w14:textId="77777777">
        <w:trPr>
          <w:jc w:val="center"/>
        </w:trPr>
        <w:tc>
          <w:tcPr>
            <w:tcW w:w="2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E7369F1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Cod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poștal</w:t>
            </w:r>
            <w:proofErr w:type="spellEnd"/>
          </w:p>
        </w:tc>
        <w:tc>
          <w:tcPr>
            <w:tcW w:w="450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CB42AED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06DFA0FD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4C2FCA0C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Bl. / sc. / et. / ap.</w:t>
            </w:r>
          </w:p>
        </w:tc>
      </w:tr>
      <w:tr w:rsidR="007459D9" w:rsidRPr="007459D9" w14:paraId="0E8EEEF6" w14:textId="77777777">
        <w:trPr>
          <w:jc w:val="center"/>
        </w:trPr>
        <w:tc>
          <w:tcPr>
            <w:tcW w:w="630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E7B3E20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Număr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cadastral/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ele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br/>
            </w:r>
            <w:proofErr w:type="spellStart"/>
            <w:r w:rsidRPr="007459D9">
              <w:rPr>
                <w:rFonts w:ascii="Times New Roman" w:hAnsi="Times New Roman"/>
                <w:i/>
                <w:sz w:val="16"/>
                <w:szCs w:val="24"/>
              </w:rPr>
              <w:t>dacă</w:t>
            </w:r>
            <w:proofErr w:type="spellEnd"/>
            <w:r w:rsidRPr="007459D9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i/>
                <w:sz w:val="16"/>
                <w:szCs w:val="24"/>
              </w:rPr>
              <w:t>imobilul</w:t>
            </w:r>
            <w:proofErr w:type="spellEnd"/>
            <w:r w:rsidRPr="007459D9">
              <w:rPr>
                <w:rFonts w:ascii="Times New Roman" w:hAnsi="Times New Roman"/>
                <w:i/>
                <w:sz w:val="16"/>
                <w:szCs w:val="24"/>
              </w:rPr>
              <w:t xml:space="preserve"> e </w:t>
            </w:r>
            <w:proofErr w:type="spellStart"/>
            <w:r w:rsidRPr="007459D9">
              <w:rPr>
                <w:rFonts w:ascii="Times New Roman" w:hAnsi="Times New Roman"/>
                <w:i/>
                <w:sz w:val="16"/>
                <w:szCs w:val="24"/>
              </w:rPr>
              <w:t>înscris</w:t>
            </w:r>
            <w:proofErr w:type="spellEnd"/>
            <w:r w:rsidRPr="007459D9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i/>
                <w:sz w:val="16"/>
                <w:szCs w:val="24"/>
              </w:rPr>
              <w:t>în</w:t>
            </w:r>
            <w:proofErr w:type="spellEnd"/>
            <w:r w:rsidRPr="007459D9">
              <w:rPr>
                <w:rFonts w:ascii="Times New Roman" w:hAnsi="Times New Roman"/>
                <w:i/>
                <w:sz w:val="16"/>
                <w:szCs w:val="24"/>
              </w:rPr>
              <w:t xml:space="preserve"> e-Terra</w:t>
            </w:r>
          </w:p>
        </w:tc>
        <w:tc>
          <w:tcPr>
            <w:tcW w:w="45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090B38CE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Carte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funciară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nr.</w:t>
            </w:r>
          </w:p>
        </w:tc>
      </w:tr>
      <w:tr w:rsidR="007459D9" w:rsidRPr="007459D9" w14:paraId="7271BBBB" w14:textId="77777777">
        <w:trPr>
          <w:jc w:val="center"/>
        </w:trPr>
        <w:tc>
          <w:tcPr>
            <w:tcW w:w="54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1C7208B8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Suprafața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terenului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(m²)</w:t>
            </w:r>
          </w:p>
        </w:tc>
        <w:tc>
          <w:tcPr>
            <w:tcW w:w="540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DC53AE8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Suprafața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construcției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(m²)</w:t>
            </w:r>
          </w:p>
        </w:tc>
      </w:tr>
    </w:tbl>
    <w:p w14:paraId="103BF2E4" w14:textId="77777777" w:rsidR="005C3EEE" w:rsidRPr="007459D9" w:rsidRDefault="00000000">
      <w:pPr>
        <w:rPr>
          <w:sz w:val="24"/>
          <w:szCs w:val="24"/>
        </w:rPr>
      </w:pPr>
      <w:r w:rsidRPr="007459D9">
        <w:rPr>
          <w:sz w:val="24"/>
          <w:szCs w:val="24"/>
        </w:rP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800"/>
      </w:tblGrid>
      <w:tr w:rsidR="007459D9" w:rsidRPr="007459D9" w14:paraId="00C25382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66E1D557" w14:textId="77777777" w:rsidR="005C3EEE" w:rsidRPr="007459D9" w:rsidRDefault="00000000">
            <w:pPr>
              <w:spacing w:before="20"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lastRenderedPageBreak/>
              <w:t>4. ÎNCADRAREA LUCRĂRILOR</w:t>
            </w:r>
          </w:p>
        </w:tc>
      </w:tr>
      <w:tr w:rsidR="007459D9" w:rsidRPr="007459D9" w14:paraId="3B3B9868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3A0A6118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A ·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Lucrări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de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construcții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noi</w:t>
            </w:r>
            <w:proofErr w:type="spellEnd"/>
          </w:p>
        </w:tc>
      </w:tr>
      <w:tr w:rsidR="007459D9" w:rsidRPr="007459D9" w14:paraId="15B8F327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7852A60B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clădiri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civile     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clădiri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industriale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clădiri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agricole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construcții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cu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caracter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special</w:t>
            </w:r>
          </w:p>
        </w:tc>
      </w:tr>
      <w:tr w:rsidR="007459D9" w:rsidRPr="007459D9" w14:paraId="198C0552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7354DC15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realizate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(se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va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bifa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,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măsura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care sunt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cunoscute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solicitantului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informațiile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cu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privire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la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amplasarea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zona de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protecție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>/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protejată</w:t>
            </w:r>
            <w:proofErr w:type="spellEnd"/>
            <w:proofErr w:type="gramStart"/>
            <w:r w:rsidRPr="007459D9">
              <w:rPr>
                <w:rFonts w:ascii="Times New Roman" w:hAnsi="Times New Roman"/>
                <w:sz w:val="18"/>
                <w:szCs w:val="24"/>
              </w:rPr>
              <w:t>) :</w:t>
            </w:r>
            <w:proofErr w:type="gramEnd"/>
          </w:p>
        </w:tc>
      </w:tr>
      <w:tr w:rsidR="007459D9" w:rsidRPr="007459D9" w14:paraId="54F4BA5F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2BB4DFA6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afara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zonei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de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protecție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a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monumentelor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zona de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protecție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a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monumentelor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afara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zonelor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construite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protejate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br/>
              <w:t xml:space="preserve">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zone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construite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protejate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                            ☐ nu sunt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cunoscute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solicitantului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astfel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de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informații</w:t>
            </w:r>
            <w:proofErr w:type="spellEnd"/>
          </w:p>
        </w:tc>
      </w:tr>
      <w:tr w:rsidR="007459D9" w:rsidRPr="007459D9" w14:paraId="210F11F9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4F4F4"/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4B9EAAE6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B. ·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Intervenții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asupra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construcțiilor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existente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proofErr w:type="gram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realizate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:</w:t>
            </w:r>
            <w:proofErr w:type="gramEnd"/>
          </w:p>
        </w:tc>
      </w:tr>
      <w:tr w:rsidR="007459D9" w:rsidRPr="007459D9" w14:paraId="2E1D7C41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5A313DD2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☐ B.1. la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alte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clădiri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decât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cele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prevăzute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la lit. B.2)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și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B.3)</w:t>
            </w:r>
          </w:p>
        </w:tc>
      </w:tr>
      <w:tr w:rsidR="007459D9" w:rsidRPr="007459D9" w14:paraId="47A0CB25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3C3490B9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☐ </w:t>
            </w:r>
            <w:proofErr w:type="gram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B.2 .</w:t>
            </w:r>
            <w:proofErr w:type="gram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·la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construcții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:</w:t>
            </w:r>
          </w:p>
        </w:tc>
      </w:tr>
      <w:tr w:rsidR="007459D9" w:rsidRPr="007459D9" w14:paraId="12FCBA2D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7E9E1E48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sz w:val="18"/>
                <w:szCs w:val="24"/>
              </w:rPr>
              <w:t xml:space="preserve">☐ monument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istoric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stabilite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potrivit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Legii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nr. 422/2001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privind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protejarea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monumentelor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istorice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,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republicată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, cu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modificările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și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completările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br/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ulterioare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,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inclusiv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la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anexele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acestora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identificate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același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imobil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(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teren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și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>/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sau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construcții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>)</w:t>
            </w:r>
          </w:p>
        </w:tc>
      </w:tr>
      <w:tr w:rsidR="007459D9" w:rsidRPr="007459D9" w14:paraId="1B20E087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047F1A4E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aflate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zona de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protecție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a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monumentelor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istorice</w:t>
            </w:r>
            <w:proofErr w:type="spellEnd"/>
          </w:p>
        </w:tc>
      </w:tr>
      <w:tr w:rsidR="007459D9" w:rsidRPr="007459D9" w14:paraId="0FFC238E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57526BBD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aflate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zone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construite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protejate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,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stabilite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potrivit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legii</w:t>
            </w:r>
            <w:proofErr w:type="spellEnd"/>
          </w:p>
        </w:tc>
      </w:tr>
      <w:tr w:rsidR="007459D9" w:rsidRPr="007459D9" w14:paraId="5201DB47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56ECB5A8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sz w:val="18"/>
                <w:szCs w:val="24"/>
              </w:rPr>
              <w:t xml:space="preserve">☐ cu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valoare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arhitecturală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sau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istorică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deosebită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,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stabilite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prin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documentații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de urbanism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aprobate</w:t>
            </w:r>
            <w:proofErr w:type="spellEnd"/>
          </w:p>
        </w:tc>
      </w:tr>
      <w:tr w:rsidR="007459D9" w:rsidRPr="007459D9" w14:paraId="15683FA6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2C460631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☐ B.3 · la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clădiri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construcții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cu </w:t>
            </w: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caracter</w:t>
            </w:r>
            <w:proofErr w:type="spellEnd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 xml:space="preserve"> special</w:t>
            </w:r>
            <w:r w:rsidRPr="007459D9">
              <w:rPr>
                <w:rFonts w:ascii="Times New Roman" w:hAnsi="Times New Roman"/>
                <w:sz w:val="18"/>
                <w:szCs w:val="24"/>
              </w:rPr>
              <w:t xml:space="preserve">                       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altele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decât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cele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stabilite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la lit. B.2)</w:t>
            </w:r>
          </w:p>
        </w:tc>
      </w:tr>
      <w:tr w:rsidR="007459D9" w:rsidRPr="007459D9" w14:paraId="534D1953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5B5E7F79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sz w:val="18"/>
                <w:szCs w:val="24"/>
              </w:rPr>
              <w:t xml:space="preserve">                                                                                                    ☐ din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categoria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celor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stabilite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la lit. B.2)</w:t>
            </w:r>
          </w:p>
        </w:tc>
      </w:tr>
      <w:tr w:rsidR="007459D9" w:rsidRPr="007459D9" w14:paraId="313E2507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4F4F4"/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4FD17339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sz w:val="18"/>
                <w:szCs w:val="24"/>
              </w:rPr>
              <w:t xml:space="preserve">C ·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Amenajări</w:t>
            </w:r>
            <w:proofErr w:type="spellEnd"/>
          </w:p>
        </w:tc>
      </w:tr>
      <w:tr w:rsidR="007459D9" w:rsidRPr="007459D9" w14:paraId="25511D4F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381F56C9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amenajări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civile     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amenajări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și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îmbunătățiri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funciare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construcții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provizorii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/ cu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caracter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temporar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cercetarea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/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prospectarea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br/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terenurilor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,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foraje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,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excavări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cercetări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pentru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zăcăminte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naturale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spații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verzi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,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plantate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spații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publice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organizare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de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șantier</w:t>
            </w:r>
            <w:proofErr w:type="spellEnd"/>
          </w:p>
        </w:tc>
      </w:tr>
      <w:tr w:rsidR="007459D9" w:rsidRPr="007459D9" w14:paraId="6E71FEE4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4F4F4"/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33DE33B2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sz w:val="18"/>
                <w:szCs w:val="24"/>
              </w:rPr>
              <w:t xml:space="preserve">D ·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Lucrări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inginerești</w:t>
            </w:r>
            <w:proofErr w:type="spellEnd"/>
          </w:p>
        </w:tc>
      </w:tr>
      <w:tr w:rsidR="007459D9" w:rsidRPr="007459D9" w14:paraId="59F5BB8E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264C58C1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infrastructură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de transport</w:t>
            </w:r>
          </w:p>
        </w:tc>
      </w:tr>
      <w:tr w:rsidR="007459D9" w:rsidRPr="007459D9" w14:paraId="194298F4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43290F73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infrastructură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energetică</w:t>
            </w:r>
            <w:proofErr w:type="spellEnd"/>
          </w:p>
        </w:tc>
      </w:tr>
      <w:tr w:rsidR="005C3EEE" w:rsidRPr="007459D9" w14:paraId="35C6A318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2AF28AE1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rețele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de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comunicații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electronice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br/>
              <w:t xml:space="preserve">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gospodărirea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apelor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br/>
              <w:t xml:space="preserve">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hidrotehnice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br/>
              <w:t xml:space="preserve">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miniere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br/>
              <w:t xml:space="preserve">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alte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lucrări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inginerești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necesare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realizării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unor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obiective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de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interes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public</w:t>
            </w:r>
          </w:p>
        </w:tc>
      </w:tr>
    </w:tbl>
    <w:p w14:paraId="206BA2E4" w14:textId="77777777" w:rsidR="005C3EEE" w:rsidRPr="007459D9" w:rsidRDefault="005C3EEE">
      <w:pPr>
        <w:spacing w:before="4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800"/>
      </w:tblGrid>
      <w:tr w:rsidR="007459D9" w:rsidRPr="007459D9" w14:paraId="3CC170E2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5C54D021" w14:textId="77777777" w:rsidR="005C3EEE" w:rsidRPr="007459D9" w:rsidRDefault="00000000">
            <w:pPr>
              <w:spacing w:before="20"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5. SE ANEXEAZĂ</w:t>
            </w:r>
          </w:p>
        </w:tc>
      </w:tr>
      <w:tr w:rsidR="005C3EEE" w:rsidRPr="007459D9" w14:paraId="7CE7659A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64146158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sz w:val="18"/>
                <w:szCs w:val="24"/>
              </w:rPr>
              <w:t xml:space="preserve">☐ extras de carte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funciară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actualizat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br/>
              <w:t xml:space="preserve">☐ plan de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situație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propus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, cu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amprenta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la sol a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corpurilor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de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clădire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propuse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spre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construire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/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desființare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/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extindere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br/>
              <w:t xml:space="preserve">☐ plan de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încadrare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zonă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sistem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Stereo 70     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descrierea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succintă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gramStart"/>
            <w:r w:rsidRPr="007459D9">
              <w:rPr>
                <w:rFonts w:ascii="Times New Roman" w:hAnsi="Times New Roman"/>
                <w:sz w:val="18"/>
                <w:szCs w:val="24"/>
              </w:rPr>
              <w:t>a</w:t>
            </w:r>
            <w:proofErr w:type="gram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investiției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împuternicirea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,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dacă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este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cazul</w:t>
            </w:r>
            <w:proofErr w:type="spellEnd"/>
          </w:p>
        </w:tc>
      </w:tr>
    </w:tbl>
    <w:p w14:paraId="5431AFB8" w14:textId="77777777" w:rsidR="005C3EEE" w:rsidRPr="007459D9" w:rsidRDefault="005C3EEE">
      <w:pPr>
        <w:spacing w:before="4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800"/>
      </w:tblGrid>
      <w:tr w:rsidR="007459D9" w:rsidRPr="007459D9" w14:paraId="5227F8DA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112EF98B" w14:textId="77777777" w:rsidR="005C3EEE" w:rsidRPr="007459D9" w:rsidRDefault="00000000">
            <w:pPr>
              <w:spacing w:before="20"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6. COMUNICAREA RĂSPUNSULUI</w:t>
            </w:r>
          </w:p>
        </w:tc>
      </w:tr>
      <w:tr w:rsidR="005C3EEE" w:rsidRPr="007459D9" w14:paraId="46A44164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6282953D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format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scris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,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prin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poștă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format digital, la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adresa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de e-mail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indicată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ridicare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de la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sediul</w:t>
            </w:r>
            <w:proofErr w:type="spellEnd"/>
            <w:r w:rsidRPr="007459D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7459D9">
              <w:rPr>
                <w:rFonts w:ascii="Times New Roman" w:hAnsi="Times New Roman"/>
                <w:sz w:val="18"/>
                <w:szCs w:val="24"/>
              </w:rPr>
              <w:t>autorității</w:t>
            </w:r>
            <w:proofErr w:type="spellEnd"/>
          </w:p>
        </w:tc>
      </w:tr>
    </w:tbl>
    <w:p w14:paraId="266D7950" w14:textId="77777777" w:rsidR="005C3EEE" w:rsidRPr="007459D9" w:rsidRDefault="005C3EEE">
      <w:pPr>
        <w:spacing w:before="4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00"/>
        <w:gridCol w:w="3600"/>
        <w:gridCol w:w="3600"/>
      </w:tblGrid>
      <w:tr w:rsidR="007459D9" w:rsidRPr="007459D9" w14:paraId="666DA3AB" w14:textId="77777777">
        <w:trPr>
          <w:jc w:val="center"/>
        </w:trPr>
        <w:tc>
          <w:tcPr>
            <w:tcW w:w="10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40" w:type="dxa"/>
              <w:bottom w:w="30" w:type="dxa"/>
              <w:right w:w="40" w:type="dxa"/>
            </w:tcMar>
          </w:tcPr>
          <w:p w14:paraId="50D3BFB0" w14:textId="77777777" w:rsidR="005C3EEE" w:rsidRPr="007459D9" w:rsidRDefault="00000000">
            <w:pPr>
              <w:spacing w:before="20" w:after="20" w:line="240" w:lineRule="auto"/>
              <w:rPr>
                <w:sz w:val="24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7. DATA ȘI SEMNĂTURA</w:t>
            </w:r>
          </w:p>
        </w:tc>
      </w:tr>
      <w:tr w:rsidR="005C3EEE" w:rsidRPr="007459D9" w14:paraId="6012C41C" w14:textId="77777777">
        <w:trPr>
          <w:jc w:val="center"/>
        </w:trPr>
        <w:tc>
          <w:tcPr>
            <w:tcW w:w="3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30" w:type="dxa"/>
              <w:right w:w="40" w:type="dxa"/>
            </w:tcMar>
          </w:tcPr>
          <w:p w14:paraId="560D3B6E" w14:textId="77777777" w:rsidR="005C3EEE" w:rsidRDefault="00000000">
            <w:pPr>
              <w:spacing w:after="20" w:line="240" w:lineRule="auto"/>
              <w:rPr>
                <w:rFonts w:ascii="Times New Roman" w:hAnsi="Times New Roman"/>
                <w:b/>
                <w:sz w:val="18"/>
                <w:szCs w:val="24"/>
              </w:rPr>
            </w:pPr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Data</w:t>
            </w:r>
          </w:p>
          <w:p w14:paraId="172CC412" w14:textId="77777777" w:rsidR="008B39E7" w:rsidRPr="007459D9" w:rsidRDefault="008B39E7">
            <w:pPr>
              <w:spacing w:after="20" w:line="240" w:lineRule="auto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30" w:type="dxa"/>
              <w:right w:w="40" w:type="dxa"/>
            </w:tcMar>
          </w:tcPr>
          <w:p w14:paraId="2B6A9E10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Solicitantul</w:t>
            </w:r>
            <w:proofErr w:type="spellEnd"/>
          </w:p>
        </w:tc>
        <w:tc>
          <w:tcPr>
            <w:tcW w:w="3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30" w:type="dxa"/>
              <w:right w:w="40" w:type="dxa"/>
            </w:tcMar>
          </w:tcPr>
          <w:p w14:paraId="343E9624" w14:textId="77777777" w:rsidR="005C3EEE" w:rsidRPr="007459D9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459D9">
              <w:rPr>
                <w:rFonts w:ascii="Times New Roman" w:hAnsi="Times New Roman"/>
                <w:b/>
                <w:sz w:val="18"/>
                <w:szCs w:val="24"/>
              </w:rPr>
              <w:t>Semnătura</w:t>
            </w:r>
            <w:proofErr w:type="spellEnd"/>
          </w:p>
        </w:tc>
      </w:tr>
    </w:tbl>
    <w:p w14:paraId="4AFA48A1" w14:textId="77777777" w:rsidR="00D7576B" w:rsidRPr="007459D9" w:rsidRDefault="00D7576B">
      <w:pPr>
        <w:rPr>
          <w:sz w:val="24"/>
          <w:szCs w:val="24"/>
        </w:rPr>
      </w:pPr>
    </w:p>
    <w:sectPr w:rsidR="00D7576B" w:rsidRPr="007459D9" w:rsidSect="00787D95">
      <w:footerReference w:type="default" r:id="rId10"/>
      <w:pgSz w:w="11906" w:h="16838" w:code="9"/>
      <w:pgMar w:top="576" w:right="720" w:bottom="57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14202" w14:textId="77777777" w:rsidR="005D73DF" w:rsidRDefault="005D73DF">
      <w:pPr>
        <w:spacing w:after="0" w:line="240" w:lineRule="auto"/>
      </w:pPr>
      <w:r>
        <w:separator/>
      </w:r>
    </w:p>
  </w:endnote>
  <w:endnote w:type="continuationSeparator" w:id="0">
    <w:p w14:paraId="5ACD3DEF" w14:textId="77777777" w:rsidR="005D73DF" w:rsidRDefault="005D7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02B4E" w14:textId="0C3B4A81" w:rsidR="005C3EEE" w:rsidRDefault="005C3EE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C6265" w14:textId="77777777" w:rsidR="005D73DF" w:rsidRDefault="005D73DF">
      <w:pPr>
        <w:spacing w:after="0" w:line="240" w:lineRule="auto"/>
      </w:pPr>
      <w:r>
        <w:separator/>
      </w:r>
    </w:p>
  </w:footnote>
  <w:footnote w:type="continuationSeparator" w:id="0">
    <w:p w14:paraId="190474D9" w14:textId="77777777" w:rsidR="005D73DF" w:rsidRDefault="005D73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45431880">
    <w:abstractNumId w:val="8"/>
  </w:num>
  <w:num w:numId="2" w16cid:durableId="954794691">
    <w:abstractNumId w:val="6"/>
  </w:num>
  <w:num w:numId="3" w16cid:durableId="503666099">
    <w:abstractNumId w:val="5"/>
  </w:num>
  <w:num w:numId="4" w16cid:durableId="1616255665">
    <w:abstractNumId w:val="4"/>
  </w:num>
  <w:num w:numId="5" w16cid:durableId="1609506293">
    <w:abstractNumId w:val="7"/>
  </w:num>
  <w:num w:numId="6" w16cid:durableId="873733015">
    <w:abstractNumId w:val="3"/>
  </w:num>
  <w:num w:numId="7" w16cid:durableId="844704564">
    <w:abstractNumId w:val="2"/>
  </w:num>
  <w:num w:numId="8" w16cid:durableId="1583100357">
    <w:abstractNumId w:val="1"/>
  </w:num>
  <w:num w:numId="9" w16cid:durableId="1038431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2443"/>
    <w:rsid w:val="00034616"/>
    <w:rsid w:val="0006063C"/>
    <w:rsid w:val="0015074B"/>
    <w:rsid w:val="00200FFD"/>
    <w:rsid w:val="0029639D"/>
    <w:rsid w:val="00326F90"/>
    <w:rsid w:val="003A2771"/>
    <w:rsid w:val="004A6029"/>
    <w:rsid w:val="00547D9D"/>
    <w:rsid w:val="005C3EEE"/>
    <w:rsid w:val="005D62F6"/>
    <w:rsid w:val="005D73DF"/>
    <w:rsid w:val="00694D29"/>
    <w:rsid w:val="007459D9"/>
    <w:rsid w:val="00787D95"/>
    <w:rsid w:val="007C1B5A"/>
    <w:rsid w:val="00821B9C"/>
    <w:rsid w:val="008A7F78"/>
    <w:rsid w:val="008B39E7"/>
    <w:rsid w:val="008C6067"/>
    <w:rsid w:val="00A41B40"/>
    <w:rsid w:val="00A96C5A"/>
    <w:rsid w:val="00AA1D8D"/>
    <w:rsid w:val="00B47730"/>
    <w:rsid w:val="00CB0664"/>
    <w:rsid w:val="00CB26AA"/>
    <w:rsid w:val="00D402D1"/>
    <w:rsid w:val="00D7576B"/>
    <w:rsid w:val="00DD500D"/>
    <w:rsid w:val="00ED444A"/>
    <w:rsid w:val="00F65650"/>
    <w:rsid w:val="00F9691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137869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694D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siliu@cjvalce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Alin2</cp:lastModifiedBy>
  <cp:revision>11</cp:revision>
  <cp:lastPrinted>2026-08-27T10:39:00Z</cp:lastPrinted>
  <dcterms:created xsi:type="dcterms:W3CDTF">2013-12-23T23:15:00Z</dcterms:created>
  <dcterms:modified xsi:type="dcterms:W3CDTF">2026-09-01T06:18:00Z</dcterms:modified>
  <cp:category/>
</cp:coreProperties>
</file>