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79040C" w14:paraId="62965D73" w14:textId="77777777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5BEC4A62" w14:textId="6CD771F1" w:rsidR="0079040C" w:rsidRDefault="0079040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546FB129" wp14:editId="4724E0F8">
                  <wp:extent cx="1152525" cy="1257300"/>
                  <wp:effectExtent l="0" t="0" r="9525" b="0"/>
                  <wp:docPr id="10568036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12EE7F4D" w14:textId="77777777" w:rsidR="0079040C" w:rsidRDefault="0079040C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79040C" w14:paraId="1D536DBD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BF29F" w14:textId="77777777" w:rsidR="0079040C" w:rsidRDefault="0079040C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CE7A28A" w14:textId="77777777" w:rsidR="0079040C" w:rsidRDefault="0079040C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79040C" w14:paraId="5985A679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5AAD4" w14:textId="77777777" w:rsidR="0079040C" w:rsidRDefault="0079040C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02973F37" w14:textId="77777777" w:rsidR="0079040C" w:rsidRDefault="0079040C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7F60DD4B" w14:textId="77777777" w:rsidR="0079040C" w:rsidRDefault="0079040C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42168EEB" w14:textId="77777777" w:rsidR="0079040C" w:rsidRDefault="0079040C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1, cod postal 240595,</w:t>
            </w:r>
          </w:p>
          <w:p w14:paraId="7675A3E9" w14:textId="77777777" w:rsidR="0079040C" w:rsidRDefault="0079040C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1A1E19FB" w14:textId="77777777" w:rsidR="0079040C" w:rsidRDefault="0079040C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+0250.73.29.01/ fax.0250/73.56.17, www.cjvalcea.ro</w:t>
            </w:r>
          </w:p>
          <w:p w14:paraId="0FD7813C" w14:textId="77777777" w:rsidR="0079040C" w:rsidRDefault="0079040C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9" w:history="1">
              <w:r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</w:rPr>
                <w:t>consiliu@cjvalcea.ro</w:t>
              </w:r>
            </w:hyperlink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79040C" w14:paraId="4B4B5C08" w14:textId="77777777">
        <w:trPr>
          <w:trHeight w:val="352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05B54" w14:textId="77777777" w:rsidR="0079040C" w:rsidRDefault="0079040C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60CC8A84" w14:textId="77777777" w:rsidR="0079040C" w:rsidRDefault="0079040C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21EAE477" w14:textId="77777777" w:rsidR="0079040C" w:rsidRDefault="0079040C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6403352D" w14:textId="3851874C" w:rsidR="00776FC7" w:rsidRPr="006C22CD" w:rsidRDefault="00000000" w:rsidP="00122838">
      <w:pPr>
        <w:spacing w:before="100" w:after="80" w:line="240" w:lineRule="auto"/>
        <w:jc w:val="center"/>
        <w:rPr>
          <w:sz w:val="24"/>
          <w:szCs w:val="24"/>
        </w:rPr>
      </w:pPr>
      <w:r w:rsidRPr="006C22CD">
        <w:rPr>
          <w:rFonts w:ascii="Times New Roman" w:hAnsi="Times New Roman"/>
          <w:b/>
          <w:sz w:val="28"/>
          <w:szCs w:val="24"/>
        </w:rPr>
        <w:t>CERTIFICAT DE URBANISM DE INFORMARE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6C22CD" w:rsidRPr="006C22CD" w14:paraId="4BCEFC6F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8" w:type="dxa"/>
              <w:left w:w="35" w:type="dxa"/>
              <w:bottom w:w="8" w:type="dxa"/>
              <w:right w:w="35" w:type="dxa"/>
            </w:tcMar>
          </w:tcPr>
          <w:p w14:paraId="6A1BE938" w14:textId="77777777" w:rsidR="00776FC7" w:rsidRPr="006C22CD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1. REFERINȚE ȘI TEMEI</w:t>
            </w:r>
          </w:p>
        </w:tc>
      </w:tr>
      <w:tr w:rsidR="006C22CD" w:rsidRPr="006C22CD" w14:paraId="60BF346B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5EB70829" w14:textId="77777777" w:rsidR="00776FC7" w:rsidRPr="006C22C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b/>
                <w:sz w:val="18"/>
                <w:szCs w:val="24"/>
              </w:rPr>
              <w:t xml:space="preserve">Ca </w:t>
            </w:r>
            <w:proofErr w:type="spellStart"/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urmare</w:t>
            </w:r>
            <w:proofErr w:type="spellEnd"/>
            <w:r w:rsidRPr="006C22CD">
              <w:rPr>
                <w:rFonts w:ascii="Times New Roman" w:hAnsi="Times New Roman"/>
                <w:b/>
                <w:sz w:val="18"/>
                <w:szCs w:val="24"/>
              </w:rPr>
              <w:t xml:space="preserve"> a </w:t>
            </w:r>
            <w:proofErr w:type="spellStart"/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cererii</w:t>
            </w:r>
            <w:proofErr w:type="spellEnd"/>
            <w:r w:rsidRPr="006C22CD">
              <w:rPr>
                <w:rFonts w:ascii="Times New Roman" w:hAnsi="Times New Roman"/>
                <w:b/>
                <w:sz w:val="18"/>
                <w:szCs w:val="24"/>
              </w:rPr>
              <w:t xml:space="preserve"> nr.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2EC104EE" w14:textId="77777777" w:rsidR="00776FC7" w:rsidRPr="006C22C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din data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3DE6F7DA" w14:textId="77777777" w:rsidR="00776FC7" w:rsidRPr="006C22C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a solicitantului</w:t>
            </w:r>
          </w:p>
        </w:tc>
      </w:tr>
      <w:tr w:rsidR="00776FC7" w:rsidRPr="006C22CD" w14:paraId="5826F459" w14:textId="77777777">
        <w:trPr>
          <w:jc w:val="center"/>
        </w:trPr>
        <w:tc>
          <w:tcPr>
            <w:tcW w:w="729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224ADEFD" w14:textId="77777777" w:rsidR="00776FC7" w:rsidRPr="006C22CD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Documentația</w:t>
            </w:r>
            <w:proofErr w:type="spellEnd"/>
            <w:r w:rsidRPr="006C22CD">
              <w:rPr>
                <w:rFonts w:ascii="Times New Roman" w:hAnsi="Times New Roman"/>
                <w:b/>
                <w:sz w:val="18"/>
                <w:szCs w:val="24"/>
              </w:rPr>
              <w:t xml:space="preserve"> de urbanism </w:t>
            </w:r>
            <w:proofErr w:type="spellStart"/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aplicabilă</w:t>
            </w:r>
            <w:proofErr w:type="spellEnd"/>
            <w:r w:rsidRPr="006C22CD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6C22CD">
              <w:rPr>
                <w:rFonts w:ascii="Times New Roman" w:hAnsi="Times New Roman"/>
                <w:i/>
                <w:sz w:val="16"/>
                <w:szCs w:val="24"/>
              </w:rPr>
              <w:t xml:space="preserve">nr. / </w:t>
            </w:r>
            <w:proofErr w:type="gramStart"/>
            <w:r w:rsidRPr="006C22CD">
              <w:rPr>
                <w:rFonts w:ascii="Times New Roman" w:hAnsi="Times New Roman"/>
                <w:i/>
                <w:sz w:val="16"/>
                <w:szCs w:val="24"/>
              </w:rPr>
              <w:t>faza</w:t>
            </w:r>
            <w:proofErr w:type="gramEnd"/>
            <w:r w:rsidRPr="006C22CD">
              <w:rPr>
                <w:rFonts w:ascii="Times New Roman" w:hAnsi="Times New Roman"/>
                <w:i/>
                <w:sz w:val="16"/>
                <w:szCs w:val="24"/>
              </w:rPr>
              <w:t xml:space="preserve"> PUG · PUZ · PUD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2D595BE4" w14:textId="77777777" w:rsidR="00776FC7" w:rsidRPr="006C22C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b/>
                <w:sz w:val="18"/>
                <w:szCs w:val="24"/>
              </w:rPr>
              <w:t xml:space="preserve">Aprobată prin hotărârea CJ / CL nr. / </w:t>
            </w:r>
            <w:proofErr w:type="gramStart"/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data</w:t>
            </w:r>
            <w:proofErr w:type="gramEnd"/>
          </w:p>
        </w:tc>
      </w:tr>
    </w:tbl>
    <w:p w14:paraId="6978CED9" w14:textId="77777777" w:rsidR="00776FC7" w:rsidRPr="006C22CD" w:rsidRDefault="00776FC7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736"/>
        <w:gridCol w:w="912"/>
        <w:gridCol w:w="2736"/>
        <w:gridCol w:w="912"/>
        <w:gridCol w:w="1824"/>
        <w:gridCol w:w="1824"/>
      </w:tblGrid>
      <w:tr w:rsidR="006C22CD" w:rsidRPr="006C22CD" w14:paraId="6DA4412E" w14:textId="77777777">
        <w:trPr>
          <w:jc w:val="center"/>
        </w:trPr>
        <w:tc>
          <w:tcPr>
            <w:tcW w:w="10944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8" w:type="dxa"/>
              <w:left w:w="30" w:type="dxa"/>
              <w:bottom w:w="8" w:type="dxa"/>
              <w:right w:w="30" w:type="dxa"/>
            </w:tcMar>
          </w:tcPr>
          <w:p w14:paraId="5AA456D6" w14:textId="77777777" w:rsidR="00776FC7" w:rsidRPr="006C22CD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2. IMOBILUL</w:t>
            </w:r>
          </w:p>
        </w:tc>
      </w:tr>
      <w:tr w:rsidR="006C22CD" w:rsidRPr="006C22CD" w14:paraId="3E3B7F7F" w14:textId="77777777">
        <w:trPr>
          <w:jc w:val="center"/>
        </w:trPr>
        <w:tc>
          <w:tcPr>
            <w:tcW w:w="10944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0" w:type="dxa"/>
              <w:bottom w:w="8" w:type="dxa"/>
              <w:right w:w="30" w:type="dxa"/>
            </w:tcMar>
          </w:tcPr>
          <w:p w14:paraId="51658210" w14:textId="77777777" w:rsidR="00776FC7" w:rsidRPr="006C22CD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sz w:val="18"/>
                <w:szCs w:val="24"/>
              </w:rPr>
              <w:t xml:space="preserve">☐ </w:t>
            </w:r>
            <w:proofErr w:type="spellStart"/>
            <w:r w:rsidRPr="006C22CD">
              <w:rPr>
                <w:rFonts w:ascii="Times New Roman" w:hAnsi="Times New Roman"/>
                <w:sz w:val="18"/>
                <w:szCs w:val="24"/>
              </w:rPr>
              <w:t>teren</w:t>
            </w:r>
            <w:proofErr w:type="spellEnd"/>
            <w:r w:rsidRPr="006C22CD">
              <w:rPr>
                <w:rFonts w:ascii="Times New Roman" w:hAnsi="Times New Roman"/>
                <w:sz w:val="18"/>
                <w:szCs w:val="24"/>
              </w:rPr>
              <w:t xml:space="preserve">     ☐ </w:t>
            </w:r>
            <w:proofErr w:type="spellStart"/>
            <w:r w:rsidRPr="006C22CD">
              <w:rPr>
                <w:rFonts w:ascii="Times New Roman" w:hAnsi="Times New Roman"/>
                <w:sz w:val="18"/>
                <w:szCs w:val="24"/>
              </w:rPr>
              <w:t>construcții</w:t>
            </w:r>
            <w:proofErr w:type="spellEnd"/>
          </w:p>
        </w:tc>
      </w:tr>
      <w:tr w:rsidR="006C22CD" w:rsidRPr="006C22CD" w14:paraId="12366FD3" w14:textId="77777777">
        <w:trPr>
          <w:jc w:val="center"/>
        </w:trPr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0" w:type="dxa"/>
              <w:bottom w:w="8" w:type="dxa"/>
              <w:right w:w="30" w:type="dxa"/>
            </w:tcMar>
          </w:tcPr>
          <w:p w14:paraId="0B970342" w14:textId="77777777" w:rsidR="00776FC7" w:rsidRPr="006C22CD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Județ</w:t>
            </w:r>
            <w:proofErr w:type="spellEnd"/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0" w:type="dxa"/>
              <w:bottom w:w="8" w:type="dxa"/>
              <w:right w:w="30" w:type="dxa"/>
            </w:tcMar>
          </w:tcPr>
          <w:p w14:paraId="3B649F78" w14:textId="77777777" w:rsidR="00776FC7" w:rsidRPr="006C22C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Municipiu / oraș / comună</w:t>
            </w:r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0" w:type="dxa"/>
              <w:bottom w:w="8" w:type="dxa"/>
              <w:right w:w="30" w:type="dxa"/>
            </w:tcMar>
          </w:tcPr>
          <w:p w14:paraId="1E4683AE" w14:textId="77777777" w:rsidR="00776FC7" w:rsidRPr="006C22C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Sat / sector</w:t>
            </w:r>
          </w:p>
        </w:tc>
      </w:tr>
      <w:tr w:rsidR="006C22CD" w:rsidRPr="006C22CD" w14:paraId="74C9304C" w14:textId="77777777">
        <w:trPr>
          <w:jc w:val="center"/>
        </w:trPr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0" w:type="dxa"/>
              <w:bottom w:w="8" w:type="dxa"/>
              <w:right w:w="30" w:type="dxa"/>
            </w:tcMar>
          </w:tcPr>
          <w:p w14:paraId="4D6C9B50" w14:textId="77777777" w:rsidR="00776FC7" w:rsidRPr="006C22C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b/>
                <w:sz w:val="18"/>
                <w:szCs w:val="24"/>
              </w:rPr>
              <w:t xml:space="preserve">Cod </w:t>
            </w:r>
            <w:proofErr w:type="spellStart"/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poștal</w:t>
            </w:r>
            <w:proofErr w:type="spellEnd"/>
          </w:p>
        </w:tc>
        <w:tc>
          <w:tcPr>
            <w:tcW w:w="456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0" w:type="dxa"/>
              <w:bottom w:w="8" w:type="dxa"/>
              <w:right w:w="30" w:type="dxa"/>
            </w:tcMar>
          </w:tcPr>
          <w:p w14:paraId="5A8F259A" w14:textId="77777777" w:rsidR="00776FC7" w:rsidRPr="006C22C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0" w:type="dxa"/>
              <w:bottom w:w="8" w:type="dxa"/>
              <w:right w:w="30" w:type="dxa"/>
            </w:tcMar>
          </w:tcPr>
          <w:p w14:paraId="40A2611B" w14:textId="77777777" w:rsidR="00776FC7" w:rsidRPr="006C22C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0" w:type="dxa"/>
              <w:bottom w:w="8" w:type="dxa"/>
              <w:right w:w="30" w:type="dxa"/>
            </w:tcMar>
          </w:tcPr>
          <w:p w14:paraId="307432AF" w14:textId="77777777" w:rsidR="00776FC7" w:rsidRPr="006C22C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Bl. / sc. / et. / ap.</w:t>
            </w:r>
          </w:p>
        </w:tc>
      </w:tr>
      <w:tr w:rsidR="006C22CD" w:rsidRPr="006C22CD" w14:paraId="2B4C4B0F" w14:textId="77777777">
        <w:trPr>
          <w:jc w:val="center"/>
        </w:trPr>
        <w:tc>
          <w:tcPr>
            <w:tcW w:w="638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0" w:type="dxa"/>
              <w:bottom w:w="8" w:type="dxa"/>
              <w:right w:w="30" w:type="dxa"/>
            </w:tcMar>
          </w:tcPr>
          <w:p w14:paraId="654ED3CF" w14:textId="77777777" w:rsidR="00776FC7" w:rsidRPr="006C22CD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Număr</w:t>
            </w:r>
            <w:proofErr w:type="spellEnd"/>
            <w:r w:rsidRPr="006C22CD">
              <w:rPr>
                <w:rFonts w:ascii="Times New Roman" w:hAnsi="Times New Roman"/>
                <w:b/>
                <w:sz w:val="18"/>
                <w:szCs w:val="24"/>
              </w:rPr>
              <w:t xml:space="preserve"> cadastral</w:t>
            </w:r>
            <w:r w:rsidRPr="006C22CD">
              <w:rPr>
                <w:rFonts w:ascii="Times New Roman" w:hAnsi="Times New Roman"/>
                <w:b/>
                <w:sz w:val="18"/>
                <w:szCs w:val="24"/>
              </w:rPr>
              <w:br/>
            </w:r>
            <w:proofErr w:type="spellStart"/>
            <w:r w:rsidRPr="006C22CD">
              <w:rPr>
                <w:rFonts w:ascii="Times New Roman" w:hAnsi="Times New Roman"/>
                <w:i/>
                <w:sz w:val="16"/>
                <w:szCs w:val="24"/>
              </w:rPr>
              <w:t>dacă</w:t>
            </w:r>
            <w:proofErr w:type="spellEnd"/>
            <w:r w:rsidRPr="006C22CD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6C22CD">
              <w:rPr>
                <w:rFonts w:ascii="Times New Roman" w:hAnsi="Times New Roman"/>
                <w:i/>
                <w:sz w:val="16"/>
                <w:szCs w:val="24"/>
              </w:rPr>
              <w:t>imobilul</w:t>
            </w:r>
            <w:proofErr w:type="spellEnd"/>
            <w:r w:rsidRPr="006C22CD">
              <w:rPr>
                <w:rFonts w:ascii="Times New Roman" w:hAnsi="Times New Roman"/>
                <w:i/>
                <w:sz w:val="16"/>
                <w:szCs w:val="24"/>
              </w:rPr>
              <w:t xml:space="preserve"> e înscris în e-Terra</w:t>
            </w:r>
          </w:p>
        </w:tc>
        <w:tc>
          <w:tcPr>
            <w:tcW w:w="456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0" w:type="dxa"/>
              <w:bottom w:w="8" w:type="dxa"/>
              <w:right w:w="30" w:type="dxa"/>
            </w:tcMar>
          </w:tcPr>
          <w:p w14:paraId="1C20A450" w14:textId="77777777" w:rsidR="00776FC7" w:rsidRPr="006C22C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Carte funciară nr.</w:t>
            </w:r>
          </w:p>
        </w:tc>
      </w:tr>
    </w:tbl>
    <w:p w14:paraId="28E8488E" w14:textId="77777777" w:rsidR="00776FC7" w:rsidRPr="006C22CD" w:rsidRDefault="00000000">
      <w:pPr>
        <w:spacing w:before="80" w:after="60" w:line="240" w:lineRule="auto"/>
        <w:jc w:val="center"/>
        <w:rPr>
          <w:sz w:val="24"/>
          <w:szCs w:val="24"/>
        </w:rPr>
      </w:pPr>
      <w:r w:rsidRPr="006C22CD">
        <w:rPr>
          <w:rFonts w:ascii="Times New Roman" w:hAnsi="Times New Roman"/>
          <w:b/>
          <w:sz w:val="24"/>
          <w:szCs w:val="24"/>
        </w:rPr>
        <w:t>SE CERTIFICĂ: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6C22CD" w:rsidRPr="006C22CD" w14:paraId="58E3A3EF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14" w:type="dxa"/>
              <w:right w:w="35" w:type="dxa"/>
            </w:tcMar>
          </w:tcPr>
          <w:p w14:paraId="72343BB6" w14:textId="77777777" w:rsidR="00776FC7" w:rsidRPr="006C22CD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3. REGIMUL JURIDIC</w:t>
            </w:r>
          </w:p>
        </w:tc>
      </w:tr>
      <w:tr w:rsidR="00776FC7" w:rsidRPr="006C22CD" w14:paraId="2FDC5D7F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14" w:type="dxa"/>
              <w:right w:w="35" w:type="dxa"/>
            </w:tcMar>
          </w:tcPr>
          <w:p w14:paraId="3014FA8A" w14:textId="2ADAD0A5" w:rsidR="00776FC7" w:rsidRPr="006C22CD" w:rsidRDefault="00776FC7">
            <w:pPr>
              <w:rPr>
                <w:sz w:val="24"/>
                <w:szCs w:val="24"/>
              </w:rPr>
            </w:pPr>
          </w:p>
        </w:tc>
      </w:tr>
    </w:tbl>
    <w:p w14:paraId="33FB910D" w14:textId="77777777" w:rsidR="00776FC7" w:rsidRPr="006C22CD" w:rsidRDefault="00776FC7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72"/>
        <w:gridCol w:w="5472"/>
      </w:tblGrid>
      <w:tr w:rsidR="006C22CD" w:rsidRPr="006C22CD" w14:paraId="5B033EFE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8" w:type="dxa"/>
              <w:right w:w="35" w:type="dxa"/>
            </w:tcMar>
          </w:tcPr>
          <w:p w14:paraId="54F8773D" w14:textId="77777777" w:rsidR="00776FC7" w:rsidRPr="006C22CD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4. REGIMUL ECONOMIC</w:t>
            </w:r>
          </w:p>
        </w:tc>
      </w:tr>
      <w:tr w:rsidR="006C22CD" w:rsidRPr="006C22CD" w14:paraId="249E68D3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26947C54" w14:textId="77777777" w:rsidR="00776FC7" w:rsidRPr="006C22CD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Prevederea</w:t>
            </w:r>
            <w:proofErr w:type="spellEnd"/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29726521" w14:textId="77777777" w:rsidR="00776FC7" w:rsidRPr="006C22C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Actul de reglementare</w:t>
            </w:r>
            <w:r w:rsidRPr="006C22CD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6C22CD">
              <w:rPr>
                <w:rFonts w:ascii="Times New Roman" w:hAnsi="Times New Roman"/>
                <w:i/>
                <w:sz w:val="16"/>
                <w:szCs w:val="24"/>
              </w:rPr>
              <w:t xml:space="preserve">RLU · HCL · lege, </w:t>
            </w:r>
            <w:proofErr w:type="gramStart"/>
            <w:r w:rsidRPr="006C22CD">
              <w:rPr>
                <w:rFonts w:ascii="Times New Roman" w:hAnsi="Times New Roman"/>
                <w:i/>
                <w:sz w:val="16"/>
                <w:szCs w:val="24"/>
              </w:rPr>
              <w:t>nr./</w:t>
            </w:r>
            <w:proofErr w:type="gramEnd"/>
            <w:r w:rsidRPr="006C22CD">
              <w:rPr>
                <w:rFonts w:ascii="Times New Roman" w:hAnsi="Times New Roman"/>
                <w:i/>
                <w:sz w:val="16"/>
                <w:szCs w:val="24"/>
              </w:rPr>
              <w:t>an</w:t>
            </w:r>
          </w:p>
        </w:tc>
      </w:tr>
      <w:tr w:rsidR="006C22CD" w:rsidRPr="006C22CD" w14:paraId="40EFA5C1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6C282537" w14:textId="77777777" w:rsidR="00776FC7" w:rsidRPr="006C22CD" w:rsidRDefault="00776FC7">
            <w:pPr>
              <w:rPr>
                <w:sz w:val="24"/>
                <w:szCs w:val="24"/>
              </w:rPr>
            </w:pPr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5B28A285" w14:textId="77777777" w:rsidR="00776FC7" w:rsidRPr="006C22CD" w:rsidRDefault="00776FC7">
            <w:pPr>
              <w:rPr>
                <w:sz w:val="24"/>
                <w:szCs w:val="24"/>
              </w:rPr>
            </w:pPr>
          </w:p>
        </w:tc>
      </w:tr>
      <w:tr w:rsidR="00776FC7" w:rsidRPr="006C22CD" w14:paraId="76D1B01C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44B6A3FF" w14:textId="77777777" w:rsidR="00776FC7" w:rsidRPr="006C22CD" w:rsidRDefault="00776FC7">
            <w:pPr>
              <w:rPr>
                <w:sz w:val="24"/>
                <w:szCs w:val="24"/>
              </w:rPr>
            </w:pPr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2DBE4109" w14:textId="77777777" w:rsidR="00776FC7" w:rsidRPr="006C22CD" w:rsidRDefault="00776FC7">
            <w:pPr>
              <w:rPr>
                <w:sz w:val="24"/>
                <w:szCs w:val="24"/>
              </w:rPr>
            </w:pPr>
          </w:p>
        </w:tc>
      </w:tr>
    </w:tbl>
    <w:p w14:paraId="0D83A52F" w14:textId="77777777" w:rsidR="002043A8" w:rsidRPr="006C22CD" w:rsidRDefault="002043A8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72"/>
        <w:gridCol w:w="5472"/>
      </w:tblGrid>
      <w:tr w:rsidR="006C22CD" w:rsidRPr="006C22CD" w14:paraId="69A9456F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8" w:type="dxa"/>
              <w:right w:w="35" w:type="dxa"/>
            </w:tcMar>
          </w:tcPr>
          <w:p w14:paraId="68A6FF9E" w14:textId="77777777" w:rsidR="00776FC7" w:rsidRPr="006C22CD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5. REGIMUL TEHNIC</w:t>
            </w:r>
          </w:p>
        </w:tc>
      </w:tr>
      <w:tr w:rsidR="006C22CD" w:rsidRPr="006C22CD" w14:paraId="68F77065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1DD9A8E4" w14:textId="77777777" w:rsidR="00776FC7" w:rsidRPr="006C22CD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Prevederea</w:t>
            </w:r>
            <w:proofErr w:type="spellEnd"/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4230E614" w14:textId="77777777" w:rsidR="00776FC7" w:rsidRPr="006C22C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Actul de reglementare</w:t>
            </w:r>
            <w:r w:rsidRPr="006C22CD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6C22CD">
              <w:rPr>
                <w:rFonts w:ascii="Times New Roman" w:hAnsi="Times New Roman"/>
                <w:i/>
                <w:sz w:val="16"/>
                <w:szCs w:val="24"/>
              </w:rPr>
              <w:t xml:space="preserve">RLU · HCL · lege, </w:t>
            </w:r>
            <w:proofErr w:type="gramStart"/>
            <w:r w:rsidRPr="006C22CD">
              <w:rPr>
                <w:rFonts w:ascii="Times New Roman" w:hAnsi="Times New Roman"/>
                <w:i/>
                <w:sz w:val="16"/>
                <w:szCs w:val="24"/>
              </w:rPr>
              <w:t>nr./</w:t>
            </w:r>
            <w:proofErr w:type="gramEnd"/>
            <w:r w:rsidRPr="006C22CD">
              <w:rPr>
                <w:rFonts w:ascii="Times New Roman" w:hAnsi="Times New Roman"/>
                <w:i/>
                <w:sz w:val="16"/>
                <w:szCs w:val="24"/>
              </w:rPr>
              <w:t>an</w:t>
            </w:r>
          </w:p>
        </w:tc>
      </w:tr>
      <w:tr w:rsidR="006C22CD" w:rsidRPr="006C22CD" w14:paraId="03C73059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779FB871" w14:textId="77777777" w:rsidR="00776FC7" w:rsidRPr="006C22CD" w:rsidRDefault="00776FC7">
            <w:pPr>
              <w:rPr>
                <w:sz w:val="24"/>
                <w:szCs w:val="24"/>
              </w:rPr>
            </w:pPr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4573BA84" w14:textId="77777777" w:rsidR="00776FC7" w:rsidRPr="006C22CD" w:rsidRDefault="00776FC7">
            <w:pPr>
              <w:rPr>
                <w:sz w:val="24"/>
                <w:szCs w:val="24"/>
              </w:rPr>
            </w:pPr>
          </w:p>
        </w:tc>
      </w:tr>
      <w:tr w:rsidR="00776FC7" w:rsidRPr="006C22CD" w14:paraId="26226D3D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0B968A5F" w14:textId="77777777" w:rsidR="00776FC7" w:rsidRPr="006C22CD" w:rsidRDefault="00776FC7">
            <w:pPr>
              <w:rPr>
                <w:sz w:val="24"/>
                <w:szCs w:val="24"/>
              </w:rPr>
            </w:pPr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29470F4B" w14:textId="77777777" w:rsidR="00776FC7" w:rsidRPr="006C22CD" w:rsidRDefault="00776FC7">
            <w:pPr>
              <w:rPr>
                <w:sz w:val="24"/>
                <w:szCs w:val="24"/>
              </w:rPr>
            </w:pPr>
          </w:p>
        </w:tc>
      </w:tr>
    </w:tbl>
    <w:p w14:paraId="11C59175" w14:textId="77777777" w:rsidR="00776FC7" w:rsidRPr="006C22CD" w:rsidRDefault="00776FC7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6C22CD" w:rsidRPr="006C22CD" w14:paraId="73187FF6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12" w:type="dxa"/>
              <w:right w:w="35" w:type="dxa"/>
            </w:tcMar>
          </w:tcPr>
          <w:p w14:paraId="6369F63D" w14:textId="77777777" w:rsidR="00776FC7" w:rsidRPr="006C22CD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6. INFORMAȚII PRIVIND TRASEELE, AMPLASAREA, CALITATEA ȘI CAPACITATEA REȚELELOR</w:t>
            </w:r>
            <w:r w:rsidRPr="006C22CD">
              <w:rPr>
                <w:rFonts w:ascii="Times New Roman" w:hAnsi="Times New Roman"/>
                <w:b/>
                <w:sz w:val="18"/>
                <w:szCs w:val="24"/>
              </w:rPr>
              <w:br/>
              <w:t>EDILITARE DIN ZONA IMOBILULUI</w:t>
            </w:r>
          </w:p>
        </w:tc>
      </w:tr>
      <w:tr w:rsidR="00776FC7" w:rsidRPr="006C22CD" w14:paraId="17E7548B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12" w:type="dxa"/>
              <w:right w:w="35" w:type="dxa"/>
            </w:tcMar>
          </w:tcPr>
          <w:p w14:paraId="0DF1FF99" w14:textId="77777777" w:rsidR="00776FC7" w:rsidRPr="006C22CD" w:rsidRDefault="00776FC7">
            <w:pPr>
              <w:rPr>
                <w:sz w:val="24"/>
                <w:szCs w:val="24"/>
              </w:rPr>
            </w:pPr>
          </w:p>
        </w:tc>
      </w:tr>
    </w:tbl>
    <w:p w14:paraId="1B5CABA7" w14:textId="77777777" w:rsidR="002043A8" w:rsidRPr="00C8218A" w:rsidRDefault="002043A8">
      <w:pPr>
        <w:spacing w:before="20" w:after="0"/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6C22CD" w:rsidRPr="006C22CD" w14:paraId="1CCF3481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6" w:type="dxa"/>
              <w:right w:w="35" w:type="dxa"/>
            </w:tcMar>
          </w:tcPr>
          <w:p w14:paraId="2E5C0F99" w14:textId="77777777" w:rsidR="00776FC7" w:rsidRPr="006C22CD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7. ANEXE</w:t>
            </w:r>
          </w:p>
        </w:tc>
      </w:tr>
      <w:tr w:rsidR="00776FC7" w:rsidRPr="006C22CD" w14:paraId="1D847A50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541DFD1F" w14:textId="77777777" w:rsidR="00776FC7" w:rsidRPr="006C22CD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sz w:val="18"/>
                <w:szCs w:val="24"/>
              </w:rPr>
              <w:t xml:space="preserve">☐ extras din </w:t>
            </w:r>
            <w:proofErr w:type="spellStart"/>
            <w:r w:rsidRPr="006C22CD">
              <w:rPr>
                <w:rFonts w:ascii="Times New Roman" w:hAnsi="Times New Roman"/>
                <w:sz w:val="18"/>
                <w:szCs w:val="24"/>
              </w:rPr>
              <w:t>sistemul</w:t>
            </w:r>
            <w:proofErr w:type="spellEnd"/>
            <w:r w:rsidRPr="006C22CD">
              <w:rPr>
                <w:rFonts w:ascii="Times New Roman" w:hAnsi="Times New Roman"/>
                <w:sz w:val="18"/>
                <w:szCs w:val="24"/>
              </w:rPr>
              <w:t xml:space="preserve"> GIS cu </w:t>
            </w:r>
            <w:proofErr w:type="spellStart"/>
            <w:r w:rsidRPr="006C22CD">
              <w:rPr>
                <w:rFonts w:ascii="Times New Roman" w:hAnsi="Times New Roman"/>
                <w:sz w:val="18"/>
                <w:szCs w:val="24"/>
              </w:rPr>
              <w:t>rețelele</w:t>
            </w:r>
            <w:proofErr w:type="spellEnd"/>
            <w:r w:rsidRPr="006C22CD">
              <w:rPr>
                <w:rFonts w:ascii="Times New Roman" w:hAnsi="Times New Roman"/>
                <w:sz w:val="18"/>
                <w:szCs w:val="24"/>
              </w:rPr>
              <w:t xml:space="preserve"> edilitare, după caz</w:t>
            </w:r>
            <w:r w:rsidRPr="006C22CD">
              <w:rPr>
                <w:rFonts w:ascii="Times New Roman" w:hAnsi="Times New Roman"/>
                <w:sz w:val="18"/>
                <w:szCs w:val="24"/>
              </w:rPr>
              <w:br/>
              <w:t>☐ plan de încadrare în documentația de urbanism aplicabilă, după caz</w:t>
            </w:r>
          </w:p>
        </w:tc>
      </w:tr>
    </w:tbl>
    <w:p w14:paraId="2EFAFC5C" w14:textId="77777777" w:rsidR="002043A8" w:rsidRPr="00C8218A" w:rsidRDefault="002043A8">
      <w:pPr>
        <w:spacing w:before="20" w:after="0"/>
        <w:rPr>
          <w:sz w:val="10"/>
          <w:szCs w:val="10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6C22CD" w:rsidRPr="006C22CD" w14:paraId="01F5B562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0" w:type="dxa"/>
              <w:bottom w:w="10" w:type="dxa"/>
              <w:right w:w="30" w:type="dxa"/>
            </w:tcMar>
          </w:tcPr>
          <w:p w14:paraId="1DE1FEB9" w14:textId="77777777" w:rsidR="00776FC7" w:rsidRPr="006C22CD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8. SEMNĂTURA</w:t>
            </w:r>
          </w:p>
        </w:tc>
      </w:tr>
      <w:tr w:rsidR="006C22CD" w:rsidRPr="006C22CD" w14:paraId="0220EF59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10" w:type="dxa"/>
              <w:right w:w="30" w:type="dxa"/>
            </w:tcMar>
          </w:tcPr>
          <w:p w14:paraId="4A3C3097" w14:textId="56E24F4A" w:rsidR="00776FC7" w:rsidRPr="006C22CD" w:rsidRDefault="00000000">
            <w:pPr>
              <w:spacing w:after="1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Arhitect-șef</w:t>
            </w:r>
            <w:proofErr w:type="spellEnd"/>
            <w:r w:rsidRPr="006C22CD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6C22CD">
              <w:rPr>
                <w:rFonts w:ascii="Times New Roman" w:hAnsi="Times New Roman"/>
                <w:b/>
                <w:sz w:val="18"/>
                <w:szCs w:val="24"/>
              </w:rPr>
              <w:br/>
            </w:r>
            <w:proofErr w:type="spellStart"/>
            <w:r w:rsidRPr="006C22CD">
              <w:rPr>
                <w:rFonts w:ascii="Times New Roman" w:hAnsi="Times New Roman"/>
                <w:i/>
                <w:sz w:val="16"/>
                <w:szCs w:val="24"/>
              </w:rPr>
              <w:t>numele</w:t>
            </w:r>
            <w:proofErr w:type="spellEnd"/>
            <w:r w:rsidRPr="006C22CD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6C22CD">
              <w:rPr>
                <w:rFonts w:ascii="Times New Roman" w:hAnsi="Times New Roman"/>
                <w:i/>
                <w:sz w:val="16"/>
                <w:szCs w:val="24"/>
              </w:rPr>
              <w:t>și</w:t>
            </w:r>
            <w:proofErr w:type="spellEnd"/>
            <w:r w:rsidRPr="006C22CD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6C22CD">
              <w:rPr>
                <w:rFonts w:ascii="Times New Roman" w:hAnsi="Times New Roman"/>
                <w:i/>
                <w:sz w:val="16"/>
                <w:szCs w:val="24"/>
              </w:rPr>
              <w:t>semnătura</w:t>
            </w:r>
            <w:proofErr w:type="spellEnd"/>
          </w:p>
        </w:tc>
      </w:tr>
      <w:tr w:rsidR="00776FC7" w:rsidRPr="006C22CD" w14:paraId="0DCC5772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10" w:type="dxa"/>
              <w:right w:w="30" w:type="dxa"/>
            </w:tcMar>
          </w:tcPr>
          <w:p w14:paraId="448ACF52" w14:textId="77777777" w:rsidR="00776FC7" w:rsidRPr="006C22CD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Achitat</w:t>
            </w:r>
            <w:proofErr w:type="spellEnd"/>
            <w:r w:rsidRPr="006C22CD">
              <w:rPr>
                <w:rFonts w:ascii="Times New Roman" w:hAnsi="Times New Roman"/>
                <w:b/>
                <w:sz w:val="18"/>
                <w:szCs w:val="24"/>
              </w:rPr>
              <w:t xml:space="preserve"> taxa de (lei)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10" w:type="dxa"/>
              <w:right w:w="30" w:type="dxa"/>
            </w:tcMar>
          </w:tcPr>
          <w:p w14:paraId="1C405A28" w14:textId="77777777" w:rsidR="00776FC7" w:rsidRPr="006C22C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b/>
                <w:sz w:val="18"/>
                <w:szCs w:val="24"/>
              </w:rPr>
              <w:t xml:space="preserve">Chitanța nr. / </w:t>
            </w:r>
            <w:proofErr w:type="gramStart"/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data</w:t>
            </w:r>
            <w:proofErr w:type="gramEnd"/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10" w:type="dxa"/>
              <w:right w:w="30" w:type="dxa"/>
            </w:tcMar>
          </w:tcPr>
          <w:p w14:paraId="6BCF6115" w14:textId="77777777" w:rsidR="00776FC7" w:rsidRPr="006C22C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6C22CD">
              <w:rPr>
                <w:rFonts w:ascii="Times New Roman" w:hAnsi="Times New Roman"/>
                <w:b/>
                <w:sz w:val="18"/>
                <w:szCs w:val="24"/>
              </w:rPr>
              <w:t>Transmis solicitantului la data</w:t>
            </w:r>
            <w:r w:rsidRPr="006C22CD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6C22CD">
              <w:rPr>
                <w:rFonts w:ascii="Times New Roman" w:hAnsi="Times New Roman"/>
                <w:i/>
                <w:sz w:val="16"/>
                <w:szCs w:val="24"/>
              </w:rPr>
              <w:t>direct / prin poștă / digital</w:t>
            </w:r>
          </w:p>
        </w:tc>
      </w:tr>
    </w:tbl>
    <w:p w14:paraId="73436AC8" w14:textId="77777777" w:rsidR="001C06F6" w:rsidRPr="006C22CD" w:rsidRDefault="001C06F6">
      <w:pPr>
        <w:rPr>
          <w:sz w:val="24"/>
          <w:szCs w:val="24"/>
        </w:rPr>
      </w:pPr>
    </w:p>
    <w:sectPr w:rsidR="001C06F6" w:rsidRPr="006C22CD" w:rsidSect="002043A8">
      <w:headerReference w:type="default" r:id="rId10"/>
      <w:footerReference w:type="default" r:id="rId11"/>
      <w:pgSz w:w="11906" w:h="16838" w:code="9"/>
      <w:pgMar w:top="504" w:right="648" w:bottom="504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FB8F2" w14:textId="77777777" w:rsidR="00711C67" w:rsidRDefault="00711C67">
      <w:pPr>
        <w:spacing w:after="0" w:line="240" w:lineRule="auto"/>
      </w:pPr>
      <w:r>
        <w:separator/>
      </w:r>
    </w:p>
  </w:endnote>
  <w:endnote w:type="continuationSeparator" w:id="0">
    <w:p w14:paraId="38279A76" w14:textId="77777777" w:rsidR="00711C67" w:rsidRDefault="00711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1DEB0" w14:textId="77777777" w:rsidR="00776FC7" w:rsidRDefault="00776F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B94F5" w14:textId="77777777" w:rsidR="00711C67" w:rsidRDefault="00711C67">
      <w:pPr>
        <w:spacing w:after="0" w:line="240" w:lineRule="auto"/>
      </w:pPr>
      <w:r>
        <w:separator/>
      </w:r>
    </w:p>
  </w:footnote>
  <w:footnote w:type="continuationSeparator" w:id="0">
    <w:p w14:paraId="638AD241" w14:textId="77777777" w:rsidR="00711C67" w:rsidRDefault="00711C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2AA41" w14:textId="77777777" w:rsidR="00776FC7" w:rsidRDefault="00776F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51031631">
    <w:abstractNumId w:val="8"/>
  </w:num>
  <w:num w:numId="2" w16cid:durableId="50931539">
    <w:abstractNumId w:val="6"/>
  </w:num>
  <w:num w:numId="3" w16cid:durableId="947783403">
    <w:abstractNumId w:val="5"/>
  </w:num>
  <w:num w:numId="4" w16cid:durableId="895968311">
    <w:abstractNumId w:val="4"/>
  </w:num>
  <w:num w:numId="5" w16cid:durableId="803356585">
    <w:abstractNumId w:val="7"/>
  </w:num>
  <w:num w:numId="6" w16cid:durableId="1395741807">
    <w:abstractNumId w:val="3"/>
  </w:num>
  <w:num w:numId="7" w16cid:durableId="221722247">
    <w:abstractNumId w:val="2"/>
  </w:num>
  <w:num w:numId="8" w16cid:durableId="1802796748">
    <w:abstractNumId w:val="1"/>
  </w:num>
  <w:num w:numId="9" w16cid:durableId="1399327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2443"/>
    <w:rsid w:val="00034616"/>
    <w:rsid w:val="00034D0F"/>
    <w:rsid w:val="0006063C"/>
    <w:rsid w:val="00122838"/>
    <w:rsid w:val="0015074B"/>
    <w:rsid w:val="00171524"/>
    <w:rsid w:val="001C06F6"/>
    <w:rsid w:val="001F7BBB"/>
    <w:rsid w:val="00200FFD"/>
    <w:rsid w:val="002043A8"/>
    <w:rsid w:val="0029639D"/>
    <w:rsid w:val="00326F90"/>
    <w:rsid w:val="004A6029"/>
    <w:rsid w:val="00586264"/>
    <w:rsid w:val="00626FD1"/>
    <w:rsid w:val="006C22CD"/>
    <w:rsid w:val="00711C67"/>
    <w:rsid w:val="00776FC7"/>
    <w:rsid w:val="0079040C"/>
    <w:rsid w:val="009339C9"/>
    <w:rsid w:val="00AA1D8D"/>
    <w:rsid w:val="00B47730"/>
    <w:rsid w:val="00C8218A"/>
    <w:rsid w:val="00CB0664"/>
    <w:rsid w:val="00E16E5A"/>
    <w:rsid w:val="00F163A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4850CC"/>
  <w14:defaultImageDpi w14:val="300"/>
  <w15:docId w15:val="{9F890164-E9C5-4B03-AA50-23E3591BE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9339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nsiliu@cjvalce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Alin2</cp:lastModifiedBy>
  <cp:revision>8</cp:revision>
  <dcterms:created xsi:type="dcterms:W3CDTF">2013-12-23T23:15:00Z</dcterms:created>
  <dcterms:modified xsi:type="dcterms:W3CDTF">2026-09-01T06:20:00Z</dcterms:modified>
  <cp:category/>
</cp:coreProperties>
</file>