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30701C" w14:paraId="5BF8D079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E610D8E" w14:textId="74A780BD" w:rsidR="0030701C" w:rsidRDefault="0030701C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75E71D6E" wp14:editId="240F2913">
                  <wp:extent cx="1152525" cy="1257300"/>
                  <wp:effectExtent l="0" t="0" r="9525" b="0"/>
                  <wp:docPr id="13305885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C51DF86" w14:textId="77777777" w:rsidR="0030701C" w:rsidRDefault="0030701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30701C" w14:paraId="3CE2B1C7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A605" w14:textId="77777777" w:rsidR="0030701C" w:rsidRDefault="0030701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A87F585" w14:textId="77777777" w:rsidR="0030701C" w:rsidRDefault="0030701C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30701C" w14:paraId="04A4A950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FD8D" w14:textId="77777777" w:rsidR="0030701C" w:rsidRDefault="0030701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96DF766" w14:textId="77777777" w:rsidR="0030701C" w:rsidRDefault="0030701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5AB8AA1E" w14:textId="77777777" w:rsidR="0030701C" w:rsidRDefault="0030701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79632539" w14:textId="77777777" w:rsidR="0030701C" w:rsidRDefault="0030701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6B980439" w14:textId="77777777" w:rsidR="0030701C" w:rsidRDefault="0030701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41E6FD1C" w14:textId="77777777" w:rsidR="0030701C" w:rsidRDefault="0030701C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5589057E" w14:textId="77777777" w:rsidR="0030701C" w:rsidRDefault="0030701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30701C" w14:paraId="24007C47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0232D" w14:textId="77777777" w:rsidR="0030701C" w:rsidRDefault="0030701C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C524944" w14:textId="77777777" w:rsidR="0030701C" w:rsidRDefault="0030701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2BD1A054" w14:textId="77777777" w:rsidR="0030701C" w:rsidRDefault="0030701C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7819E3A6" w14:textId="5D33B61A" w:rsidR="00246D06" w:rsidRPr="00F273DE" w:rsidRDefault="00000000" w:rsidP="00723322">
      <w:pPr>
        <w:spacing w:before="80" w:after="60" w:line="240" w:lineRule="auto"/>
        <w:jc w:val="center"/>
      </w:pPr>
      <w:r w:rsidRPr="00F273DE">
        <w:rPr>
          <w:rFonts w:ascii="Times New Roman" w:hAnsi="Times New Roman"/>
          <w:b/>
          <w:sz w:val="24"/>
        </w:rPr>
        <w:t>CERTIFICAT DE URBANISM PENTRU OPERAȚIUNI</w:t>
      </w:r>
      <w:r w:rsidRPr="00F273DE">
        <w:rPr>
          <w:rFonts w:ascii="Times New Roman" w:hAnsi="Times New Roman"/>
          <w:b/>
          <w:sz w:val="24"/>
        </w:rPr>
        <w:br/>
        <w:t>CADASTRALE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F273DE" w:rsidRPr="00F273DE" w14:paraId="5E1B1BD1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143F5E8E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1. REFERINȚE ȘI TEMEI</w:t>
            </w:r>
          </w:p>
        </w:tc>
      </w:tr>
      <w:tr w:rsidR="00F273DE" w:rsidRPr="00F273DE" w14:paraId="38CCD8EE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106FD89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 xml:space="preserve">Ca </w:t>
            </w: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urmare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a </w:t>
            </w: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cererii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14395E18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77DB72B7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a solicitantului</w:t>
            </w:r>
          </w:p>
        </w:tc>
      </w:tr>
      <w:tr w:rsidR="00246D06" w:rsidRPr="00F273DE" w14:paraId="715AF4FD" w14:textId="77777777">
        <w:trPr>
          <w:jc w:val="center"/>
        </w:trPr>
        <w:tc>
          <w:tcPr>
            <w:tcW w:w="729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5AB0571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Documentația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de urbanism </w:t>
            </w: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aplicabilă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i/>
                <w:sz w:val="14"/>
              </w:rPr>
              <w:t>nr. / faza PUG · PUZ · PUD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CFC97DE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Aprobată prin hotărârea CJ / CL nr. / data</w:t>
            </w:r>
          </w:p>
        </w:tc>
      </w:tr>
    </w:tbl>
    <w:p w14:paraId="497589D7" w14:textId="77777777" w:rsidR="00246D06" w:rsidRPr="00F273DE" w:rsidRDefault="00246D06">
      <w:pPr>
        <w:spacing w:before="2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736"/>
        <w:gridCol w:w="912"/>
        <w:gridCol w:w="2736"/>
        <w:gridCol w:w="912"/>
        <w:gridCol w:w="1824"/>
        <w:gridCol w:w="1824"/>
      </w:tblGrid>
      <w:tr w:rsidR="00F273DE" w:rsidRPr="00F273DE" w14:paraId="5807B69E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3D35E7BB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2. IMOBILUL</w:t>
            </w:r>
          </w:p>
        </w:tc>
      </w:tr>
      <w:tr w:rsidR="00F273DE" w:rsidRPr="00F273DE" w14:paraId="7C63ABBE" w14:textId="77777777">
        <w:trPr>
          <w:jc w:val="center"/>
        </w:trPr>
        <w:tc>
          <w:tcPr>
            <w:tcW w:w="10944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AF5A264" w14:textId="77777777" w:rsidR="00246D06" w:rsidRPr="00F273DE" w:rsidRDefault="00000000">
            <w:pPr>
              <w:spacing w:after="10" w:line="240" w:lineRule="auto"/>
            </w:pPr>
            <w:r w:rsidRPr="00F273DE">
              <w:rPr>
                <w:rFonts w:ascii="Times New Roman" w:hAnsi="Times New Roman"/>
                <w:sz w:val="16"/>
              </w:rPr>
              <w:t xml:space="preserve">☐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teren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    ☐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construcții</w:t>
            </w:r>
            <w:proofErr w:type="spellEnd"/>
          </w:p>
        </w:tc>
      </w:tr>
      <w:tr w:rsidR="00F273DE" w:rsidRPr="00F273DE" w14:paraId="53AD3612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6C09AED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Județ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6043629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Municipiu / oraș / comună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A9EA85A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Sat / sector</w:t>
            </w:r>
          </w:p>
        </w:tc>
      </w:tr>
      <w:tr w:rsidR="00F273DE" w:rsidRPr="00F273DE" w14:paraId="78B1F45B" w14:textId="77777777">
        <w:trPr>
          <w:jc w:val="center"/>
        </w:trPr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7004547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 xml:space="preserve">Cod </w:t>
            </w: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poștal</w:t>
            </w:r>
            <w:proofErr w:type="spellEnd"/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06E8E7C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Strada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C5CEEC8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Nr.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441504A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Bl. / sc. / et. / ap.</w:t>
            </w:r>
          </w:p>
        </w:tc>
      </w:tr>
      <w:tr w:rsidR="00F273DE" w:rsidRPr="00F273DE" w14:paraId="6685F5A0" w14:textId="77777777">
        <w:trPr>
          <w:jc w:val="center"/>
        </w:trPr>
        <w:tc>
          <w:tcPr>
            <w:tcW w:w="638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DF84037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Număr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cadastral</w:t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proofErr w:type="spellStart"/>
            <w:r w:rsidRPr="00F273DE">
              <w:rPr>
                <w:rFonts w:ascii="Times New Roman" w:hAnsi="Times New Roman"/>
                <w:i/>
                <w:sz w:val="14"/>
              </w:rPr>
              <w:t>dacă</w:t>
            </w:r>
            <w:proofErr w:type="spellEnd"/>
            <w:r w:rsidRPr="00F273DE">
              <w:rPr>
                <w:rFonts w:ascii="Times New Roman" w:hAnsi="Times New Roman"/>
                <w:i/>
                <w:sz w:val="14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i/>
                <w:sz w:val="14"/>
              </w:rPr>
              <w:t>imobilul</w:t>
            </w:r>
            <w:proofErr w:type="spellEnd"/>
            <w:r w:rsidRPr="00F273DE">
              <w:rPr>
                <w:rFonts w:ascii="Times New Roman" w:hAnsi="Times New Roman"/>
                <w:i/>
                <w:sz w:val="14"/>
              </w:rPr>
              <w:t xml:space="preserve"> e înscris în e-Terra</w:t>
            </w:r>
          </w:p>
        </w:tc>
        <w:tc>
          <w:tcPr>
            <w:tcW w:w="456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7C4733F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Carte funciară nr.</w:t>
            </w:r>
          </w:p>
        </w:tc>
      </w:tr>
    </w:tbl>
    <w:p w14:paraId="3C2CEEBD" w14:textId="77777777" w:rsidR="00246D06" w:rsidRPr="00F273DE" w:rsidRDefault="00000000">
      <w:pPr>
        <w:spacing w:before="60" w:after="40" w:line="240" w:lineRule="auto"/>
        <w:jc w:val="center"/>
      </w:pPr>
      <w:r w:rsidRPr="00F273DE">
        <w:rPr>
          <w:rFonts w:ascii="Times New Roman" w:hAnsi="Times New Roman"/>
          <w:b/>
        </w:rPr>
        <w:t>SE CERTIFICĂ: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273DE" w:rsidRPr="00F273DE" w14:paraId="14296833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4" w:type="dxa"/>
              <w:right w:w="35" w:type="dxa"/>
            </w:tcMar>
          </w:tcPr>
          <w:p w14:paraId="22CFACEB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3. REGIMUL JURIDIC</w:t>
            </w:r>
          </w:p>
        </w:tc>
      </w:tr>
      <w:tr w:rsidR="00246D06" w:rsidRPr="00F273DE" w14:paraId="751EF44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4" w:type="dxa"/>
              <w:right w:w="35" w:type="dxa"/>
            </w:tcMar>
          </w:tcPr>
          <w:p w14:paraId="138F222E" w14:textId="77777777" w:rsidR="00246D06" w:rsidRPr="00F273DE" w:rsidRDefault="00246D06"/>
        </w:tc>
      </w:tr>
    </w:tbl>
    <w:p w14:paraId="3F8E697D" w14:textId="77777777" w:rsidR="00246D06" w:rsidRPr="00F273DE" w:rsidRDefault="00246D06">
      <w:pPr>
        <w:spacing w:before="2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F273DE" w:rsidRPr="00F273DE" w14:paraId="06EBFBF6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5571B9A6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4. REGIMUL ECONOMIC</w:t>
            </w:r>
          </w:p>
        </w:tc>
      </w:tr>
      <w:tr w:rsidR="00F273DE" w:rsidRPr="00F273DE" w14:paraId="571661FF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62DBA00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43455D3A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Actul de reglementare</w:t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i/>
                <w:sz w:val="14"/>
              </w:rPr>
              <w:t>RLU · HCL · lege, nr./an</w:t>
            </w:r>
          </w:p>
        </w:tc>
      </w:tr>
      <w:tr w:rsidR="00F273DE" w:rsidRPr="00F273DE" w14:paraId="7C40CD45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10BA4B02" w14:textId="77777777" w:rsidR="00246D06" w:rsidRPr="00F273DE" w:rsidRDefault="00246D06"/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5DC3742" w14:textId="77777777" w:rsidR="00246D06" w:rsidRPr="00F273DE" w:rsidRDefault="00246D06"/>
        </w:tc>
      </w:tr>
      <w:tr w:rsidR="00246D06" w:rsidRPr="00F273DE" w14:paraId="787B86E8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D0FB84A" w14:textId="29D1C484" w:rsidR="00D302FB" w:rsidRPr="00F273DE" w:rsidRDefault="00D302FB"/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3F1DE233" w14:textId="77777777" w:rsidR="00246D06" w:rsidRPr="00F273DE" w:rsidRDefault="00246D06"/>
        </w:tc>
      </w:tr>
    </w:tbl>
    <w:p w14:paraId="35F35DF4" w14:textId="77777777" w:rsidR="00246D06" w:rsidRPr="00F273DE" w:rsidRDefault="00246D06">
      <w:pPr>
        <w:spacing w:before="2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F273DE" w:rsidRPr="00F273DE" w14:paraId="3CA88610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8" w:type="dxa"/>
              <w:right w:w="35" w:type="dxa"/>
            </w:tcMar>
          </w:tcPr>
          <w:p w14:paraId="5468343A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5. REGIMUL TEHNIC</w:t>
            </w:r>
          </w:p>
        </w:tc>
      </w:tr>
      <w:tr w:rsidR="00F273DE" w:rsidRPr="00F273DE" w14:paraId="6D453CCE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82BEA5B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Prevederea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37CA7708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Actul de reglementare</w:t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i/>
                <w:sz w:val="14"/>
              </w:rPr>
              <w:t>RLU · HCL · lege, nr./an</w:t>
            </w:r>
          </w:p>
        </w:tc>
      </w:tr>
      <w:tr w:rsidR="00F273DE" w:rsidRPr="00F273DE" w14:paraId="4D7C1CBA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143A8EF1" w14:textId="77777777" w:rsidR="00246D06" w:rsidRPr="00F273DE" w:rsidRDefault="00246D06"/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58A80CE" w14:textId="77777777" w:rsidR="00246D06" w:rsidRPr="00F273DE" w:rsidRDefault="00246D06"/>
        </w:tc>
      </w:tr>
      <w:tr w:rsidR="00246D06" w:rsidRPr="00F273DE" w14:paraId="6A47A358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2D66E6C2" w14:textId="77777777" w:rsidR="00246D06" w:rsidRPr="00F273DE" w:rsidRDefault="00246D06"/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8" w:type="dxa"/>
              <w:right w:w="35" w:type="dxa"/>
            </w:tcMar>
          </w:tcPr>
          <w:p w14:paraId="5FAF7C7D" w14:textId="77777777" w:rsidR="00246D06" w:rsidRPr="00F273DE" w:rsidRDefault="00246D06"/>
        </w:tc>
      </w:tr>
    </w:tbl>
    <w:p w14:paraId="5952624D" w14:textId="77777777" w:rsidR="00246D06" w:rsidRPr="00F273DE" w:rsidRDefault="00246D06">
      <w:pPr>
        <w:spacing w:before="2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273DE" w:rsidRPr="00F273DE" w14:paraId="23A6278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12" w:type="dxa"/>
              <w:right w:w="35" w:type="dxa"/>
            </w:tcMar>
          </w:tcPr>
          <w:p w14:paraId="4891FD10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6. INFORMAȚII PRIVIND TRASEELE, AMPLASAREA, CALITATEA ȘI CAPACITATEA REȚELELOR</w:t>
            </w:r>
            <w:r w:rsidRPr="00F273DE">
              <w:rPr>
                <w:rFonts w:ascii="Times New Roman" w:hAnsi="Times New Roman"/>
                <w:b/>
                <w:sz w:val="17"/>
              </w:rPr>
              <w:br/>
              <w:t>EDILITARE DIN ZONA IMOBILULUI</w:t>
            </w:r>
          </w:p>
        </w:tc>
      </w:tr>
      <w:tr w:rsidR="00246D06" w:rsidRPr="00F273DE" w14:paraId="20C68EA3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12" w:type="dxa"/>
              <w:right w:w="35" w:type="dxa"/>
            </w:tcMar>
          </w:tcPr>
          <w:p w14:paraId="38474248" w14:textId="77777777" w:rsidR="00246D06" w:rsidRPr="00F273DE" w:rsidRDefault="00246D06"/>
        </w:tc>
      </w:tr>
    </w:tbl>
    <w:p w14:paraId="7C5ACBD1" w14:textId="77777777" w:rsidR="00246D06" w:rsidRPr="00F273DE" w:rsidRDefault="00246D06">
      <w:pPr>
        <w:spacing w:before="2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273DE" w:rsidRPr="00F273DE" w14:paraId="2E8E500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5" w:type="dxa"/>
              <w:bottom w:w="4" w:type="dxa"/>
              <w:right w:w="35" w:type="dxa"/>
            </w:tcMar>
          </w:tcPr>
          <w:p w14:paraId="424A1181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7. CONDIȚII OBLIGATORII PENTRU REALIZAREA OPERAȚIUNII CADASTRALE</w:t>
            </w:r>
          </w:p>
        </w:tc>
      </w:tr>
      <w:tr w:rsidR="00F273DE" w:rsidRPr="00F273DE" w14:paraId="39B1EA4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4" w:type="dxa"/>
              <w:right w:w="35" w:type="dxa"/>
            </w:tcMar>
          </w:tcPr>
          <w:p w14:paraId="24A06E3D" w14:textId="77777777" w:rsidR="00246D06" w:rsidRPr="00F273DE" w:rsidRDefault="00000000">
            <w:pPr>
              <w:spacing w:after="10" w:line="240" w:lineRule="auto"/>
            </w:pPr>
            <w:proofErr w:type="spellStart"/>
            <w:r w:rsidRPr="00F273DE">
              <w:rPr>
                <w:rFonts w:ascii="Times New Roman" w:hAnsi="Times New Roman"/>
                <w:i/>
                <w:sz w:val="15"/>
              </w:rPr>
              <w:t>Operațiunea</w:t>
            </w:r>
            <w:proofErr w:type="spellEnd"/>
            <w:r w:rsidRPr="00F273DE">
              <w:rPr>
                <w:rFonts w:ascii="Times New Roman" w:hAnsi="Times New Roman"/>
                <w:i/>
                <w:sz w:val="15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i/>
                <w:sz w:val="15"/>
              </w:rPr>
              <w:t>cadastrală</w:t>
            </w:r>
            <w:proofErr w:type="spellEnd"/>
          </w:p>
        </w:tc>
      </w:tr>
      <w:tr w:rsidR="00F273DE" w:rsidRPr="00F273DE" w14:paraId="0FEF5B17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4" w:type="dxa"/>
              <w:right w:w="35" w:type="dxa"/>
            </w:tcMar>
          </w:tcPr>
          <w:p w14:paraId="7974C67B" w14:textId="77777777" w:rsidR="00246D06" w:rsidRPr="00F273DE" w:rsidRDefault="00000000">
            <w:pPr>
              <w:spacing w:after="10" w:line="240" w:lineRule="auto"/>
            </w:pPr>
            <w:r w:rsidRPr="00F273DE">
              <w:rPr>
                <w:rFonts w:ascii="Times New Roman" w:hAnsi="Times New Roman"/>
                <w:sz w:val="16"/>
              </w:rPr>
              <w:t xml:space="preserve">☐ se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poate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realiza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conform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documentației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cadastrale anexate, vizate spre neschimbare</w:t>
            </w:r>
          </w:p>
        </w:tc>
      </w:tr>
      <w:tr w:rsidR="00F273DE" w:rsidRPr="00F273DE" w14:paraId="761E049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4" w:type="dxa"/>
              <w:right w:w="35" w:type="dxa"/>
            </w:tcMar>
          </w:tcPr>
          <w:p w14:paraId="6C864550" w14:textId="77777777" w:rsidR="00246D06" w:rsidRPr="00F273DE" w:rsidRDefault="00000000">
            <w:pPr>
              <w:spacing w:after="10" w:line="240" w:lineRule="auto"/>
            </w:pPr>
            <w:r w:rsidRPr="00F273DE">
              <w:rPr>
                <w:rFonts w:ascii="Times New Roman" w:hAnsi="Times New Roman"/>
                <w:sz w:val="16"/>
              </w:rPr>
              <w:t xml:space="preserve">☐ se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poate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realiza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condiționat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de elaborarea / aprobarea unei documentații PUZ</w:t>
            </w:r>
          </w:p>
        </w:tc>
      </w:tr>
      <w:tr w:rsidR="00F273DE" w:rsidRPr="00F273DE" w14:paraId="2B3C583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5" w:type="dxa"/>
              <w:bottom w:w="4" w:type="dxa"/>
              <w:right w:w="35" w:type="dxa"/>
            </w:tcMar>
          </w:tcPr>
          <w:p w14:paraId="78A34934" w14:textId="77777777" w:rsidR="00246D06" w:rsidRPr="00F273DE" w:rsidRDefault="00000000">
            <w:pPr>
              <w:spacing w:after="10" w:line="240" w:lineRule="auto"/>
            </w:pPr>
            <w:r w:rsidRPr="00F273DE">
              <w:rPr>
                <w:rFonts w:ascii="Times New Roman" w:hAnsi="Times New Roman"/>
                <w:sz w:val="16"/>
              </w:rPr>
              <w:t xml:space="preserve">☐ nu se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poate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realiza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,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pentru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motivele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de mai jos:</w:t>
            </w:r>
            <w:r w:rsidRPr="00F273DE">
              <w:rPr>
                <w:rFonts w:ascii="Times New Roman" w:hAnsi="Times New Roman"/>
                <w:sz w:val="16"/>
              </w:rPr>
              <w:br/>
            </w:r>
            <w:r w:rsidRPr="00F273DE">
              <w:rPr>
                <w:rFonts w:ascii="Times New Roman" w:hAnsi="Times New Roman"/>
                <w:sz w:val="16"/>
              </w:rPr>
              <w:br/>
            </w:r>
            <w:r w:rsidRPr="00F273DE">
              <w:rPr>
                <w:rFonts w:ascii="Times New Roman" w:hAnsi="Times New Roman"/>
                <w:sz w:val="16"/>
              </w:rPr>
              <w:br/>
            </w:r>
          </w:p>
        </w:tc>
      </w:tr>
    </w:tbl>
    <w:p w14:paraId="450FEC80" w14:textId="77777777" w:rsidR="00246D06" w:rsidRPr="00F273DE" w:rsidRDefault="00000000">
      <w:r w:rsidRPr="00F273DE"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273DE" w:rsidRPr="00F273DE" w14:paraId="432DCBDC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0EF0B3C8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lastRenderedPageBreak/>
              <w:t>8. ANEXE</w:t>
            </w:r>
          </w:p>
        </w:tc>
      </w:tr>
      <w:tr w:rsidR="00246D06" w:rsidRPr="00F273DE" w14:paraId="4918CC7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4EF28658" w14:textId="77777777" w:rsidR="00246D06" w:rsidRPr="00F273DE" w:rsidRDefault="00000000">
            <w:pPr>
              <w:spacing w:after="10" w:line="240" w:lineRule="auto"/>
            </w:pPr>
            <w:r w:rsidRPr="00F273DE">
              <w:rPr>
                <w:rFonts w:ascii="Times New Roman" w:hAnsi="Times New Roman"/>
                <w:sz w:val="16"/>
              </w:rPr>
              <w:t xml:space="preserve">☐ extras din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sistemul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GIS cu </w:t>
            </w:r>
            <w:proofErr w:type="spellStart"/>
            <w:r w:rsidRPr="00F273DE">
              <w:rPr>
                <w:rFonts w:ascii="Times New Roman" w:hAnsi="Times New Roman"/>
                <w:sz w:val="16"/>
              </w:rPr>
              <w:t>rețelele</w:t>
            </w:r>
            <w:proofErr w:type="spellEnd"/>
            <w:r w:rsidRPr="00F273DE">
              <w:rPr>
                <w:rFonts w:ascii="Times New Roman" w:hAnsi="Times New Roman"/>
                <w:sz w:val="16"/>
              </w:rPr>
              <w:t xml:space="preserve"> edilitare, după caz</w:t>
            </w:r>
            <w:r w:rsidRPr="00F273DE">
              <w:rPr>
                <w:rFonts w:ascii="Times New Roman" w:hAnsi="Times New Roman"/>
                <w:sz w:val="16"/>
              </w:rPr>
              <w:br/>
              <w:t>☐ plan de încadrare în documentația de urbanism aplicabilă, după caz</w:t>
            </w:r>
            <w:r w:rsidRPr="00F273DE">
              <w:rPr>
                <w:rFonts w:ascii="Times New Roman" w:hAnsi="Times New Roman"/>
                <w:sz w:val="16"/>
              </w:rPr>
              <w:br/>
              <w:t>☐ documentația cadastrală vizată spre neschimbare, după caz</w:t>
            </w:r>
          </w:p>
        </w:tc>
      </w:tr>
    </w:tbl>
    <w:p w14:paraId="5769AE2D" w14:textId="77777777" w:rsidR="00246D06" w:rsidRPr="00F273DE" w:rsidRDefault="00246D06">
      <w:pPr>
        <w:spacing w:before="40" w:after="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F273DE" w:rsidRPr="00F273DE" w14:paraId="5526029B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25" w:type="dxa"/>
              <w:bottom w:w="10" w:type="dxa"/>
              <w:right w:w="25" w:type="dxa"/>
            </w:tcMar>
          </w:tcPr>
          <w:p w14:paraId="0C4BDB3A" w14:textId="77777777" w:rsidR="00246D06" w:rsidRPr="00F273DE" w:rsidRDefault="00000000">
            <w:pPr>
              <w:spacing w:before="10" w:after="10" w:line="240" w:lineRule="auto"/>
            </w:pPr>
            <w:r w:rsidRPr="00F273DE">
              <w:rPr>
                <w:rFonts w:ascii="Times New Roman" w:hAnsi="Times New Roman"/>
                <w:b/>
                <w:sz w:val="17"/>
              </w:rPr>
              <w:t>9. SEMNĂTURILE</w:t>
            </w:r>
          </w:p>
        </w:tc>
      </w:tr>
      <w:tr w:rsidR="00F273DE" w:rsidRPr="00F273DE" w14:paraId="7516912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E3ED98A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Conducătorul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autorității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emitente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proofErr w:type="spellStart"/>
            <w:r w:rsidRPr="00F273DE">
              <w:rPr>
                <w:rFonts w:ascii="Times New Roman" w:hAnsi="Times New Roman"/>
                <w:i/>
                <w:sz w:val="14"/>
              </w:rPr>
              <w:t>funcția</w:t>
            </w:r>
            <w:proofErr w:type="spellEnd"/>
            <w:r w:rsidRPr="00F273DE">
              <w:rPr>
                <w:rFonts w:ascii="Times New Roman" w:hAnsi="Times New Roman"/>
                <w:i/>
                <w:sz w:val="14"/>
              </w:rPr>
              <w:t xml:space="preserve">, </w:t>
            </w:r>
            <w:proofErr w:type="spellStart"/>
            <w:r w:rsidRPr="00F273DE">
              <w:rPr>
                <w:rFonts w:ascii="Times New Roman" w:hAnsi="Times New Roman"/>
                <w:i/>
                <w:sz w:val="14"/>
              </w:rPr>
              <w:t>numele</w:t>
            </w:r>
            <w:proofErr w:type="spellEnd"/>
            <w:r w:rsidRPr="00F273DE">
              <w:rPr>
                <w:rFonts w:ascii="Times New Roman" w:hAnsi="Times New Roman"/>
                <w:i/>
                <w:sz w:val="14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i/>
                <w:sz w:val="14"/>
              </w:rPr>
              <w:t>și</w:t>
            </w:r>
            <w:proofErr w:type="spellEnd"/>
            <w:r w:rsidRPr="00F273DE">
              <w:rPr>
                <w:rFonts w:ascii="Times New Roman" w:hAnsi="Times New Roman"/>
                <w:i/>
                <w:sz w:val="14"/>
              </w:rPr>
              <w:t xml:space="preserve"> </w:t>
            </w:r>
            <w:proofErr w:type="spellStart"/>
            <w:r w:rsidRPr="00F273DE">
              <w:rPr>
                <w:rFonts w:ascii="Times New Roman" w:hAnsi="Times New Roman"/>
                <w:i/>
                <w:sz w:val="14"/>
              </w:rPr>
              <w:t>semnătura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3C2C45D2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Secretar general</w:t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i/>
                <w:sz w:val="14"/>
              </w:rPr>
              <w:t>numele și semnătura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097F5618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Arhitect-șef</w:t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i/>
                <w:sz w:val="14"/>
              </w:rPr>
              <w:t>numele și semnătura</w:t>
            </w:r>
          </w:p>
        </w:tc>
      </w:tr>
      <w:tr w:rsidR="00246D06" w:rsidRPr="00F273DE" w14:paraId="2F4CC69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7DCBC5CE" w14:textId="77777777" w:rsidR="00246D06" w:rsidRPr="00F273DE" w:rsidRDefault="00000000">
            <w:pPr>
              <w:spacing w:after="0" w:line="240" w:lineRule="auto"/>
            </w:pPr>
            <w:proofErr w:type="spellStart"/>
            <w:r w:rsidRPr="00F273DE">
              <w:rPr>
                <w:rFonts w:ascii="Times New Roman" w:hAnsi="Times New Roman"/>
                <w:b/>
                <w:sz w:val="16"/>
              </w:rPr>
              <w:t>Achitat</w:t>
            </w:r>
            <w:proofErr w:type="spellEnd"/>
            <w:r w:rsidRPr="00F273DE">
              <w:rPr>
                <w:rFonts w:ascii="Times New Roman" w:hAnsi="Times New Roman"/>
                <w:b/>
                <w:sz w:val="16"/>
              </w:rPr>
              <w:t xml:space="preserve"> taxa de (lei)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0D70700B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Chitanța nr. /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D870162" w14:textId="77777777" w:rsidR="00246D06" w:rsidRPr="00F273DE" w:rsidRDefault="00000000">
            <w:pPr>
              <w:spacing w:after="0" w:line="240" w:lineRule="auto"/>
            </w:pPr>
            <w:r w:rsidRPr="00F273DE">
              <w:rPr>
                <w:rFonts w:ascii="Times New Roman" w:hAnsi="Times New Roman"/>
                <w:b/>
                <w:sz w:val="16"/>
              </w:rPr>
              <w:t>Transmis solicitantului la data</w:t>
            </w:r>
            <w:r w:rsidRPr="00F273DE">
              <w:rPr>
                <w:rFonts w:ascii="Times New Roman" w:hAnsi="Times New Roman"/>
                <w:b/>
                <w:sz w:val="16"/>
              </w:rPr>
              <w:br/>
            </w:r>
            <w:r w:rsidRPr="00F273DE">
              <w:rPr>
                <w:rFonts w:ascii="Times New Roman" w:hAnsi="Times New Roman"/>
                <w:i/>
                <w:sz w:val="14"/>
              </w:rPr>
              <w:t>direct / prin poștă / digital</w:t>
            </w:r>
          </w:p>
        </w:tc>
      </w:tr>
    </w:tbl>
    <w:p w14:paraId="2F6BA5B0" w14:textId="77777777" w:rsidR="003141C6" w:rsidRPr="00F273DE" w:rsidRDefault="003141C6"/>
    <w:p w14:paraId="1F003C1B" w14:textId="77777777" w:rsidR="00A446CA" w:rsidRPr="00A446CA" w:rsidRDefault="00A446CA" w:rsidP="00A446CA"/>
    <w:p w14:paraId="376C19E1" w14:textId="77777777" w:rsidR="00A446CA" w:rsidRPr="00A446CA" w:rsidRDefault="00A446CA" w:rsidP="00A446CA"/>
    <w:p w14:paraId="5A1139AA" w14:textId="77777777" w:rsidR="00A446CA" w:rsidRPr="00A446CA" w:rsidRDefault="00A446CA" w:rsidP="00A446CA"/>
    <w:p w14:paraId="2229F726" w14:textId="77777777" w:rsidR="00A446CA" w:rsidRPr="00A446CA" w:rsidRDefault="00A446CA" w:rsidP="00A446CA"/>
    <w:p w14:paraId="433A7A05" w14:textId="77777777" w:rsidR="00A446CA" w:rsidRPr="00A446CA" w:rsidRDefault="00A446CA" w:rsidP="00A446CA"/>
    <w:p w14:paraId="6BD17FD8" w14:textId="77777777" w:rsidR="00A446CA" w:rsidRPr="00A446CA" w:rsidRDefault="00A446CA" w:rsidP="00A446CA"/>
    <w:p w14:paraId="4615606D" w14:textId="77777777" w:rsidR="00A446CA" w:rsidRPr="00A446CA" w:rsidRDefault="00A446CA" w:rsidP="00A446CA"/>
    <w:p w14:paraId="38A1EA21" w14:textId="77777777" w:rsidR="00A446CA" w:rsidRPr="00A446CA" w:rsidRDefault="00A446CA" w:rsidP="00A446CA"/>
    <w:p w14:paraId="27A5DDDC" w14:textId="77777777" w:rsidR="00A446CA" w:rsidRPr="00A446CA" w:rsidRDefault="00A446CA" w:rsidP="00A446CA"/>
    <w:p w14:paraId="3C6A085B" w14:textId="77777777" w:rsidR="00A446CA" w:rsidRPr="00A446CA" w:rsidRDefault="00A446CA" w:rsidP="00A446CA"/>
    <w:p w14:paraId="0DF1E4AD" w14:textId="77777777" w:rsidR="00A446CA" w:rsidRPr="00A446CA" w:rsidRDefault="00A446CA" w:rsidP="00A446CA"/>
    <w:p w14:paraId="56B4563F" w14:textId="77777777" w:rsidR="00A446CA" w:rsidRPr="00A446CA" w:rsidRDefault="00A446CA" w:rsidP="00A446CA"/>
    <w:p w14:paraId="25F38F79" w14:textId="77777777" w:rsidR="00A446CA" w:rsidRPr="00A446CA" w:rsidRDefault="00A446CA" w:rsidP="00A446CA"/>
    <w:p w14:paraId="586968BA" w14:textId="77777777" w:rsidR="00A446CA" w:rsidRPr="00A446CA" w:rsidRDefault="00A446CA" w:rsidP="00A446CA"/>
    <w:p w14:paraId="58CE8BFB" w14:textId="77777777" w:rsidR="00A446CA" w:rsidRPr="00A446CA" w:rsidRDefault="00A446CA" w:rsidP="00A446CA"/>
    <w:p w14:paraId="6594F8D3" w14:textId="77777777" w:rsidR="00A446CA" w:rsidRPr="00A446CA" w:rsidRDefault="00A446CA" w:rsidP="00A446CA"/>
    <w:p w14:paraId="5BC9850D" w14:textId="77777777" w:rsidR="00A446CA" w:rsidRPr="00A446CA" w:rsidRDefault="00A446CA" w:rsidP="00A446CA"/>
    <w:p w14:paraId="397C1DB6" w14:textId="77777777" w:rsidR="00A446CA" w:rsidRPr="00A446CA" w:rsidRDefault="00A446CA" w:rsidP="00A446CA"/>
    <w:p w14:paraId="5493ACAA" w14:textId="77777777" w:rsidR="00A446CA" w:rsidRPr="00A446CA" w:rsidRDefault="00A446CA" w:rsidP="00A446CA"/>
    <w:p w14:paraId="6E18A6AB" w14:textId="77777777" w:rsidR="00A446CA" w:rsidRPr="00A446CA" w:rsidRDefault="00A446CA" w:rsidP="00A446CA"/>
    <w:p w14:paraId="30906612" w14:textId="77777777" w:rsidR="00A446CA" w:rsidRDefault="00A446CA" w:rsidP="00A446CA"/>
    <w:p w14:paraId="159068E7" w14:textId="601532A5" w:rsidR="00A446CA" w:rsidRPr="00A446CA" w:rsidRDefault="00A446CA" w:rsidP="00A446CA">
      <w:pPr>
        <w:tabs>
          <w:tab w:val="left" w:pos="7630"/>
        </w:tabs>
      </w:pPr>
      <w:r>
        <w:tab/>
      </w:r>
    </w:p>
    <w:sectPr w:rsidR="00A446CA" w:rsidRPr="00A446CA" w:rsidSect="00867A83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AD215" w14:textId="77777777" w:rsidR="005B585E" w:rsidRDefault="005B585E">
      <w:pPr>
        <w:spacing w:after="0" w:line="240" w:lineRule="auto"/>
      </w:pPr>
      <w:r>
        <w:separator/>
      </w:r>
    </w:p>
  </w:endnote>
  <w:endnote w:type="continuationSeparator" w:id="0">
    <w:p w14:paraId="66DA9E04" w14:textId="77777777" w:rsidR="005B585E" w:rsidRDefault="005B5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C760D" w14:textId="77777777" w:rsidR="00246D06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F_CU_06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178A8" w14:textId="77777777" w:rsidR="005B585E" w:rsidRDefault="005B585E">
      <w:pPr>
        <w:spacing w:after="0" w:line="240" w:lineRule="auto"/>
      </w:pPr>
      <w:r>
        <w:separator/>
      </w:r>
    </w:p>
  </w:footnote>
  <w:footnote w:type="continuationSeparator" w:id="0">
    <w:p w14:paraId="2637773B" w14:textId="77777777" w:rsidR="005B585E" w:rsidRDefault="005B58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3293795">
    <w:abstractNumId w:val="8"/>
  </w:num>
  <w:num w:numId="2" w16cid:durableId="68428070">
    <w:abstractNumId w:val="6"/>
  </w:num>
  <w:num w:numId="3" w16cid:durableId="115562866">
    <w:abstractNumId w:val="5"/>
  </w:num>
  <w:num w:numId="4" w16cid:durableId="1936863470">
    <w:abstractNumId w:val="4"/>
  </w:num>
  <w:num w:numId="5" w16cid:durableId="947008610">
    <w:abstractNumId w:val="7"/>
  </w:num>
  <w:num w:numId="6" w16cid:durableId="2030327085">
    <w:abstractNumId w:val="3"/>
  </w:num>
  <w:num w:numId="7" w16cid:durableId="957033394">
    <w:abstractNumId w:val="2"/>
  </w:num>
  <w:num w:numId="8" w16cid:durableId="1486050317">
    <w:abstractNumId w:val="1"/>
  </w:num>
  <w:num w:numId="9" w16cid:durableId="431171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7885"/>
    <w:rsid w:val="00122686"/>
    <w:rsid w:val="0015074B"/>
    <w:rsid w:val="00200FFD"/>
    <w:rsid w:val="00246D06"/>
    <w:rsid w:val="0029639D"/>
    <w:rsid w:val="0030701C"/>
    <w:rsid w:val="003141C6"/>
    <w:rsid w:val="00326F90"/>
    <w:rsid w:val="00393283"/>
    <w:rsid w:val="00393DB2"/>
    <w:rsid w:val="004A6029"/>
    <w:rsid w:val="005B585E"/>
    <w:rsid w:val="00723322"/>
    <w:rsid w:val="00851492"/>
    <w:rsid w:val="00867A83"/>
    <w:rsid w:val="00A446CA"/>
    <w:rsid w:val="00AA1D8D"/>
    <w:rsid w:val="00B47730"/>
    <w:rsid w:val="00CB0664"/>
    <w:rsid w:val="00D15B43"/>
    <w:rsid w:val="00D302FB"/>
    <w:rsid w:val="00DB3279"/>
    <w:rsid w:val="00DC1214"/>
    <w:rsid w:val="00F273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24F8C2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D15B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12</cp:revision>
  <dcterms:created xsi:type="dcterms:W3CDTF">2013-12-23T23:15:00Z</dcterms:created>
  <dcterms:modified xsi:type="dcterms:W3CDTF">2026-08-31T12:16:00Z</dcterms:modified>
  <cp:category/>
</cp:coreProperties>
</file>