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9D5EDB" w14:paraId="1F6A2B14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E1F2A77" w14:textId="7B7A5F70" w:rsidR="009D5EDB" w:rsidRDefault="009D5ED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59DB46A" wp14:editId="00F2BE47">
                  <wp:extent cx="1152525" cy="1257300"/>
                  <wp:effectExtent l="0" t="0" r="9525" b="0"/>
                  <wp:docPr id="16347492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CACE215" w14:textId="77777777" w:rsidR="009D5EDB" w:rsidRDefault="009D5ED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9D5EDB" w14:paraId="7C1B1A97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63E0" w14:textId="77777777" w:rsidR="009D5EDB" w:rsidRDefault="009D5EDB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81B5865" w14:textId="77777777" w:rsidR="009D5EDB" w:rsidRDefault="009D5EDB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9D5EDB" w14:paraId="031DAF70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81562" w14:textId="77777777" w:rsidR="009D5EDB" w:rsidRDefault="009D5EDB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AB91444" w14:textId="77777777" w:rsidR="009D5EDB" w:rsidRDefault="009D5ED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494B2901" w14:textId="77777777" w:rsidR="009D5EDB" w:rsidRDefault="009D5ED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370DCF5" w14:textId="77777777" w:rsidR="009D5EDB" w:rsidRDefault="009D5ED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7BD99BC9" w14:textId="77777777" w:rsidR="009D5EDB" w:rsidRDefault="009D5ED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663A66BA" w14:textId="77777777" w:rsidR="009D5EDB" w:rsidRDefault="009D5EDB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6983DF62" w14:textId="77777777" w:rsidR="009D5EDB" w:rsidRDefault="009D5ED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9D5EDB" w14:paraId="0870C793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00054" w14:textId="77777777" w:rsidR="009D5EDB" w:rsidRDefault="009D5EDB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079698A" w14:textId="77777777" w:rsidR="009D5EDB" w:rsidRDefault="009D5ED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CD2A781" w14:textId="77777777" w:rsidR="009D5EDB" w:rsidRDefault="009D5EDB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0424AFDC" w14:textId="77777777" w:rsidR="0048251A" w:rsidRPr="00CA13F9" w:rsidRDefault="0048251A" w:rsidP="0048251A">
      <w:pPr>
        <w:spacing w:before="160" w:after="80" w:line="240" w:lineRule="auto"/>
        <w:rPr>
          <w:rFonts w:ascii="Times New Roman" w:hAnsi="Times New Roman"/>
          <w:b/>
          <w:sz w:val="26"/>
        </w:rPr>
      </w:pPr>
    </w:p>
    <w:p w14:paraId="282D81CB" w14:textId="6B750A9A" w:rsidR="009C3028" w:rsidRPr="00CA13F9" w:rsidRDefault="0048251A">
      <w:pPr>
        <w:spacing w:before="160" w:after="80" w:line="240" w:lineRule="auto"/>
        <w:jc w:val="center"/>
        <w:rPr>
          <w:sz w:val="24"/>
          <w:szCs w:val="24"/>
        </w:rPr>
      </w:pPr>
      <w:r w:rsidRPr="00CA13F9">
        <w:rPr>
          <w:rFonts w:ascii="Times New Roman" w:hAnsi="Times New Roman"/>
          <w:b/>
          <w:sz w:val="28"/>
          <w:szCs w:val="24"/>
        </w:rPr>
        <w:t>SOLICITARE</w:t>
      </w:r>
      <w:r w:rsidRPr="00CA13F9">
        <w:rPr>
          <w:rFonts w:ascii="Times New Roman" w:hAnsi="Times New Roman"/>
          <w:b/>
          <w:sz w:val="28"/>
          <w:szCs w:val="24"/>
        </w:rPr>
        <w:br/>
      </w:r>
      <w:r w:rsidRPr="00CA13F9">
        <w:rPr>
          <w:rFonts w:ascii="Times New Roman" w:hAnsi="Times New Roman"/>
          <w:sz w:val="20"/>
          <w:szCs w:val="24"/>
        </w:rPr>
        <w:t xml:space="preserve">de </w:t>
      </w:r>
      <w:proofErr w:type="spellStart"/>
      <w:r w:rsidRPr="00CA13F9">
        <w:rPr>
          <w:rFonts w:ascii="Times New Roman" w:hAnsi="Times New Roman"/>
          <w:sz w:val="20"/>
          <w:szCs w:val="24"/>
        </w:rPr>
        <w:t>clarificări</w:t>
      </w:r>
      <w:proofErr w:type="spellEnd"/>
      <w:r w:rsidRPr="00CA13F9">
        <w:rPr>
          <w:rFonts w:ascii="Times New Roman" w:hAnsi="Times New Roman"/>
          <w:sz w:val="20"/>
          <w:szCs w:val="24"/>
        </w:rPr>
        <w:t xml:space="preserve">, </w:t>
      </w:r>
      <w:proofErr w:type="spellStart"/>
      <w:r w:rsidRPr="00CA13F9">
        <w:rPr>
          <w:rFonts w:ascii="Times New Roman" w:hAnsi="Times New Roman"/>
          <w:sz w:val="20"/>
          <w:szCs w:val="24"/>
        </w:rPr>
        <w:t>completări</w:t>
      </w:r>
      <w:proofErr w:type="spellEnd"/>
      <w:r w:rsidRPr="00CA13F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A13F9">
        <w:rPr>
          <w:rFonts w:ascii="Times New Roman" w:hAnsi="Times New Roman"/>
          <w:sz w:val="20"/>
          <w:szCs w:val="24"/>
        </w:rPr>
        <w:t>sau</w:t>
      </w:r>
      <w:proofErr w:type="spellEnd"/>
      <w:r w:rsidRPr="00CA13F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A13F9">
        <w:rPr>
          <w:rFonts w:ascii="Times New Roman" w:hAnsi="Times New Roman"/>
          <w:sz w:val="20"/>
          <w:szCs w:val="24"/>
        </w:rPr>
        <w:t>documente</w:t>
      </w:r>
      <w:proofErr w:type="spellEnd"/>
      <w:r w:rsidRPr="00CA13F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A13F9">
        <w:rPr>
          <w:rFonts w:ascii="Times New Roman" w:hAnsi="Times New Roman"/>
          <w:sz w:val="20"/>
          <w:szCs w:val="24"/>
        </w:rPr>
        <w:t>privind</w:t>
      </w:r>
      <w:proofErr w:type="spellEnd"/>
      <w:r w:rsidRPr="00CA13F9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CA13F9">
        <w:rPr>
          <w:rFonts w:ascii="Times New Roman" w:hAnsi="Times New Roman"/>
          <w:sz w:val="20"/>
          <w:szCs w:val="24"/>
        </w:rPr>
        <w:t>notificarea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CA13F9" w:rsidRPr="00CA13F9" w14:paraId="46A981D7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74D9128C" w14:textId="77777777" w:rsidR="009C3028" w:rsidRPr="00CA13F9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1. REFERINȚE</w:t>
            </w:r>
          </w:p>
        </w:tc>
      </w:tr>
      <w:tr w:rsidR="00CA13F9" w:rsidRPr="00CA13F9" w14:paraId="1244F3A3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FE6EE0B" w14:textId="77777777" w:rsidR="009C3028" w:rsidRPr="00CA13F9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Notificarea</w:t>
            </w:r>
            <w:proofErr w:type="spellEnd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9470D24" w14:textId="77777777" w:rsidR="009C3028" w:rsidRPr="00CA13F9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5CFDC59" w14:textId="77777777" w:rsidR="009C3028" w:rsidRPr="00CA13F9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a beneficiarului</w:t>
            </w:r>
          </w:p>
        </w:tc>
      </w:tr>
      <w:tr w:rsidR="009C3028" w:rsidRPr="00CA13F9" w14:paraId="7F87AAC2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A437B9E" w14:textId="77777777" w:rsidR="009C3028" w:rsidRPr="00CA13F9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Proiect</w:t>
            </w:r>
            <w:proofErr w:type="spellEnd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 xml:space="preserve"> nr. / cod</w:t>
            </w:r>
          </w:p>
        </w:tc>
        <w:tc>
          <w:tcPr>
            <w:tcW w:w="729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9EA6093" w14:textId="77777777" w:rsidR="009C3028" w:rsidRPr="00CA13F9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Imobilul</w:t>
            </w:r>
          </w:p>
        </w:tc>
      </w:tr>
    </w:tbl>
    <w:p w14:paraId="12AEDFFF" w14:textId="77777777" w:rsidR="009C3028" w:rsidRPr="00CA13F9" w:rsidRDefault="009C3028">
      <w:pPr>
        <w:spacing w:before="6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CA13F9" w:rsidRPr="00CA13F9" w14:paraId="337E34B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59D3F581" w14:textId="77777777" w:rsidR="009C3028" w:rsidRPr="00CA13F9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2. SOLICITAREA</w:t>
            </w:r>
          </w:p>
        </w:tc>
      </w:tr>
      <w:tr w:rsidR="00CA13F9" w:rsidRPr="00CA13F9" w14:paraId="64D99BE0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BB97567" w14:textId="77777777" w:rsidR="009C3028" w:rsidRPr="00CA13F9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Clarificările</w:t>
            </w:r>
            <w:proofErr w:type="spellEnd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completările</w:t>
            </w:r>
            <w:proofErr w:type="spellEnd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 xml:space="preserve"> / </w:t>
            </w:r>
            <w:proofErr w:type="spellStart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documentele</w:t>
            </w:r>
            <w:proofErr w:type="spellEnd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 xml:space="preserve"> solicitate</w:t>
            </w:r>
            <w:r w:rsidRPr="00CA13F9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13F9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13F9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13F9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13F9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13F9">
              <w:rPr>
                <w:rFonts w:ascii="Times New Roman" w:hAnsi="Times New Roman"/>
                <w:sz w:val="18"/>
                <w:szCs w:val="24"/>
              </w:rPr>
              <w:t>___________________________________________________________________________________________________</w:t>
            </w:r>
          </w:p>
        </w:tc>
      </w:tr>
      <w:tr w:rsidR="00CA13F9" w:rsidRPr="00CA13F9" w14:paraId="5C230A5F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B3DC7B4" w14:textId="77777777" w:rsidR="009C3028" w:rsidRPr="00CA13F9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Termenul</w:t>
            </w:r>
            <w:proofErr w:type="spellEnd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 xml:space="preserve"> de </w:t>
            </w:r>
            <w:proofErr w:type="spellStart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transmitere</w:t>
            </w:r>
            <w:proofErr w:type="spellEnd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CA13F9">
              <w:rPr>
                <w:rFonts w:ascii="Times New Roman" w:hAnsi="Times New Roman"/>
                <w:b/>
                <w:sz w:val="18"/>
                <w:szCs w:val="24"/>
              </w:rPr>
              <w:br/>
            </w:r>
          </w:p>
        </w:tc>
      </w:tr>
      <w:tr w:rsidR="009C3028" w:rsidRPr="00CA13F9" w14:paraId="28DA3B2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751D160" w14:textId="77777777" w:rsidR="009C3028" w:rsidRPr="00CA13F9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CA13F9">
              <w:rPr>
                <w:rFonts w:ascii="Times New Roman" w:hAnsi="Times New Roman"/>
                <w:sz w:val="18"/>
                <w:szCs w:val="24"/>
              </w:rPr>
              <w:t>Termenul</w:t>
            </w:r>
            <w:proofErr w:type="spellEnd"/>
            <w:r w:rsidRPr="00CA13F9">
              <w:rPr>
                <w:rFonts w:ascii="Times New Roman" w:hAnsi="Times New Roman"/>
                <w:sz w:val="18"/>
                <w:szCs w:val="24"/>
              </w:rPr>
              <w:t xml:space="preserve"> de </w:t>
            </w:r>
            <w:proofErr w:type="spellStart"/>
            <w:r w:rsidRPr="00CA13F9">
              <w:rPr>
                <w:rFonts w:ascii="Times New Roman" w:hAnsi="Times New Roman"/>
                <w:sz w:val="18"/>
                <w:szCs w:val="24"/>
              </w:rPr>
              <w:t>începere</w:t>
            </w:r>
            <w:proofErr w:type="spellEnd"/>
            <w:r w:rsidRPr="00CA13F9">
              <w:rPr>
                <w:rFonts w:ascii="Times New Roman" w:hAnsi="Times New Roman"/>
                <w:sz w:val="18"/>
                <w:szCs w:val="24"/>
              </w:rPr>
              <w:t xml:space="preserve"> a </w:t>
            </w:r>
            <w:proofErr w:type="spellStart"/>
            <w:r w:rsidRPr="00CA13F9">
              <w:rPr>
                <w:rFonts w:ascii="Times New Roman" w:hAnsi="Times New Roman"/>
                <w:sz w:val="18"/>
                <w:szCs w:val="24"/>
              </w:rPr>
              <w:t>lucrărilor</w:t>
            </w:r>
            <w:proofErr w:type="spellEnd"/>
            <w:r w:rsidRPr="00CA13F9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CA13F9">
              <w:rPr>
                <w:rFonts w:ascii="Times New Roman" w:hAnsi="Times New Roman"/>
                <w:sz w:val="18"/>
                <w:szCs w:val="24"/>
              </w:rPr>
              <w:t>curge</w:t>
            </w:r>
            <w:proofErr w:type="spellEnd"/>
            <w:r w:rsidRPr="00CA13F9">
              <w:rPr>
                <w:rFonts w:ascii="Times New Roman" w:hAnsi="Times New Roman"/>
                <w:sz w:val="18"/>
                <w:szCs w:val="24"/>
              </w:rPr>
              <w:t xml:space="preserve"> de la data depunerii clarificărilor solicitate.</w:t>
            </w:r>
          </w:p>
        </w:tc>
      </w:tr>
    </w:tbl>
    <w:p w14:paraId="571CE505" w14:textId="77777777" w:rsidR="009C3028" w:rsidRPr="00CA13F9" w:rsidRDefault="009C3028">
      <w:pPr>
        <w:spacing w:before="6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CA13F9" w:rsidRPr="00CA13F9" w14:paraId="0951036C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22" w:type="dxa"/>
              <w:right w:w="35" w:type="dxa"/>
            </w:tcMar>
          </w:tcPr>
          <w:p w14:paraId="0A8AC916" w14:textId="77777777" w:rsidR="009C3028" w:rsidRPr="00CA13F9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3. SEMNĂTURA</w:t>
            </w:r>
          </w:p>
        </w:tc>
      </w:tr>
      <w:tr w:rsidR="009C3028" w:rsidRPr="00CA13F9" w14:paraId="02797581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0D38C37F" w14:textId="77777777" w:rsidR="009C3028" w:rsidRDefault="0000000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proofErr w:type="spellStart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Reprezentantul</w:t>
            </w:r>
            <w:proofErr w:type="spellEnd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autorității</w:t>
            </w:r>
            <w:proofErr w:type="spellEnd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 xml:space="preserve"> — </w:t>
            </w:r>
            <w:proofErr w:type="spellStart"/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numele</w:t>
            </w:r>
            <w:proofErr w:type="spellEnd"/>
          </w:p>
          <w:p w14:paraId="03FD0315" w14:textId="77777777" w:rsidR="009D5EDB" w:rsidRPr="00CA13F9" w:rsidRDefault="009D5ED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1C6BDCA0" w14:textId="77777777" w:rsidR="009C3028" w:rsidRPr="00CA13F9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70FBAF1A" w14:textId="77777777" w:rsidR="009C3028" w:rsidRPr="00CA13F9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CA13F9">
              <w:rPr>
                <w:rFonts w:ascii="Times New Roman" w:hAnsi="Times New Roman"/>
                <w:b/>
                <w:sz w:val="18"/>
                <w:szCs w:val="24"/>
              </w:rPr>
              <w:t>Semnatura</w:t>
            </w:r>
          </w:p>
        </w:tc>
      </w:tr>
    </w:tbl>
    <w:p w14:paraId="089D8F7D" w14:textId="77777777" w:rsidR="00EC1691" w:rsidRPr="00CA13F9" w:rsidRDefault="00EC1691"/>
    <w:sectPr w:rsidR="00EC1691" w:rsidRPr="00CA13F9" w:rsidSect="00E66ED8">
      <w:headerReference w:type="default" r:id="rId10"/>
      <w:footerReference w:type="default" r:id="rId11"/>
      <w:pgSz w:w="11906" w:h="16838" w:code="9"/>
      <w:pgMar w:top="576" w:right="648" w:bottom="576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0ED4E" w14:textId="77777777" w:rsidR="002D180C" w:rsidRDefault="002D180C">
      <w:pPr>
        <w:spacing w:after="0" w:line="240" w:lineRule="auto"/>
      </w:pPr>
      <w:r>
        <w:separator/>
      </w:r>
    </w:p>
  </w:endnote>
  <w:endnote w:type="continuationSeparator" w:id="0">
    <w:p w14:paraId="44F9244E" w14:textId="77777777" w:rsidR="002D180C" w:rsidRDefault="002D1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D75" w14:textId="77777777" w:rsidR="009C3028" w:rsidRDefault="009C30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2BC56" w14:textId="77777777" w:rsidR="002D180C" w:rsidRDefault="002D180C">
      <w:pPr>
        <w:spacing w:after="0" w:line="240" w:lineRule="auto"/>
      </w:pPr>
      <w:r>
        <w:separator/>
      </w:r>
    </w:p>
  </w:footnote>
  <w:footnote w:type="continuationSeparator" w:id="0">
    <w:p w14:paraId="1F0C3D48" w14:textId="77777777" w:rsidR="002D180C" w:rsidRDefault="002D1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8C996" w14:textId="77777777" w:rsidR="009C3028" w:rsidRDefault="009C30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5750281">
    <w:abstractNumId w:val="8"/>
  </w:num>
  <w:num w:numId="2" w16cid:durableId="1635017721">
    <w:abstractNumId w:val="6"/>
  </w:num>
  <w:num w:numId="3" w16cid:durableId="365521057">
    <w:abstractNumId w:val="5"/>
  </w:num>
  <w:num w:numId="4" w16cid:durableId="1193231216">
    <w:abstractNumId w:val="4"/>
  </w:num>
  <w:num w:numId="5" w16cid:durableId="1872456041">
    <w:abstractNumId w:val="7"/>
  </w:num>
  <w:num w:numId="6" w16cid:durableId="833765652">
    <w:abstractNumId w:val="3"/>
  </w:num>
  <w:num w:numId="7" w16cid:durableId="816148309">
    <w:abstractNumId w:val="2"/>
  </w:num>
  <w:num w:numId="8" w16cid:durableId="131219203">
    <w:abstractNumId w:val="1"/>
  </w:num>
  <w:num w:numId="9" w16cid:durableId="1944914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7F91"/>
    <w:rsid w:val="0014579A"/>
    <w:rsid w:val="0015074B"/>
    <w:rsid w:val="00200FFD"/>
    <w:rsid w:val="002957DB"/>
    <w:rsid w:val="0029639D"/>
    <w:rsid w:val="002D180C"/>
    <w:rsid w:val="00326F90"/>
    <w:rsid w:val="0048251A"/>
    <w:rsid w:val="004A6029"/>
    <w:rsid w:val="0077786D"/>
    <w:rsid w:val="009C3028"/>
    <w:rsid w:val="009D227B"/>
    <w:rsid w:val="009D5EDB"/>
    <w:rsid w:val="00AA1D8D"/>
    <w:rsid w:val="00AF0D94"/>
    <w:rsid w:val="00B47730"/>
    <w:rsid w:val="00CA13F9"/>
    <w:rsid w:val="00CB0664"/>
    <w:rsid w:val="00CD00FA"/>
    <w:rsid w:val="00E66ED8"/>
    <w:rsid w:val="00EC1691"/>
    <w:rsid w:val="00F6085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53E14B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7778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9</cp:revision>
  <dcterms:created xsi:type="dcterms:W3CDTF">2013-12-23T23:15:00Z</dcterms:created>
  <dcterms:modified xsi:type="dcterms:W3CDTF">2026-08-31T12:23:00Z</dcterms:modified>
  <cp:category/>
</cp:coreProperties>
</file>