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94553A" w14:paraId="6AC677E5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43565302" w14:textId="516746D0" w:rsidR="0094553A" w:rsidRDefault="0094553A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2D9B8BFE" wp14:editId="734C4E5D">
                  <wp:extent cx="1152525" cy="1257300"/>
                  <wp:effectExtent l="0" t="0" r="9525" b="0"/>
                  <wp:docPr id="8791825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1BB555B" w14:textId="77777777" w:rsidR="0094553A" w:rsidRDefault="0094553A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94553A" w14:paraId="0A6E5754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28559" w14:textId="77777777" w:rsidR="0094553A" w:rsidRDefault="0094553A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24F29C99" w14:textId="77777777" w:rsidR="0094553A" w:rsidRDefault="0094553A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94553A" w14:paraId="33619CE7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8D867" w14:textId="77777777" w:rsidR="0094553A" w:rsidRDefault="0094553A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4232CBAC" w14:textId="77777777" w:rsidR="0094553A" w:rsidRDefault="0094553A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31BC60AC" w14:textId="77777777" w:rsidR="0094553A" w:rsidRDefault="0094553A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22D58280" w14:textId="77777777" w:rsidR="0094553A" w:rsidRDefault="0094553A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1, cod postal 240595,</w:t>
            </w:r>
          </w:p>
          <w:p w14:paraId="73FC1E12" w14:textId="77777777" w:rsidR="0094553A" w:rsidRDefault="0094553A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2A1A93DF" w14:textId="77777777" w:rsidR="0094553A" w:rsidRDefault="0094553A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58A7AB40" w14:textId="77777777" w:rsidR="0094553A" w:rsidRDefault="0094553A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9" w:history="1">
              <w:r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94553A" w14:paraId="77C40E92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D1DEA" w14:textId="77777777" w:rsidR="0094553A" w:rsidRDefault="0094553A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5201653C" w14:textId="77777777" w:rsidR="0094553A" w:rsidRDefault="0094553A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A9596BA" w14:textId="77777777" w:rsidR="0094553A" w:rsidRDefault="0094553A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1543E9F1" w14:textId="77777777" w:rsidR="00DE40E0" w:rsidRPr="000371B0" w:rsidRDefault="00DE40E0" w:rsidP="00DE40E0">
      <w:pPr>
        <w:spacing w:before="160" w:after="80" w:line="240" w:lineRule="auto"/>
        <w:rPr>
          <w:rFonts w:ascii="Times New Roman" w:hAnsi="Times New Roman"/>
          <w:b/>
          <w:sz w:val="26"/>
        </w:rPr>
      </w:pPr>
    </w:p>
    <w:p w14:paraId="7CDF7926" w14:textId="4318460B" w:rsidR="00C71D88" w:rsidRPr="000371B0" w:rsidRDefault="00000000">
      <w:pPr>
        <w:spacing w:before="160" w:after="80" w:line="240" w:lineRule="auto"/>
        <w:jc w:val="center"/>
        <w:rPr>
          <w:sz w:val="24"/>
          <w:szCs w:val="24"/>
        </w:rPr>
      </w:pPr>
      <w:r w:rsidRPr="000371B0">
        <w:rPr>
          <w:rFonts w:ascii="Times New Roman" w:hAnsi="Times New Roman"/>
          <w:b/>
          <w:sz w:val="28"/>
          <w:szCs w:val="24"/>
        </w:rPr>
        <w:t>INFORMARE</w:t>
      </w:r>
      <w:r w:rsidRPr="000371B0">
        <w:rPr>
          <w:rFonts w:ascii="Times New Roman" w:hAnsi="Times New Roman"/>
          <w:b/>
          <w:sz w:val="28"/>
          <w:szCs w:val="24"/>
        </w:rPr>
        <w:br/>
      </w:r>
      <w:proofErr w:type="spellStart"/>
      <w:r w:rsidRPr="000371B0">
        <w:rPr>
          <w:rFonts w:ascii="Times New Roman" w:hAnsi="Times New Roman"/>
          <w:sz w:val="20"/>
          <w:szCs w:val="24"/>
        </w:rPr>
        <w:t>privind</w:t>
      </w:r>
      <w:proofErr w:type="spellEnd"/>
      <w:r w:rsidRPr="000371B0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0371B0">
        <w:rPr>
          <w:rFonts w:ascii="Times New Roman" w:hAnsi="Times New Roman"/>
          <w:sz w:val="20"/>
          <w:szCs w:val="24"/>
        </w:rPr>
        <w:t>necesitatea</w:t>
      </w:r>
      <w:proofErr w:type="spellEnd"/>
      <w:r w:rsidRPr="000371B0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0371B0">
        <w:rPr>
          <w:rFonts w:ascii="Times New Roman" w:hAnsi="Times New Roman"/>
          <w:sz w:val="20"/>
          <w:szCs w:val="24"/>
        </w:rPr>
        <w:t>solicitării</w:t>
      </w:r>
      <w:proofErr w:type="spellEnd"/>
      <w:r w:rsidRPr="000371B0">
        <w:rPr>
          <w:rFonts w:ascii="Times New Roman" w:hAnsi="Times New Roman"/>
          <w:sz w:val="20"/>
          <w:szCs w:val="24"/>
        </w:rPr>
        <w:t xml:space="preserve"> </w:t>
      </w:r>
      <w:proofErr w:type="spellStart"/>
      <w:r w:rsidRPr="000371B0">
        <w:rPr>
          <w:rFonts w:ascii="Times New Roman" w:hAnsi="Times New Roman"/>
          <w:sz w:val="20"/>
          <w:szCs w:val="24"/>
        </w:rPr>
        <w:t>și</w:t>
      </w:r>
      <w:proofErr w:type="spellEnd"/>
      <w:r w:rsidRPr="000371B0">
        <w:rPr>
          <w:rFonts w:ascii="Times New Roman" w:hAnsi="Times New Roman"/>
          <w:sz w:val="20"/>
          <w:szCs w:val="24"/>
        </w:rPr>
        <w:t xml:space="preserve"> emiterii unei autorizații de construire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0371B0" w:rsidRPr="000371B0" w14:paraId="04205FB9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8" w:type="dxa"/>
              <w:left w:w="35" w:type="dxa"/>
              <w:bottom w:w="8" w:type="dxa"/>
              <w:right w:w="35" w:type="dxa"/>
            </w:tcMar>
          </w:tcPr>
          <w:p w14:paraId="24379A1F" w14:textId="77777777" w:rsidR="00C71D88" w:rsidRPr="000371B0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0371B0">
              <w:rPr>
                <w:rFonts w:ascii="Times New Roman" w:hAnsi="Times New Roman"/>
                <w:b/>
                <w:sz w:val="18"/>
                <w:szCs w:val="24"/>
              </w:rPr>
              <w:t>1. REFERINȚE</w:t>
            </w:r>
          </w:p>
        </w:tc>
      </w:tr>
      <w:tr w:rsidR="000371B0" w:rsidRPr="000371B0" w14:paraId="2ACEED52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6904E21E" w14:textId="77777777" w:rsidR="00C71D88" w:rsidRPr="000371B0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0371B0">
              <w:rPr>
                <w:rFonts w:ascii="Times New Roman" w:hAnsi="Times New Roman"/>
                <w:b/>
                <w:sz w:val="18"/>
                <w:szCs w:val="24"/>
              </w:rPr>
              <w:t>Notificarea</w:t>
            </w:r>
            <w:proofErr w:type="spellEnd"/>
            <w:r w:rsidRPr="000371B0">
              <w:rPr>
                <w:rFonts w:ascii="Times New Roman" w:hAnsi="Times New Roman"/>
                <w:b/>
                <w:sz w:val="18"/>
                <w:szCs w:val="24"/>
              </w:rPr>
              <w:t xml:space="preserve"> nr.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7B6395A7" w14:textId="77777777" w:rsidR="00C71D88" w:rsidRPr="000371B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0371B0">
              <w:rPr>
                <w:rFonts w:ascii="Times New Roman" w:hAnsi="Times New Roman"/>
                <w:b/>
                <w:sz w:val="18"/>
                <w:szCs w:val="24"/>
              </w:rPr>
              <w:t>din 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36711211" w14:textId="77777777" w:rsidR="00C71D88" w:rsidRPr="000371B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0371B0">
              <w:rPr>
                <w:rFonts w:ascii="Times New Roman" w:hAnsi="Times New Roman"/>
                <w:b/>
                <w:sz w:val="18"/>
                <w:szCs w:val="24"/>
              </w:rPr>
              <w:t>a beneficiarului</w:t>
            </w:r>
          </w:p>
        </w:tc>
      </w:tr>
      <w:tr w:rsidR="00C71D88" w:rsidRPr="000371B0" w14:paraId="644BC460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5F731FC7" w14:textId="77777777" w:rsidR="00C71D88" w:rsidRPr="000371B0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0371B0">
              <w:rPr>
                <w:rFonts w:ascii="Times New Roman" w:hAnsi="Times New Roman"/>
                <w:b/>
                <w:sz w:val="18"/>
                <w:szCs w:val="24"/>
              </w:rPr>
              <w:t>Proiect</w:t>
            </w:r>
            <w:proofErr w:type="spellEnd"/>
            <w:r w:rsidRPr="000371B0">
              <w:rPr>
                <w:rFonts w:ascii="Times New Roman" w:hAnsi="Times New Roman"/>
                <w:b/>
                <w:sz w:val="18"/>
                <w:szCs w:val="24"/>
              </w:rPr>
              <w:t xml:space="preserve"> nr. / cod</w:t>
            </w:r>
          </w:p>
        </w:tc>
        <w:tc>
          <w:tcPr>
            <w:tcW w:w="729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5E970FF3" w14:textId="77777777" w:rsidR="00C71D88" w:rsidRPr="000371B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0371B0">
              <w:rPr>
                <w:rFonts w:ascii="Times New Roman" w:hAnsi="Times New Roman"/>
                <w:b/>
                <w:sz w:val="18"/>
                <w:szCs w:val="24"/>
              </w:rPr>
              <w:t>Imobilul</w:t>
            </w:r>
          </w:p>
        </w:tc>
      </w:tr>
    </w:tbl>
    <w:p w14:paraId="49B994AE" w14:textId="77777777" w:rsidR="00C71D88" w:rsidRPr="000371B0" w:rsidRDefault="00C71D88">
      <w:pPr>
        <w:spacing w:before="6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0371B0" w:rsidRPr="000371B0" w14:paraId="1034B314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8" w:type="dxa"/>
              <w:left w:w="35" w:type="dxa"/>
              <w:bottom w:w="8" w:type="dxa"/>
              <w:right w:w="35" w:type="dxa"/>
            </w:tcMar>
          </w:tcPr>
          <w:p w14:paraId="6F89B013" w14:textId="77777777" w:rsidR="00C71D88" w:rsidRPr="000371B0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0371B0">
              <w:rPr>
                <w:rFonts w:ascii="Times New Roman" w:hAnsi="Times New Roman"/>
                <w:b/>
                <w:sz w:val="18"/>
                <w:szCs w:val="24"/>
              </w:rPr>
              <w:t>2. INFORMAREA</w:t>
            </w:r>
          </w:p>
        </w:tc>
      </w:tr>
      <w:tr w:rsidR="000371B0" w:rsidRPr="000371B0" w14:paraId="7509A616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50C6C894" w14:textId="77777777" w:rsidR="00C71D88" w:rsidRPr="000371B0" w:rsidRDefault="00000000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0371B0">
              <w:rPr>
                <w:rFonts w:ascii="Times New Roman" w:hAnsi="Times New Roman"/>
                <w:sz w:val="18"/>
                <w:szCs w:val="24"/>
              </w:rPr>
              <w:t>Lucrările</w:t>
            </w:r>
            <w:proofErr w:type="spellEnd"/>
            <w:r w:rsidRPr="000371B0">
              <w:rPr>
                <w:rFonts w:ascii="Times New Roman" w:hAnsi="Times New Roman"/>
                <w:sz w:val="18"/>
                <w:szCs w:val="24"/>
              </w:rPr>
              <w:t xml:space="preserve"> care fac </w:t>
            </w:r>
            <w:proofErr w:type="spellStart"/>
            <w:r w:rsidRPr="000371B0">
              <w:rPr>
                <w:rFonts w:ascii="Times New Roman" w:hAnsi="Times New Roman"/>
                <w:sz w:val="18"/>
                <w:szCs w:val="24"/>
              </w:rPr>
              <w:t>obiectul</w:t>
            </w:r>
            <w:proofErr w:type="spellEnd"/>
            <w:r w:rsidRPr="000371B0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0371B0">
              <w:rPr>
                <w:rFonts w:ascii="Times New Roman" w:hAnsi="Times New Roman"/>
                <w:sz w:val="18"/>
                <w:szCs w:val="24"/>
              </w:rPr>
              <w:t>notificării</w:t>
            </w:r>
            <w:proofErr w:type="spellEnd"/>
            <w:r w:rsidRPr="000371B0">
              <w:rPr>
                <w:rFonts w:ascii="Times New Roman" w:hAnsi="Times New Roman"/>
                <w:sz w:val="18"/>
                <w:szCs w:val="24"/>
              </w:rPr>
              <w:t xml:space="preserve"> NU se </w:t>
            </w:r>
            <w:proofErr w:type="spellStart"/>
            <w:r w:rsidRPr="000371B0">
              <w:rPr>
                <w:rFonts w:ascii="Times New Roman" w:hAnsi="Times New Roman"/>
                <w:sz w:val="18"/>
                <w:szCs w:val="24"/>
              </w:rPr>
              <w:t>încadrează</w:t>
            </w:r>
            <w:proofErr w:type="spellEnd"/>
            <w:r w:rsidRPr="000371B0">
              <w:rPr>
                <w:rFonts w:ascii="Times New Roman" w:hAnsi="Times New Roman"/>
                <w:sz w:val="18"/>
                <w:szCs w:val="24"/>
              </w:rPr>
              <w:t xml:space="preserve"> în categoriile prevăzute la art. 294 din Legea nr.169/2026 și necesită obținerea autorizației de construire.</w:t>
            </w:r>
          </w:p>
        </w:tc>
      </w:tr>
      <w:tr w:rsidR="00C71D88" w:rsidRPr="000371B0" w14:paraId="37CB5489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0E358F68" w14:textId="77777777" w:rsidR="00C71D88" w:rsidRPr="000371B0" w:rsidRDefault="00000000">
            <w:pPr>
              <w:spacing w:after="40" w:line="240" w:lineRule="auto"/>
              <w:rPr>
                <w:sz w:val="24"/>
                <w:szCs w:val="24"/>
              </w:rPr>
            </w:pPr>
            <w:proofErr w:type="spellStart"/>
            <w:r w:rsidRPr="000371B0">
              <w:rPr>
                <w:rFonts w:ascii="Times New Roman" w:hAnsi="Times New Roman"/>
                <w:sz w:val="18"/>
                <w:szCs w:val="24"/>
              </w:rPr>
              <w:t>Motivarea</w:t>
            </w:r>
            <w:proofErr w:type="spellEnd"/>
            <w:r w:rsidRPr="000371B0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proofErr w:type="spellStart"/>
            <w:r w:rsidRPr="000371B0">
              <w:rPr>
                <w:rFonts w:ascii="Times New Roman" w:hAnsi="Times New Roman"/>
                <w:sz w:val="18"/>
                <w:szCs w:val="24"/>
              </w:rPr>
              <w:t>încadrării</w:t>
            </w:r>
            <w:proofErr w:type="spellEnd"/>
            <w:r w:rsidRPr="000371B0">
              <w:rPr>
                <w:rFonts w:ascii="Times New Roman" w:hAnsi="Times New Roman"/>
                <w:sz w:val="18"/>
                <w:szCs w:val="24"/>
              </w:rPr>
              <w:br/>
            </w:r>
            <w:r w:rsidRPr="000371B0">
              <w:rPr>
                <w:rFonts w:ascii="Times New Roman" w:hAnsi="Times New Roman"/>
                <w:sz w:val="18"/>
                <w:szCs w:val="24"/>
              </w:rPr>
              <w:br/>
            </w:r>
            <w:r w:rsidRPr="000371B0">
              <w:rPr>
                <w:rFonts w:ascii="Times New Roman" w:hAnsi="Times New Roman"/>
                <w:sz w:val="18"/>
                <w:szCs w:val="24"/>
              </w:rPr>
              <w:br/>
            </w:r>
            <w:r w:rsidRPr="000371B0">
              <w:rPr>
                <w:rFonts w:ascii="Times New Roman" w:hAnsi="Times New Roman"/>
                <w:sz w:val="18"/>
                <w:szCs w:val="24"/>
              </w:rPr>
              <w:br/>
            </w:r>
            <w:r w:rsidRPr="000371B0">
              <w:rPr>
                <w:rFonts w:ascii="Times New Roman" w:hAnsi="Times New Roman"/>
                <w:sz w:val="18"/>
                <w:szCs w:val="24"/>
              </w:rPr>
              <w:br/>
              <w:t>___________________________________________________________________________________________________</w:t>
            </w:r>
          </w:p>
        </w:tc>
      </w:tr>
    </w:tbl>
    <w:p w14:paraId="0E76D7C0" w14:textId="77777777" w:rsidR="00C71D88" w:rsidRPr="000371B0" w:rsidRDefault="00C71D88">
      <w:pPr>
        <w:spacing w:before="6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0371B0" w:rsidRPr="000371B0" w14:paraId="23347A96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8" w:type="dxa"/>
              <w:left w:w="35" w:type="dxa"/>
              <w:bottom w:w="22" w:type="dxa"/>
              <w:right w:w="35" w:type="dxa"/>
            </w:tcMar>
          </w:tcPr>
          <w:p w14:paraId="003F9B46" w14:textId="77777777" w:rsidR="00C71D88" w:rsidRPr="000371B0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0371B0">
              <w:rPr>
                <w:rFonts w:ascii="Times New Roman" w:hAnsi="Times New Roman"/>
                <w:b/>
                <w:sz w:val="18"/>
                <w:szCs w:val="24"/>
              </w:rPr>
              <w:t>3. SEMNĂTURA</w:t>
            </w:r>
          </w:p>
        </w:tc>
      </w:tr>
      <w:tr w:rsidR="00C71D88" w:rsidRPr="000371B0" w14:paraId="0CDAC2EB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22" w:type="dxa"/>
              <w:right w:w="35" w:type="dxa"/>
            </w:tcMar>
          </w:tcPr>
          <w:p w14:paraId="6465960E" w14:textId="77777777" w:rsidR="00C71D88" w:rsidRDefault="00000000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24"/>
              </w:rPr>
            </w:pPr>
            <w:proofErr w:type="spellStart"/>
            <w:r w:rsidRPr="000371B0">
              <w:rPr>
                <w:rFonts w:ascii="Times New Roman" w:hAnsi="Times New Roman"/>
                <w:b/>
                <w:sz w:val="18"/>
                <w:szCs w:val="24"/>
              </w:rPr>
              <w:t>Reprezentantul</w:t>
            </w:r>
            <w:proofErr w:type="spellEnd"/>
            <w:r w:rsidRPr="000371B0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0371B0">
              <w:rPr>
                <w:rFonts w:ascii="Times New Roman" w:hAnsi="Times New Roman"/>
                <w:b/>
                <w:sz w:val="18"/>
                <w:szCs w:val="24"/>
              </w:rPr>
              <w:t>autorității</w:t>
            </w:r>
            <w:proofErr w:type="spellEnd"/>
            <w:r w:rsidRPr="000371B0">
              <w:rPr>
                <w:rFonts w:ascii="Times New Roman" w:hAnsi="Times New Roman"/>
                <w:b/>
                <w:sz w:val="18"/>
                <w:szCs w:val="24"/>
              </w:rPr>
              <w:t xml:space="preserve"> — </w:t>
            </w:r>
            <w:proofErr w:type="spellStart"/>
            <w:r w:rsidRPr="000371B0">
              <w:rPr>
                <w:rFonts w:ascii="Times New Roman" w:hAnsi="Times New Roman"/>
                <w:b/>
                <w:sz w:val="18"/>
                <w:szCs w:val="24"/>
              </w:rPr>
              <w:t>numele</w:t>
            </w:r>
            <w:proofErr w:type="spellEnd"/>
          </w:p>
          <w:p w14:paraId="2F4FA223" w14:textId="77777777" w:rsidR="0094553A" w:rsidRPr="000371B0" w:rsidRDefault="0094553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22" w:type="dxa"/>
              <w:right w:w="35" w:type="dxa"/>
            </w:tcMar>
          </w:tcPr>
          <w:p w14:paraId="1D0BF22F" w14:textId="77777777" w:rsidR="00C71D88" w:rsidRPr="000371B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0371B0">
              <w:rPr>
                <w:rFonts w:ascii="Times New Roman" w:hAnsi="Times New Roman"/>
                <w:b/>
                <w:sz w:val="18"/>
                <w:szCs w:val="24"/>
              </w:rPr>
              <w:t>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22" w:type="dxa"/>
              <w:right w:w="35" w:type="dxa"/>
            </w:tcMar>
          </w:tcPr>
          <w:p w14:paraId="6E56A3E7" w14:textId="77777777" w:rsidR="00C71D88" w:rsidRPr="000371B0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0371B0">
              <w:rPr>
                <w:rFonts w:ascii="Times New Roman" w:hAnsi="Times New Roman"/>
                <w:b/>
                <w:sz w:val="18"/>
                <w:szCs w:val="24"/>
              </w:rPr>
              <w:t>Semnatura</w:t>
            </w:r>
          </w:p>
        </w:tc>
      </w:tr>
    </w:tbl>
    <w:p w14:paraId="3F74575C" w14:textId="77777777" w:rsidR="00F71639" w:rsidRPr="000371B0" w:rsidRDefault="00F71639"/>
    <w:sectPr w:rsidR="00F71639" w:rsidRPr="000371B0" w:rsidSect="001D4BD5">
      <w:headerReference w:type="default" r:id="rId10"/>
      <w:footerReference w:type="default" r:id="rId11"/>
      <w:pgSz w:w="11906" w:h="16838" w:code="9"/>
      <w:pgMar w:top="576" w:right="648" w:bottom="576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06159" w14:textId="77777777" w:rsidR="00787D19" w:rsidRDefault="00787D19">
      <w:pPr>
        <w:spacing w:after="0" w:line="240" w:lineRule="auto"/>
      </w:pPr>
      <w:r>
        <w:separator/>
      </w:r>
    </w:p>
  </w:endnote>
  <w:endnote w:type="continuationSeparator" w:id="0">
    <w:p w14:paraId="0927527F" w14:textId="77777777" w:rsidR="00787D19" w:rsidRDefault="00787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AD693" w14:textId="77777777" w:rsidR="00C71D88" w:rsidRDefault="00C71D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B28FF" w14:textId="77777777" w:rsidR="00787D19" w:rsidRDefault="00787D19">
      <w:pPr>
        <w:spacing w:after="0" w:line="240" w:lineRule="auto"/>
      </w:pPr>
      <w:r>
        <w:separator/>
      </w:r>
    </w:p>
  </w:footnote>
  <w:footnote w:type="continuationSeparator" w:id="0">
    <w:p w14:paraId="36E3B283" w14:textId="77777777" w:rsidR="00787D19" w:rsidRDefault="00787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89207" w14:textId="77777777" w:rsidR="00C71D88" w:rsidRDefault="00C71D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66037311">
    <w:abstractNumId w:val="8"/>
  </w:num>
  <w:num w:numId="2" w16cid:durableId="425420431">
    <w:abstractNumId w:val="6"/>
  </w:num>
  <w:num w:numId="3" w16cid:durableId="1480263573">
    <w:abstractNumId w:val="5"/>
  </w:num>
  <w:num w:numId="4" w16cid:durableId="852886534">
    <w:abstractNumId w:val="4"/>
  </w:num>
  <w:num w:numId="5" w16cid:durableId="1399741140">
    <w:abstractNumId w:val="7"/>
  </w:num>
  <w:num w:numId="6" w16cid:durableId="832334530">
    <w:abstractNumId w:val="3"/>
  </w:num>
  <w:num w:numId="7" w16cid:durableId="795565112">
    <w:abstractNumId w:val="2"/>
  </w:num>
  <w:num w:numId="8" w16cid:durableId="433868064">
    <w:abstractNumId w:val="1"/>
  </w:num>
  <w:num w:numId="9" w16cid:durableId="631909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371B0"/>
    <w:rsid w:val="0006063C"/>
    <w:rsid w:val="000A7F91"/>
    <w:rsid w:val="000B5BA7"/>
    <w:rsid w:val="0015074B"/>
    <w:rsid w:val="001859C1"/>
    <w:rsid w:val="001D4BD5"/>
    <w:rsid w:val="00200FFD"/>
    <w:rsid w:val="0029639D"/>
    <w:rsid w:val="00326F90"/>
    <w:rsid w:val="004A6029"/>
    <w:rsid w:val="00787D19"/>
    <w:rsid w:val="00861A0B"/>
    <w:rsid w:val="0094553A"/>
    <w:rsid w:val="00AA1D8D"/>
    <w:rsid w:val="00B47730"/>
    <w:rsid w:val="00BB6ED6"/>
    <w:rsid w:val="00C71D88"/>
    <w:rsid w:val="00CB0664"/>
    <w:rsid w:val="00D64857"/>
    <w:rsid w:val="00DE40E0"/>
    <w:rsid w:val="00F7163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4A4588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1859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nsiliu@cjvalce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Alin2</cp:lastModifiedBy>
  <cp:revision>6</cp:revision>
  <dcterms:created xsi:type="dcterms:W3CDTF">2013-12-23T23:15:00Z</dcterms:created>
  <dcterms:modified xsi:type="dcterms:W3CDTF">2026-08-31T12:21:00Z</dcterms:modified>
  <cp:category/>
</cp:coreProperties>
</file>