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AE4C15" w14:paraId="7317437A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B2B325D" w14:textId="25C206A0" w:rsidR="00AE4C15" w:rsidRDefault="00AE4C1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FF59392" wp14:editId="7C5D6393">
                  <wp:extent cx="1152525" cy="1257300"/>
                  <wp:effectExtent l="0" t="0" r="9525" b="0"/>
                  <wp:docPr id="13258967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337E9F5" w14:textId="77777777" w:rsidR="00AE4C15" w:rsidRDefault="00AE4C15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AE4C15" w14:paraId="10FB0DBA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4999A" w14:textId="77777777" w:rsidR="00AE4C15" w:rsidRDefault="00AE4C15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0059392" w14:textId="77777777" w:rsidR="00AE4C15" w:rsidRDefault="00AE4C15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AE4C15" w14:paraId="6D2C7363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4934" w14:textId="77777777" w:rsidR="00AE4C15" w:rsidRDefault="00AE4C15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EE6FEF2" w14:textId="77777777" w:rsidR="00AE4C15" w:rsidRDefault="00AE4C15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5ECF6673" w14:textId="77777777" w:rsidR="00AE4C15" w:rsidRDefault="00AE4C15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59A3021" w14:textId="77777777" w:rsidR="00AE4C15" w:rsidRDefault="00AE4C15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1735407A" w14:textId="77777777" w:rsidR="00AE4C15" w:rsidRDefault="00AE4C15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70F73DAB" w14:textId="77777777" w:rsidR="00AE4C15" w:rsidRDefault="00AE4C15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5805AF8C" w14:textId="77777777" w:rsidR="00AE4C15" w:rsidRDefault="00AE4C15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AE4C15" w14:paraId="1DBE0E2E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7B86" w14:textId="77777777" w:rsidR="00AE4C15" w:rsidRDefault="00AE4C15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6B6A682" w14:textId="77777777" w:rsidR="00AE4C15" w:rsidRDefault="00AE4C15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81EB979" w14:textId="77777777" w:rsidR="00AE4C15" w:rsidRDefault="00AE4C15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2053EA69" w14:textId="02685C99" w:rsidR="00F45E32" w:rsidRPr="007A44EC" w:rsidRDefault="00A3049C">
      <w:pPr>
        <w:spacing w:before="160" w:after="80" w:line="240" w:lineRule="auto"/>
        <w:jc w:val="center"/>
        <w:rPr>
          <w:color w:val="000000" w:themeColor="text1"/>
          <w:sz w:val="24"/>
          <w:szCs w:val="24"/>
        </w:rPr>
      </w:pPr>
      <w:r w:rsidRPr="007A44EC">
        <w:rPr>
          <w:rFonts w:ascii="Times New Roman" w:hAnsi="Times New Roman"/>
          <w:b/>
          <w:color w:val="000000" w:themeColor="text1"/>
          <w:sz w:val="28"/>
          <w:szCs w:val="24"/>
        </w:rPr>
        <w:t>INFORMARE</w:t>
      </w:r>
      <w:r w:rsidRPr="007A44EC">
        <w:rPr>
          <w:rFonts w:ascii="Times New Roman" w:hAnsi="Times New Roman"/>
          <w:b/>
          <w:color w:val="000000" w:themeColor="text1"/>
          <w:sz w:val="28"/>
          <w:szCs w:val="24"/>
        </w:rPr>
        <w:br/>
      </w:r>
      <w:proofErr w:type="spellStart"/>
      <w:r w:rsidRPr="007A44EC">
        <w:rPr>
          <w:rFonts w:ascii="Times New Roman" w:hAnsi="Times New Roman"/>
          <w:color w:val="000000" w:themeColor="text1"/>
          <w:sz w:val="20"/>
          <w:szCs w:val="24"/>
        </w:rPr>
        <w:t>privind</w:t>
      </w:r>
      <w:proofErr w:type="spellEnd"/>
      <w:r w:rsidRPr="007A44EC">
        <w:rPr>
          <w:rFonts w:ascii="Times New Roman" w:hAnsi="Times New Roman"/>
          <w:color w:val="000000" w:themeColor="text1"/>
          <w:sz w:val="20"/>
          <w:szCs w:val="24"/>
        </w:rPr>
        <w:t xml:space="preserve"> </w:t>
      </w:r>
      <w:proofErr w:type="spellStart"/>
      <w:r w:rsidRPr="007A44EC">
        <w:rPr>
          <w:rFonts w:ascii="Times New Roman" w:hAnsi="Times New Roman"/>
          <w:color w:val="000000" w:themeColor="text1"/>
          <w:sz w:val="20"/>
          <w:szCs w:val="24"/>
        </w:rPr>
        <w:t>respingerea</w:t>
      </w:r>
      <w:proofErr w:type="spellEnd"/>
      <w:r w:rsidRPr="007A44EC">
        <w:rPr>
          <w:rFonts w:ascii="Times New Roman" w:hAnsi="Times New Roman"/>
          <w:color w:val="000000" w:themeColor="text1"/>
          <w:sz w:val="20"/>
          <w:szCs w:val="24"/>
        </w:rPr>
        <w:t xml:space="preserve"> </w:t>
      </w:r>
      <w:proofErr w:type="spellStart"/>
      <w:r w:rsidRPr="007A44EC">
        <w:rPr>
          <w:rFonts w:ascii="Times New Roman" w:hAnsi="Times New Roman"/>
          <w:color w:val="000000" w:themeColor="text1"/>
          <w:sz w:val="20"/>
          <w:szCs w:val="24"/>
        </w:rPr>
        <w:t>motivată</w:t>
      </w:r>
      <w:proofErr w:type="spellEnd"/>
      <w:r w:rsidRPr="007A44EC">
        <w:rPr>
          <w:rFonts w:ascii="Times New Roman" w:hAnsi="Times New Roman"/>
          <w:color w:val="000000" w:themeColor="text1"/>
          <w:sz w:val="20"/>
          <w:szCs w:val="24"/>
        </w:rPr>
        <w:t xml:space="preserve"> a notificării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7A44EC" w:rsidRPr="007A44EC" w14:paraId="18DCAF5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4E54736B" w14:textId="77777777" w:rsidR="00F45E32" w:rsidRPr="007A44EC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1. REFERINȚE</w:t>
            </w:r>
          </w:p>
        </w:tc>
      </w:tr>
      <w:tr w:rsidR="007A44EC" w:rsidRPr="007A44EC" w14:paraId="47A22EF5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53F1316" w14:textId="77777777" w:rsidR="00F45E32" w:rsidRPr="007A44EC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Notificarea</w:t>
            </w:r>
            <w:proofErr w:type="spellEnd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FCC3093" w14:textId="77777777" w:rsidR="00F45E32" w:rsidRPr="007A44EC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17703B5D" w14:textId="77777777" w:rsidR="00F45E32" w:rsidRPr="007A44EC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 beneficiarului</w:t>
            </w:r>
          </w:p>
        </w:tc>
      </w:tr>
      <w:tr w:rsidR="00F45E32" w:rsidRPr="007A44EC" w14:paraId="7B00EC9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33F0547B" w14:textId="77777777" w:rsidR="00F45E32" w:rsidRPr="007A44EC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Proiect</w:t>
            </w:r>
            <w:proofErr w:type="spellEnd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nr. / </w:t>
            </w:r>
            <w:proofErr w:type="gramStart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cod</w:t>
            </w:r>
            <w:proofErr w:type="gramEnd"/>
          </w:p>
        </w:tc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25E5C69B" w14:textId="77777777" w:rsidR="00F45E32" w:rsidRPr="007A44EC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Imobilul</w:t>
            </w:r>
          </w:p>
        </w:tc>
      </w:tr>
    </w:tbl>
    <w:p w14:paraId="6D8062B8" w14:textId="77777777" w:rsidR="00F45E32" w:rsidRPr="007A44EC" w:rsidRDefault="00F45E32">
      <w:pPr>
        <w:spacing w:before="6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7A44EC" w:rsidRPr="007A44EC" w14:paraId="5E5D7BC3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8" w:type="dxa"/>
              <w:right w:w="35" w:type="dxa"/>
            </w:tcMar>
          </w:tcPr>
          <w:p w14:paraId="71582A59" w14:textId="77777777" w:rsidR="00F45E32" w:rsidRPr="007A44EC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2. RESPINGEREA</w:t>
            </w:r>
          </w:p>
        </w:tc>
      </w:tr>
      <w:tr w:rsidR="007A44EC" w:rsidRPr="007A44EC" w14:paraId="18897F4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4361C32D" w14:textId="77777777" w:rsidR="00F45E32" w:rsidRPr="007A44EC" w:rsidRDefault="00000000">
            <w:pPr>
              <w:spacing w:before="40" w:after="4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☐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neîncadrarea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categoriile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art. 294 din Legea nr.169/2026 privind Codul amenajării teritoriului, urbanismului și construcțiilor</w:t>
            </w: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  <w:t>☐ nerespectarea condițiilor privind calitatea în construcții</w:t>
            </w: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  <w:t>☐ nerespectarea condițiilor privind mediul ori patrimoniul cultural</w:t>
            </w: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  <w:t>☐ alt motiv</w:t>
            </w:r>
          </w:p>
        </w:tc>
      </w:tr>
      <w:tr w:rsidR="007A44EC" w:rsidRPr="007A44EC" w14:paraId="12C6380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6DE55A4D" w14:textId="77777777" w:rsidR="00F45E32" w:rsidRPr="007A44EC" w:rsidRDefault="00000000">
            <w:pPr>
              <w:spacing w:before="40" w:after="4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Motivarea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</w: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</w: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</w: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</w:r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  <w:t>___________________________________________________________________________________________________</w:t>
            </w:r>
          </w:p>
        </w:tc>
      </w:tr>
      <w:tr w:rsidR="00F45E32" w:rsidRPr="007A44EC" w14:paraId="0359453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8" w:type="dxa"/>
              <w:right w:w="35" w:type="dxa"/>
            </w:tcMar>
          </w:tcPr>
          <w:p w14:paraId="59614322" w14:textId="77777777" w:rsidR="00F45E32" w:rsidRPr="007A44EC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Lucrările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nu pot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începe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baza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notificării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transmise</w:t>
            </w:r>
            <w:proofErr w:type="spellEnd"/>
            <w:r w:rsidRPr="007A44EC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. O nouă notificare poate fi transmisă numai pentru o soluție care se încadrează integral în condițiile Legii nr.169/2026.</w:t>
            </w:r>
          </w:p>
        </w:tc>
      </w:tr>
    </w:tbl>
    <w:p w14:paraId="12C15554" w14:textId="77777777" w:rsidR="00F45E32" w:rsidRPr="007A44EC" w:rsidRDefault="00F45E32">
      <w:pPr>
        <w:spacing w:before="6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7A44EC" w:rsidRPr="007A44EC" w14:paraId="18B056D0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8" w:type="dxa"/>
              <w:left w:w="35" w:type="dxa"/>
              <w:bottom w:w="22" w:type="dxa"/>
              <w:right w:w="35" w:type="dxa"/>
            </w:tcMar>
          </w:tcPr>
          <w:p w14:paraId="1DF34525" w14:textId="77777777" w:rsidR="00F45E32" w:rsidRPr="007A44EC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3. SEMNĂTURA</w:t>
            </w:r>
          </w:p>
        </w:tc>
      </w:tr>
      <w:tr w:rsidR="00F45E32" w:rsidRPr="007A44EC" w14:paraId="151A808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3FFF3025" w14:textId="77777777" w:rsidR="00F45E32" w:rsidRPr="007A44EC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Reprezentantul</w:t>
            </w:r>
            <w:proofErr w:type="spellEnd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autorității</w:t>
            </w:r>
            <w:proofErr w:type="spellEnd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— </w:t>
            </w:r>
            <w:proofErr w:type="spellStart"/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numele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4836E59D" w14:textId="77777777" w:rsidR="00F45E32" w:rsidRDefault="00000000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  <w:p w14:paraId="3BE6D954" w14:textId="77777777" w:rsidR="00AE4C15" w:rsidRPr="007A44EC" w:rsidRDefault="00AE4C15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8" w:type="dxa"/>
              <w:left w:w="35" w:type="dxa"/>
              <w:bottom w:w="22" w:type="dxa"/>
              <w:right w:w="35" w:type="dxa"/>
            </w:tcMar>
          </w:tcPr>
          <w:p w14:paraId="222C35D9" w14:textId="77777777" w:rsidR="00F45E32" w:rsidRPr="007A44EC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7A44EC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Semnătura</w:t>
            </w:r>
          </w:p>
        </w:tc>
      </w:tr>
    </w:tbl>
    <w:p w14:paraId="34C090F5" w14:textId="77777777" w:rsidR="00315DE9" w:rsidRPr="007A44EC" w:rsidRDefault="00315DE9">
      <w:pPr>
        <w:rPr>
          <w:color w:val="000000" w:themeColor="text1"/>
        </w:rPr>
      </w:pPr>
    </w:p>
    <w:sectPr w:rsidR="00315DE9" w:rsidRPr="007A44EC" w:rsidSect="00D4269C">
      <w:headerReference w:type="default" r:id="rId10"/>
      <w:footerReference w:type="default" r:id="rId11"/>
      <w:pgSz w:w="11906" w:h="16838" w:code="9"/>
      <w:pgMar w:top="576" w:right="648" w:bottom="576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586B7" w14:textId="77777777" w:rsidR="00ED34D4" w:rsidRDefault="00ED34D4">
      <w:pPr>
        <w:spacing w:after="0" w:line="240" w:lineRule="auto"/>
      </w:pPr>
      <w:r>
        <w:separator/>
      </w:r>
    </w:p>
  </w:endnote>
  <w:endnote w:type="continuationSeparator" w:id="0">
    <w:p w14:paraId="4865A3BC" w14:textId="77777777" w:rsidR="00ED34D4" w:rsidRDefault="00ED3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7084" w14:textId="77777777" w:rsidR="00F45E32" w:rsidRDefault="00F45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92F85" w14:textId="77777777" w:rsidR="00ED34D4" w:rsidRDefault="00ED34D4">
      <w:pPr>
        <w:spacing w:after="0" w:line="240" w:lineRule="auto"/>
      </w:pPr>
      <w:r>
        <w:separator/>
      </w:r>
    </w:p>
  </w:footnote>
  <w:footnote w:type="continuationSeparator" w:id="0">
    <w:p w14:paraId="1D71CA0D" w14:textId="77777777" w:rsidR="00ED34D4" w:rsidRDefault="00ED3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AB665" w14:textId="77777777" w:rsidR="00F45E32" w:rsidRDefault="00F45E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9376165">
    <w:abstractNumId w:val="8"/>
  </w:num>
  <w:num w:numId="2" w16cid:durableId="807404334">
    <w:abstractNumId w:val="6"/>
  </w:num>
  <w:num w:numId="3" w16cid:durableId="229855119">
    <w:abstractNumId w:val="5"/>
  </w:num>
  <w:num w:numId="4" w16cid:durableId="1148664141">
    <w:abstractNumId w:val="4"/>
  </w:num>
  <w:num w:numId="5" w16cid:durableId="1200630063">
    <w:abstractNumId w:val="7"/>
  </w:num>
  <w:num w:numId="6" w16cid:durableId="26806734">
    <w:abstractNumId w:val="3"/>
  </w:num>
  <w:num w:numId="7" w16cid:durableId="732319064">
    <w:abstractNumId w:val="2"/>
  </w:num>
  <w:num w:numId="8" w16cid:durableId="1417166398">
    <w:abstractNumId w:val="1"/>
  </w:num>
  <w:num w:numId="9" w16cid:durableId="635528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0FFD"/>
    <w:rsid w:val="0029639D"/>
    <w:rsid w:val="00315DE9"/>
    <w:rsid w:val="00326F90"/>
    <w:rsid w:val="003C2734"/>
    <w:rsid w:val="003E3527"/>
    <w:rsid w:val="004A5ABF"/>
    <w:rsid w:val="004A6029"/>
    <w:rsid w:val="004F1296"/>
    <w:rsid w:val="00616211"/>
    <w:rsid w:val="007A44EC"/>
    <w:rsid w:val="00A3049C"/>
    <w:rsid w:val="00AA1D8D"/>
    <w:rsid w:val="00AE4C15"/>
    <w:rsid w:val="00B47730"/>
    <w:rsid w:val="00B5364E"/>
    <w:rsid w:val="00CB0664"/>
    <w:rsid w:val="00D4269C"/>
    <w:rsid w:val="00E32D9B"/>
    <w:rsid w:val="00ED34D4"/>
    <w:rsid w:val="00F45E32"/>
    <w:rsid w:val="00F52420"/>
    <w:rsid w:val="00F81D0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4CF23F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4F12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10</cp:revision>
  <dcterms:created xsi:type="dcterms:W3CDTF">2013-12-23T23:15:00Z</dcterms:created>
  <dcterms:modified xsi:type="dcterms:W3CDTF">2026-08-31T12:21:00Z</dcterms:modified>
  <cp:category/>
</cp:coreProperties>
</file>