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9E2150" w14:paraId="2E6A8026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87B6E9D" w14:textId="2936D2BA" w:rsidR="009E2150" w:rsidRDefault="009E215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58D4ACC" wp14:editId="11BA0AA3">
                  <wp:extent cx="1152525" cy="1257300"/>
                  <wp:effectExtent l="0" t="0" r="9525" b="0"/>
                  <wp:docPr id="922361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24F7C90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9E2150" w14:paraId="77AE269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F17E" w14:textId="77777777" w:rsidR="009E2150" w:rsidRDefault="009E2150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FB757C0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9E2150" w14:paraId="36235C6E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B070E" w14:textId="77777777" w:rsidR="009E2150" w:rsidRDefault="009E2150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51A97B4" w14:textId="77777777" w:rsidR="009E2150" w:rsidRDefault="009E2150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383A925B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A0D8F37" w14:textId="77777777" w:rsidR="009E2150" w:rsidRDefault="009E2150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353C08DF" w14:textId="77777777" w:rsidR="009E2150" w:rsidRDefault="009E2150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B2D2F52" w14:textId="77777777" w:rsidR="009E2150" w:rsidRDefault="009E2150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6F7D5499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9E2150" w14:paraId="3134EF0A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C2B4" w14:textId="77777777" w:rsidR="009E2150" w:rsidRDefault="009E2150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0432599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B060684" w14:textId="77777777" w:rsidR="009E2150" w:rsidRDefault="009E2150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08586E29" w14:textId="1BE03B46" w:rsidR="004210F6" w:rsidRPr="00C210E7" w:rsidRDefault="00000000" w:rsidP="00F77932">
      <w:pPr>
        <w:spacing w:before="160" w:after="80" w:line="240" w:lineRule="auto"/>
        <w:jc w:val="center"/>
      </w:pPr>
      <w:r w:rsidRPr="00C210E7">
        <w:rPr>
          <w:rFonts w:ascii="Times New Roman" w:hAnsi="Times New Roman"/>
          <w:b/>
          <w:sz w:val="26"/>
        </w:rPr>
        <w:t>EXTRAS / DOVADĂ</w:t>
      </w:r>
      <w:r w:rsidRPr="00C210E7">
        <w:rPr>
          <w:rFonts w:ascii="Times New Roman" w:hAnsi="Times New Roman"/>
          <w:b/>
          <w:sz w:val="26"/>
        </w:rPr>
        <w:br/>
      </w:r>
      <w:proofErr w:type="spellStart"/>
      <w:r w:rsidRPr="00C210E7">
        <w:rPr>
          <w:rFonts w:ascii="Times New Roman" w:hAnsi="Times New Roman"/>
          <w:sz w:val="19"/>
        </w:rPr>
        <w:t>privind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împlinirea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termenului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și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stadiul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procedurii</w:t>
      </w:r>
      <w:proofErr w:type="spellEnd"/>
      <w:r w:rsidRPr="00C210E7">
        <w:rPr>
          <w:rFonts w:ascii="Times New Roman" w:hAnsi="Times New Roman"/>
          <w:sz w:val="19"/>
        </w:rPr>
        <w:t xml:space="preserve"> </w:t>
      </w:r>
      <w:proofErr w:type="spellStart"/>
      <w:r w:rsidRPr="00C210E7">
        <w:rPr>
          <w:rFonts w:ascii="Times New Roman" w:hAnsi="Times New Roman"/>
          <w:sz w:val="19"/>
        </w:rPr>
        <w:t>notificării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210E7" w:rsidRPr="00C210E7" w14:paraId="2551A811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4386CC1F" w14:textId="77777777" w:rsidR="004210F6" w:rsidRPr="00C210E7" w:rsidRDefault="00000000">
            <w:pPr>
              <w:spacing w:before="10" w:after="10" w:line="240" w:lineRule="auto"/>
            </w:pPr>
            <w:r w:rsidRPr="00C210E7">
              <w:rPr>
                <w:rFonts w:ascii="Times New Roman" w:hAnsi="Times New Roman"/>
                <w:b/>
                <w:sz w:val="17"/>
              </w:rPr>
              <w:t>1. REFERINȚE</w:t>
            </w:r>
          </w:p>
        </w:tc>
      </w:tr>
      <w:tr w:rsidR="00C210E7" w:rsidRPr="00C210E7" w14:paraId="484CEFC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8A94FBE" w14:textId="77777777" w:rsidR="004210F6" w:rsidRPr="00C210E7" w:rsidRDefault="00000000">
            <w:pPr>
              <w:spacing w:after="0" w:line="240" w:lineRule="auto"/>
            </w:pP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Notificarea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2651560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AF1C630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>a beneficiarului</w:t>
            </w:r>
          </w:p>
        </w:tc>
      </w:tr>
      <w:tr w:rsidR="004210F6" w:rsidRPr="00C210E7" w14:paraId="0916C83D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A96DAE4" w14:textId="77777777" w:rsidR="004210F6" w:rsidRPr="00C210E7" w:rsidRDefault="00000000">
            <w:pPr>
              <w:spacing w:after="0" w:line="240" w:lineRule="auto"/>
            </w:pP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Proiect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t xml:space="preserve"> nr. / </w:t>
            </w:r>
            <w:proofErr w:type="gramStart"/>
            <w:r w:rsidRPr="00C210E7">
              <w:rPr>
                <w:rFonts w:ascii="Times New Roman" w:hAnsi="Times New Roman"/>
                <w:b/>
                <w:sz w:val="16"/>
              </w:rPr>
              <w:t>cod</w:t>
            </w:r>
            <w:proofErr w:type="gramEnd"/>
          </w:p>
        </w:tc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8582882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>Imobilul</w:t>
            </w:r>
          </w:p>
        </w:tc>
      </w:tr>
    </w:tbl>
    <w:p w14:paraId="4A0C8ACD" w14:textId="77777777" w:rsidR="004210F6" w:rsidRPr="00C210E7" w:rsidRDefault="004210F6">
      <w:pPr>
        <w:spacing w:before="6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C210E7" w:rsidRPr="00C210E7" w14:paraId="4C78BC90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5E35AE9E" w14:textId="77777777" w:rsidR="004210F6" w:rsidRPr="00C210E7" w:rsidRDefault="00000000">
            <w:pPr>
              <w:spacing w:before="10" w:after="10" w:line="240" w:lineRule="auto"/>
            </w:pPr>
            <w:r w:rsidRPr="00C210E7">
              <w:rPr>
                <w:rFonts w:ascii="Times New Roman" w:hAnsi="Times New Roman"/>
                <w:b/>
                <w:sz w:val="17"/>
              </w:rPr>
              <w:t>2. EXTRASUL</w:t>
            </w:r>
          </w:p>
        </w:tc>
      </w:tr>
      <w:tr w:rsidR="00C210E7" w:rsidRPr="00C210E7" w14:paraId="056071C2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EE6BFFF" w14:textId="77777777" w:rsidR="004210F6" w:rsidRPr="00C210E7" w:rsidRDefault="00000000">
            <w:pPr>
              <w:spacing w:before="40" w:after="40" w:line="240" w:lineRule="auto"/>
            </w:pPr>
            <w:r w:rsidRPr="00C210E7">
              <w:rPr>
                <w:rFonts w:ascii="Times New Roman" w:hAnsi="Times New Roman"/>
                <w:sz w:val="17"/>
              </w:rPr>
              <w:t xml:space="preserve">☐ </w:t>
            </w:r>
            <w:proofErr w:type="spellStart"/>
            <w:r w:rsidRPr="00C210E7">
              <w:rPr>
                <w:rFonts w:ascii="Times New Roman" w:hAnsi="Times New Roman"/>
                <w:sz w:val="17"/>
              </w:rPr>
              <w:t>termenul</w:t>
            </w:r>
            <w:proofErr w:type="spellEnd"/>
            <w:r w:rsidRPr="00C210E7">
              <w:rPr>
                <w:rFonts w:ascii="Times New Roman" w:hAnsi="Times New Roman"/>
                <w:sz w:val="17"/>
              </w:rPr>
              <w:t xml:space="preserve"> s-a </w:t>
            </w:r>
            <w:proofErr w:type="spellStart"/>
            <w:r w:rsidRPr="00C210E7">
              <w:rPr>
                <w:rFonts w:ascii="Times New Roman" w:hAnsi="Times New Roman"/>
                <w:sz w:val="17"/>
              </w:rPr>
              <w:t>împlinit</w:t>
            </w:r>
            <w:proofErr w:type="spellEnd"/>
            <w:r w:rsidRPr="00C210E7">
              <w:rPr>
                <w:rFonts w:ascii="Times New Roman" w:hAnsi="Times New Roman"/>
                <w:sz w:val="17"/>
              </w:rPr>
              <w:t xml:space="preserve"> </w:t>
            </w:r>
            <w:proofErr w:type="spellStart"/>
            <w:r w:rsidRPr="00C210E7">
              <w:rPr>
                <w:rFonts w:ascii="Times New Roman" w:hAnsi="Times New Roman"/>
                <w:sz w:val="17"/>
              </w:rPr>
              <w:t>fără</w:t>
            </w:r>
            <w:proofErr w:type="spellEnd"/>
            <w:r w:rsidRPr="00C210E7">
              <w:rPr>
                <w:rFonts w:ascii="Times New Roman" w:hAnsi="Times New Roman"/>
                <w:sz w:val="17"/>
              </w:rPr>
              <w:t xml:space="preserve"> solicitare de clarificări — lucrările POT ÎNCEPE (acord tacit)</w:t>
            </w:r>
            <w:r w:rsidRPr="00C210E7">
              <w:rPr>
                <w:rFonts w:ascii="Times New Roman" w:hAnsi="Times New Roman"/>
                <w:sz w:val="17"/>
              </w:rPr>
              <w:br/>
              <w:t>☐ procedura este în clarificare</w:t>
            </w:r>
            <w:r w:rsidRPr="00C210E7">
              <w:rPr>
                <w:rFonts w:ascii="Times New Roman" w:hAnsi="Times New Roman"/>
                <w:sz w:val="17"/>
              </w:rPr>
              <w:br/>
              <w:t>☐ a fost emisă informarea privind necesitatea autorizației</w:t>
            </w:r>
            <w:r w:rsidRPr="00C210E7">
              <w:rPr>
                <w:rFonts w:ascii="Times New Roman" w:hAnsi="Times New Roman"/>
                <w:sz w:val="17"/>
              </w:rPr>
              <w:br/>
              <w:t>☐ notificarea a fost respinsă</w:t>
            </w:r>
          </w:p>
        </w:tc>
      </w:tr>
      <w:tr w:rsidR="00C210E7" w:rsidRPr="00C210E7" w14:paraId="64F99851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FF8C3F7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 xml:space="preserve">Data </w:t>
            </w: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împlinirii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termenului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br/>
            </w:r>
            <w:r w:rsidRPr="00C210E7">
              <w:rPr>
                <w:rFonts w:ascii="Times New Roman" w:hAnsi="Times New Roman"/>
                <w:b/>
                <w:sz w:val="16"/>
              </w:rPr>
              <w:br/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582C62D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>Termenul de 3 ani pentru realizarea lucrărilor expiră la</w:t>
            </w:r>
            <w:r w:rsidRPr="00C210E7">
              <w:rPr>
                <w:rFonts w:ascii="Times New Roman" w:hAnsi="Times New Roman"/>
                <w:b/>
                <w:sz w:val="16"/>
              </w:rPr>
              <w:br/>
            </w:r>
            <w:r w:rsidRPr="00C210E7">
              <w:rPr>
                <w:rFonts w:ascii="Times New Roman" w:hAnsi="Times New Roman"/>
                <w:b/>
                <w:sz w:val="16"/>
              </w:rPr>
              <w:br/>
            </w:r>
          </w:p>
        </w:tc>
      </w:tr>
      <w:tr w:rsidR="004210F6" w:rsidRPr="00C210E7" w14:paraId="2230721B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65551D0" w14:textId="77777777" w:rsidR="004210F6" w:rsidRPr="00C210E7" w:rsidRDefault="00000000">
            <w:pPr>
              <w:spacing w:after="10" w:line="240" w:lineRule="auto"/>
            </w:pPr>
            <w:proofErr w:type="spellStart"/>
            <w:r w:rsidRPr="00C210E7">
              <w:rPr>
                <w:rFonts w:ascii="Times New Roman" w:hAnsi="Times New Roman"/>
                <w:i/>
                <w:sz w:val="15"/>
              </w:rPr>
              <w:t>Prezentul</w:t>
            </w:r>
            <w:proofErr w:type="spellEnd"/>
            <w:r w:rsidRPr="00C210E7">
              <w:rPr>
                <w:rFonts w:ascii="Times New Roman" w:hAnsi="Times New Roman"/>
                <w:i/>
                <w:sz w:val="15"/>
              </w:rPr>
              <w:t xml:space="preserve"> extras </w:t>
            </w:r>
            <w:proofErr w:type="spellStart"/>
            <w:r w:rsidRPr="00C210E7">
              <w:rPr>
                <w:rFonts w:ascii="Times New Roman" w:hAnsi="Times New Roman"/>
                <w:i/>
                <w:sz w:val="15"/>
              </w:rPr>
              <w:t>atestă</w:t>
            </w:r>
            <w:proofErr w:type="spellEnd"/>
            <w:r w:rsidRPr="00C210E7">
              <w:rPr>
                <w:rFonts w:ascii="Times New Roman" w:hAnsi="Times New Roman"/>
                <w:i/>
                <w:sz w:val="15"/>
              </w:rPr>
              <w:t xml:space="preserve"> </w:t>
            </w:r>
            <w:proofErr w:type="spellStart"/>
            <w:r w:rsidRPr="00C210E7">
              <w:rPr>
                <w:rFonts w:ascii="Times New Roman" w:hAnsi="Times New Roman"/>
                <w:i/>
                <w:sz w:val="15"/>
              </w:rPr>
              <w:t>stadiul</w:t>
            </w:r>
            <w:proofErr w:type="spellEnd"/>
            <w:r w:rsidRPr="00C210E7">
              <w:rPr>
                <w:rFonts w:ascii="Times New Roman" w:hAnsi="Times New Roman"/>
                <w:i/>
                <w:sz w:val="15"/>
              </w:rPr>
              <w:t xml:space="preserve"> </w:t>
            </w:r>
            <w:proofErr w:type="spellStart"/>
            <w:r w:rsidRPr="00C210E7">
              <w:rPr>
                <w:rFonts w:ascii="Times New Roman" w:hAnsi="Times New Roman"/>
                <w:i/>
                <w:sz w:val="15"/>
              </w:rPr>
              <w:t>procedurii</w:t>
            </w:r>
            <w:proofErr w:type="spellEnd"/>
            <w:r w:rsidRPr="00C210E7">
              <w:rPr>
                <w:rFonts w:ascii="Times New Roman" w:hAnsi="Times New Roman"/>
                <w:i/>
                <w:sz w:val="15"/>
              </w:rPr>
              <w:t xml:space="preserve"> la data </w:t>
            </w:r>
            <w:proofErr w:type="spellStart"/>
            <w:r w:rsidRPr="00C210E7">
              <w:rPr>
                <w:rFonts w:ascii="Times New Roman" w:hAnsi="Times New Roman"/>
                <w:i/>
                <w:sz w:val="15"/>
              </w:rPr>
              <w:t>emiterii</w:t>
            </w:r>
            <w:proofErr w:type="spellEnd"/>
            <w:r w:rsidRPr="00C210E7">
              <w:rPr>
                <w:rFonts w:ascii="Times New Roman" w:hAnsi="Times New Roman"/>
                <w:i/>
                <w:sz w:val="15"/>
              </w:rPr>
              <w:t>.</w:t>
            </w:r>
          </w:p>
        </w:tc>
      </w:tr>
    </w:tbl>
    <w:p w14:paraId="37962B9C" w14:textId="77777777" w:rsidR="004210F6" w:rsidRPr="00C210E7" w:rsidRDefault="004210F6">
      <w:pPr>
        <w:spacing w:before="6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210E7" w:rsidRPr="00C210E7" w14:paraId="6C33AEC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713C32F" w14:textId="77777777" w:rsidR="004210F6" w:rsidRPr="00C210E7" w:rsidRDefault="00000000">
            <w:pPr>
              <w:spacing w:before="10" w:after="10" w:line="240" w:lineRule="auto"/>
            </w:pPr>
            <w:r w:rsidRPr="00C210E7">
              <w:rPr>
                <w:rFonts w:ascii="Times New Roman" w:hAnsi="Times New Roman"/>
                <w:b/>
                <w:sz w:val="17"/>
              </w:rPr>
              <w:t>3. SEMNĂTURA</w:t>
            </w:r>
          </w:p>
        </w:tc>
      </w:tr>
      <w:tr w:rsidR="004210F6" w:rsidRPr="00C210E7" w14:paraId="0FBF0F0E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5C5C851" w14:textId="77777777" w:rsidR="004210F6" w:rsidRPr="00C210E7" w:rsidRDefault="00000000">
            <w:pPr>
              <w:spacing w:after="0" w:line="240" w:lineRule="auto"/>
            </w:pP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Reprezentantul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autorității</w:t>
            </w:r>
            <w:proofErr w:type="spellEnd"/>
            <w:r w:rsidRPr="00C210E7">
              <w:rPr>
                <w:rFonts w:ascii="Times New Roman" w:hAnsi="Times New Roman"/>
                <w:b/>
                <w:sz w:val="16"/>
              </w:rPr>
              <w:t xml:space="preserve"> — </w:t>
            </w:r>
            <w:proofErr w:type="spellStart"/>
            <w:r w:rsidRPr="00C210E7">
              <w:rPr>
                <w:rFonts w:ascii="Times New Roman" w:hAnsi="Times New Roman"/>
                <w:b/>
                <w:sz w:val="16"/>
              </w:rPr>
              <w:t>numele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057B9B74" w14:textId="77777777" w:rsidR="004210F6" w:rsidRDefault="00000000">
            <w:pPr>
              <w:spacing w:after="0" w:line="240" w:lineRule="auto"/>
              <w:rPr>
                <w:rFonts w:ascii="Times New Roman" w:hAnsi="Times New Roman"/>
                <w:b/>
                <w:sz w:val="16"/>
              </w:rPr>
            </w:pPr>
            <w:r w:rsidRPr="00C210E7">
              <w:rPr>
                <w:rFonts w:ascii="Times New Roman" w:hAnsi="Times New Roman"/>
                <w:b/>
                <w:sz w:val="16"/>
              </w:rPr>
              <w:t>Data</w:t>
            </w:r>
          </w:p>
          <w:p w14:paraId="5FA276CF" w14:textId="77777777" w:rsidR="009E2150" w:rsidRPr="00C210E7" w:rsidRDefault="009E2150">
            <w:pPr>
              <w:spacing w:after="0" w:line="240" w:lineRule="auto"/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76B4C38E" w14:textId="77777777" w:rsidR="004210F6" w:rsidRPr="00C210E7" w:rsidRDefault="00000000">
            <w:pPr>
              <w:spacing w:after="0" w:line="240" w:lineRule="auto"/>
            </w:pPr>
            <w:r w:rsidRPr="00C210E7">
              <w:rPr>
                <w:rFonts w:ascii="Times New Roman" w:hAnsi="Times New Roman"/>
                <w:b/>
                <w:sz w:val="16"/>
              </w:rPr>
              <w:t>semnătura</w:t>
            </w:r>
          </w:p>
        </w:tc>
      </w:tr>
    </w:tbl>
    <w:p w14:paraId="2FB1584A" w14:textId="77777777" w:rsidR="0047183C" w:rsidRPr="00C210E7" w:rsidRDefault="0047183C"/>
    <w:sectPr w:rsidR="0047183C" w:rsidRPr="00C210E7" w:rsidSect="002303D5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1ECAB" w14:textId="77777777" w:rsidR="00873520" w:rsidRDefault="00873520">
      <w:pPr>
        <w:spacing w:after="0" w:line="240" w:lineRule="auto"/>
      </w:pPr>
      <w:r>
        <w:separator/>
      </w:r>
    </w:p>
  </w:endnote>
  <w:endnote w:type="continuationSeparator" w:id="0">
    <w:p w14:paraId="52282200" w14:textId="77777777" w:rsidR="00873520" w:rsidRDefault="00873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EB9FD" w14:textId="77777777" w:rsidR="004210F6" w:rsidRDefault="004210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2463C" w14:textId="77777777" w:rsidR="00873520" w:rsidRDefault="00873520">
      <w:pPr>
        <w:spacing w:after="0" w:line="240" w:lineRule="auto"/>
      </w:pPr>
      <w:r>
        <w:separator/>
      </w:r>
    </w:p>
  </w:footnote>
  <w:footnote w:type="continuationSeparator" w:id="0">
    <w:p w14:paraId="5E40B993" w14:textId="77777777" w:rsidR="00873520" w:rsidRDefault="00873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CC8ED" w14:textId="77777777" w:rsidR="004210F6" w:rsidRDefault="004210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727686">
    <w:abstractNumId w:val="8"/>
  </w:num>
  <w:num w:numId="2" w16cid:durableId="690953536">
    <w:abstractNumId w:val="6"/>
  </w:num>
  <w:num w:numId="3" w16cid:durableId="1256211296">
    <w:abstractNumId w:val="5"/>
  </w:num>
  <w:num w:numId="4" w16cid:durableId="1526366198">
    <w:abstractNumId w:val="4"/>
  </w:num>
  <w:num w:numId="5" w16cid:durableId="1000086155">
    <w:abstractNumId w:val="7"/>
  </w:num>
  <w:num w:numId="6" w16cid:durableId="866452997">
    <w:abstractNumId w:val="3"/>
  </w:num>
  <w:num w:numId="7" w16cid:durableId="1057779046">
    <w:abstractNumId w:val="2"/>
  </w:num>
  <w:num w:numId="8" w16cid:durableId="302276707">
    <w:abstractNumId w:val="1"/>
  </w:num>
  <w:num w:numId="9" w16cid:durableId="58839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FFD"/>
    <w:rsid w:val="002303D5"/>
    <w:rsid w:val="0029639D"/>
    <w:rsid w:val="00326F90"/>
    <w:rsid w:val="003F7BD1"/>
    <w:rsid w:val="004210F6"/>
    <w:rsid w:val="0047183C"/>
    <w:rsid w:val="004A6029"/>
    <w:rsid w:val="00520723"/>
    <w:rsid w:val="00587300"/>
    <w:rsid w:val="007B6F99"/>
    <w:rsid w:val="00873520"/>
    <w:rsid w:val="008D1297"/>
    <w:rsid w:val="009E2150"/>
    <w:rsid w:val="00AA1D8D"/>
    <w:rsid w:val="00B47730"/>
    <w:rsid w:val="00C210E7"/>
    <w:rsid w:val="00CB0664"/>
    <w:rsid w:val="00F12B0D"/>
    <w:rsid w:val="00F779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3B5D60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F7B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6</cp:revision>
  <dcterms:created xsi:type="dcterms:W3CDTF">2013-12-23T23:15:00Z</dcterms:created>
  <dcterms:modified xsi:type="dcterms:W3CDTF">2026-08-31T12:22:00Z</dcterms:modified>
  <cp:category/>
</cp:coreProperties>
</file>