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BE381F" w14:paraId="5336F221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F00F987" w14:textId="16957650" w:rsidR="00BE381F" w:rsidRDefault="00BE381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C583548" wp14:editId="1D1054E4">
                  <wp:extent cx="1152525" cy="1257300"/>
                  <wp:effectExtent l="0" t="0" r="9525" b="0"/>
                  <wp:docPr id="2581880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37178E0" w14:textId="77777777" w:rsidR="00BE381F" w:rsidRDefault="00BE381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BE381F" w14:paraId="3B20D585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C423" w14:textId="77777777" w:rsidR="00BE381F" w:rsidRDefault="00BE381F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BB85EFD" w14:textId="77777777" w:rsidR="00BE381F" w:rsidRDefault="00BE381F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BE381F" w14:paraId="7D23ABAA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C1F56" w14:textId="77777777" w:rsidR="00BE381F" w:rsidRDefault="00BE381F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73B2625" w14:textId="77777777" w:rsidR="00BE381F" w:rsidRDefault="00BE381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633335AD" w14:textId="77777777" w:rsidR="00BE381F" w:rsidRDefault="00BE381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E9F1EB1" w14:textId="77777777" w:rsidR="00BE381F" w:rsidRDefault="00BE381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796934E7" w14:textId="77777777" w:rsidR="00BE381F" w:rsidRDefault="00BE381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541F827E" w14:textId="77777777" w:rsidR="00BE381F" w:rsidRDefault="00BE381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57DE1049" w14:textId="77777777" w:rsidR="00BE381F" w:rsidRDefault="00BE381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BE381F" w14:paraId="206917F0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D8F38" w14:textId="77777777" w:rsidR="00BE381F" w:rsidRDefault="00BE381F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7EC37ED" w14:textId="77777777" w:rsidR="00BE381F" w:rsidRDefault="00BE381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C2A5E1C" w14:textId="77777777" w:rsidR="00BE381F" w:rsidRDefault="00BE381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5030EDFC" w14:textId="785DA1D3" w:rsidR="00AF1FE7" w:rsidRPr="00C50E6B" w:rsidRDefault="00000000" w:rsidP="00E30FE5">
      <w:pPr>
        <w:spacing w:before="160" w:after="80" w:line="240" w:lineRule="auto"/>
        <w:jc w:val="center"/>
        <w:rPr>
          <w:sz w:val="24"/>
          <w:szCs w:val="24"/>
        </w:rPr>
      </w:pPr>
      <w:r w:rsidRPr="00C50E6B">
        <w:rPr>
          <w:rFonts w:ascii="Times New Roman" w:hAnsi="Times New Roman"/>
          <w:b/>
          <w:sz w:val="28"/>
          <w:szCs w:val="24"/>
        </w:rPr>
        <w:t>ÎNȘTIINȚARE</w:t>
      </w:r>
      <w:r w:rsidRPr="00C50E6B">
        <w:rPr>
          <w:rFonts w:ascii="Times New Roman" w:hAnsi="Times New Roman"/>
          <w:b/>
          <w:sz w:val="28"/>
          <w:szCs w:val="24"/>
        </w:rPr>
        <w:br/>
      </w:r>
      <w:proofErr w:type="spellStart"/>
      <w:r w:rsidRPr="00C50E6B">
        <w:rPr>
          <w:rFonts w:ascii="Times New Roman" w:hAnsi="Times New Roman"/>
          <w:sz w:val="20"/>
          <w:szCs w:val="24"/>
        </w:rPr>
        <w:t>privind</w:t>
      </w:r>
      <w:proofErr w:type="spellEnd"/>
      <w:r w:rsidRPr="00C50E6B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50E6B">
        <w:rPr>
          <w:rFonts w:ascii="Times New Roman" w:hAnsi="Times New Roman"/>
          <w:sz w:val="20"/>
          <w:szCs w:val="24"/>
        </w:rPr>
        <w:t>finalizarea</w:t>
      </w:r>
      <w:proofErr w:type="spellEnd"/>
      <w:r w:rsidRPr="00C50E6B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50E6B">
        <w:rPr>
          <w:rFonts w:ascii="Times New Roman" w:hAnsi="Times New Roman"/>
          <w:sz w:val="20"/>
          <w:szCs w:val="24"/>
        </w:rPr>
        <w:t>lucrărilor</w:t>
      </w:r>
      <w:proofErr w:type="spellEnd"/>
      <w:r w:rsidRPr="00C50E6B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50E6B">
        <w:rPr>
          <w:rFonts w:ascii="Times New Roman" w:hAnsi="Times New Roman"/>
          <w:sz w:val="20"/>
          <w:szCs w:val="24"/>
        </w:rPr>
        <w:t>notificate</w:t>
      </w:r>
      <w:proofErr w:type="spellEnd"/>
      <w:r w:rsidRPr="00C50E6B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50E6B">
        <w:rPr>
          <w:rFonts w:ascii="Times New Roman" w:hAnsi="Times New Roman"/>
          <w:sz w:val="20"/>
          <w:szCs w:val="24"/>
        </w:rPr>
        <w:t>și</w:t>
      </w:r>
      <w:proofErr w:type="spellEnd"/>
      <w:r w:rsidRPr="00C50E6B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50E6B">
        <w:rPr>
          <w:rFonts w:ascii="Times New Roman" w:hAnsi="Times New Roman"/>
          <w:sz w:val="20"/>
          <w:szCs w:val="24"/>
        </w:rPr>
        <w:t>solicitarea</w:t>
      </w:r>
      <w:proofErr w:type="spellEnd"/>
      <w:r w:rsidRPr="00C50E6B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50E6B">
        <w:rPr>
          <w:rFonts w:ascii="Times New Roman" w:hAnsi="Times New Roman"/>
          <w:sz w:val="20"/>
          <w:szCs w:val="24"/>
        </w:rPr>
        <w:t>participării</w:t>
      </w:r>
      <w:proofErr w:type="spellEnd"/>
      <w:r w:rsidRPr="00C50E6B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50E6B">
        <w:rPr>
          <w:rFonts w:ascii="Times New Roman" w:hAnsi="Times New Roman"/>
          <w:sz w:val="20"/>
          <w:szCs w:val="24"/>
        </w:rPr>
        <w:t>reprezentantului</w:t>
      </w:r>
      <w:proofErr w:type="spellEnd"/>
      <w:r w:rsidRPr="00C50E6B">
        <w:rPr>
          <w:rFonts w:ascii="Times New Roman" w:hAnsi="Times New Roman"/>
          <w:sz w:val="20"/>
          <w:szCs w:val="24"/>
        </w:rPr>
        <w:t xml:space="preserve"> UAT la recepție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08"/>
      </w:tblGrid>
      <w:tr w:rsidR="00C50E6B" w:rsidRPr="00C50E6B" w14:paraId="59A0B278" w14:textId="77777777" w:rsidTr="005A67B9">
        <w:trPr>
          <w:jc w:val="center"/>
        </w:trPr>
        <w:tc>
          <w:tcPr>
            <w:tcW w:w="109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1DD398FC" w14:textId="77777777" w:rsidR="00E30FE5" w:rsidRPr="00C50E6B" w:rsidRDefault="00E30FE5" w:rsidP="005A67B9">
            <w:pPr>
              <w:spacing w:before="20" w:after="2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1. CĂTRE</w:t>
            </w:r>
          </w:p>
        </w:tc>
      </w:tr>
      <w:tr w:rsidR="00C50E6B" w:rsidRPr="00C50E6B" w14:paraId="40B5C00B" w14:textId="77777777" w:rsidTr="005A67B9">
        <w:trPr>
          <w:jc w:val="center"/>
        </w:trPr>
        <w:tc>
          <w:tcPr>
            <w:tcW w:w="109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04EB84E8" w14:textId="77777777" w:rsidR="00E30FE5" w:rsidRPr="00C50E6B" w:rsidRDefault="00E30FE5" w:rsidP="005A67B9">
            <w:pPr>
              <w:spacing w:after="2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proofErr w:type="spell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Instituția</w:t>
            </w:r>
            <w:proofErr w:type="spellEnd"/>
          </w:p>
          <w:p w14:paraId="5A566D8E" w14:textId="529F9E2F" w:rsidR="00E30FE5" w:rsidRPr="00C50E6B" w:rsidRDefault="00E30FE5" w:rsidP="005A67B9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Consiliul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Județean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r w:rsidR="00324353" w:rsidRPr="00C50E6B">
              <w:rPr>
                <w:rFonts w:ascii="Times New Roman" w:hAnsi="Times New Roman"/>
                <w:i/>
                <w:sz w:val="16"/>
                <w:szCs w:val="24"/>
              </w:rPr>
              <w:t>V</w:t>
            </w:r>
            <w:r w:rsidR="00324353" w:rsidRPr="00C50E6B">
              <w:rPr>
                <w:rFonts w:ascii="Times New Roman" w:hAnsi="Times New Roman"/>
                <w:i/>
                <w:sz w:val="16"/>
                <w:szCs w:val="24"/>
                <w:lang w:val="ro-RO"/>
              </w:rPr>
              <w:t>â</w:t>
            </w:r>
            <w:proofErr w:type="spellStart"/>
            <w:r w:rsidR="00324353" w:rsidRPr="00C50E6B">
              <w:rPr>
                <w:rFonts w:ascii="Times New Roman" w:hAnsi="Times New Roman"/>
                <w:i/>
                <w:sz w:val="16"/>
                <w:szCs w:val="24"/>
              </w:rPr>
              <w:t>lcea</w:t>
            </w:r>
            <w:proofErr w:type="spellEnd"/>
          </w:p>
        </w:tc>
      </w:tr>
      <w:tr w:rsidR="00E30FE5" w:rsidRPr="00C50E6B" w14:paraId="561A6B41" w14:textId="77777777" w:rsidTr="005A67B9">
        <w:trPr>
          <w:jc w:val="center"/>
        </w:trPr>
        <w:tc>
          <w:tcPr>
            <w:tcW w:w="109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0" w:type="dxa"/>
              <w:left w:w="50" w:type="dxa"/>
              <w:bottom w:w="20" w:type="dxa"/>
              <w:right w:w="50" w:type="dxa"/>
            </w:tcMar>
          </w:tcPr>
          <w:p w14:paraId="17954F93" w14:textId="77777777" w:rsidR="00E30FE5" w:rsidRPr="00C50E6B" w:rsidRDefault="00E30FE5" w:rsidP="005A67B9">
            <w:pPr>
              <w:spacing w:after="20" w:line="240" w:lineRule="auto"/>
              <w:rPr>
                <w:sz w:val="24"/>
                <w:szCs w:val="24"/>
              </w:rPr>
            </w:pP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Către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președintele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consiliului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județean</w:t>
            </w:r>
            <w:proofErr w:type="spellEnd"/>
          </w:p>
        </w:tc>
      </w:tr>
    </w:tbl>
    <w:p w14:paraId="175FDC6A" w14:textId="77777777" w:rsidR="00AF1FE7" w:rsidRPr="00C50E6B" w:rsidRDefault="00AF1FE7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24"/>
        <w:gridCol w:w="1824"/>
        <w:gridCol w:w="912"/>
        <w:gridCol w:w="912"/>
        <w:gridCol w:w="912"/>
        <w:gridCol w:w="912"/>
        <w:gridCol w:w="912"/>
        <w:gridCol w:w="912"/>
        <w:gridCol w:w="1824"/>
      </w:tblGrid>
      <w:tr w:rsidR="00C50E6B" w:rsidRPr="00C50E6B" w14:paraId="7570FD14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7" w:type="dxa"/>
              <w:left w:w="30" w:type="dxa"/>
              <w:bottom w:w="7" w:type="dxa"/>
              <w:right w:w="30" w:type="dxa"/>
            </w:tcMar>
          </w:tcPr>
          <w:p w14:paraId="53977BB0" w14:textId="77777777" w:rsidR="00AF1FE7" w:rsidRPr="00C50E6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2. SOLICITANTUL</w:t>
            </w:r>
          </w:p>
        </w:tc>
      </w:tr>
      <w:tr w:rsidR="00C50E6B" w:rsidRPr="00C50E6B" w14:paraId="050E0650" w14:textId="77777777">
        <w:trPr>
          <w:jc w:val="center"/>
        </w:trPr>
        <w:tc>
          <w:tcPr>
            <w:tcW w:w="7296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0AA9E8EC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Nume</w:t>
            </w:r>
            <w:proofErr w:type="spellEnd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33595491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CNP</w:t>
            </w:r>
          </w:p>
        </w:tc>
      </w:tr>
      <w:tr w:rsidR="00C50E6B" w:rsidRPr="00C50E6B" w14:paraId="67A4BD15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0614D10E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sz w:val="16"/>
                <w:szCs w:val="24"/>
              </w:rPr>
              <w:t xml:space="preserve">Act de </w:t>
            </w:r>
            <w:proofErr w:type="spellStart"/>
            <w:r w:rsidRPr="00C50E6B">
              <w:rPr>
                <w:rFonts w:ascii="Times New Roman" w:hAnsi="Times New Roman"/>
                <w:sz w:val="16"/>
                <w:szCs w:val="24"/>
              </w:rPr>
              <w:t>identitate</w:t>
            </w:r>
            <w:proofErr w:type="spellEnd"/>
          </w:p>
        </w:tc>
      </w:tr>
      <w:tr w:rsidR="00C50E6B" w:rsidRPr="00C50E6B" w14:paraId="43C7C7EC" w14:textId="77777777">
        <w:trPr>
          <w:jc w:val="center"/>
        </w:trPr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35F6B4E8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Seria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5486FFCC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Numărul</w:t>
            </w:r>
          </w:p>
        </w:tc>
        <w:tc>
          <w:tcPr>
            <w:tcW w:w="456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5A1014F1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Eliberat de</w:t>
            </w:r>
          </w:p>
        </w:tc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3600479B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La data</w:t>
            </w:r>
          </w:p>
        </w:tc>
      </w:tr>
      <w:tr w:rsidR="00C50E6B" w:rsidRPr="00C50E6B" w14:paraId="4F97959B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624D6E91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50E6B">
              <w:rPr>
                <w:rFonts w:ascii="Times New Roman" w:hAnsi="Times New Roman"/>
                <w:sz w:val="16"/>
                <w:szCs w:val="24"/>
              </w:rPr>
              <w:t>Domiciliul</w:t>
            </w:r>
            <w:proofErr w:type="spellEnd"/>
          </w:p>
        </w:tc>
      </w:tr>
      <w:tr w:rsidR="00C50E6B" w:rsidRPr="00C50E6B" w14:paraId="5B440313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0553287D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6244FA55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Municipiul / orașul / comuna</w:t>
            </w:r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0B446E31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Satul / sectorul</w:t>
            </w:r>
          </w:p>
        </w:tc>
      </w:tr>
      <w:tr w:rsidR="00C50E6B" w:rsidRPr="00C50E6B" w14:paraId="0B9A152C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5B36CF5C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60BDE5FF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702D3EDA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12D11B86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7B198D90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1E58BBC2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Cod poștal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4D27D16D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Țara</w:t>
            </w:r>
          </w:p>
        </w:tc>
      </w:tr>
      <w:tr w:rsidR="00C50E6B" w:rsidRPr="00C50E6B" w14:paraId="57B5716A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312AF2E8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sz w:val="16"/>
                <w:szCs w:val="24"/>
              </w:rPr>
              <w:t>Date de contact</w:t>
            </w:r>
          </w:p>
        </w:tc>
      </w:tr>
      <w:tr w:rsidR="00AF1FE7" w:rsidRPr="00C50E6B" w14:paraId="1D4B2EC5" w14:textId="77777777">
        <w:trPr>
          <w:jc w:val="center"/>
        </w:trPr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66CCE61E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Telefon</w:t>
            </w:r>
            <w:proofErr w:type="spellEnd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 / fax</w:t>
            </w:r>
          </w:p>
        </w:tc>
        <w:tc>
          <w:tcPr>
            <w:tcW w:w="5472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0" w:type="dxa"/>
              <w:bottom w:w="7" w:type="dxa"/>
              <w:right w:w="30" w:type="dxa"/>
            </w:tcMar>
          </w:tcPr>
          <w:p w14:paraId="5DA4FB57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E-mail</w:t>
            </w:r>
          </w:p>
        </w:tc>
      </w:tr>
    </w:tbl>
    <w:p w14:paraId="684E0033" w14:textId="77777777" w:rsidR="00AF1FE7" w:rsidRPr="00C50E6B" w:rsidRDefault="00AF1FE7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C50E6B" w:rsidRPr="00C50E6B" w14:paraId="79B21478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7" w:type="dxa"/>
              <w:left w:w="35" w:type="dxa"/>
              <w:bottom w:w="7" w:type="dxa"/>
              <w:right w:w="35" w:type="dxa"/>
            </w:tcMar>
          </w:tcPr>
          <w:p w14:paraId="136A8D0E" w14:textId="77777777" w:rsidR="00AF1FE7" w:rsidRPr="00C50E6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3. NOTIFICAREA</w:t>
            </w:r>
          </w:p>
        </w:tc>
      </w:tr>
      <w:tr w:rsidR="00AF1FE7" w:rsidRPr="00C50E6B" w14:paraId="2A359D95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5" w:type="dxa"/>
              <w:bottom w:w="7" w:type="dxa"/>
              <w:right w:w="35" w:type="dxa"/>
            </w:tcMar>
          </w:tcPr>
          <w:p w14:paraId="3FC83D40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Nr. / </w:t>
            </w:r>
            <w:proofErr w:type="gram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  <w:proofErr w:type="gramEnd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 notificării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5" w:type="dxa"/>
              <w:bottom w:w="7" w:type="dxa"/>
              <w:right w:w="35" w:type="dxa"/>
            </w:tcMar>
          </w:tcPr>
          <w:p w14:paraId="7FE28B40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Proiect nr. / </w:t>
            </w:r>
            <w:proofErr w:type="gram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cod</w:t>
            </w:r>
            <w:proofErr w:type="gram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5" w:type="dxa"/>
              <w:bottom w:w="7" w:type="dxa"/>
              <w:right w:w="35" w:type="dxa"/>
            </w:tcMar>
          </w:tcPr>
          <w:p w14:paraId="31050FA3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Imobilul</w:t>
            </w:r>
          </w:p>
        </w:tc>
      </w:tr>
    </w:tbl>
    <w:p w14:paraId="65EB2DE6" w14:textId="77777777" w:rsidR="00AF1FE7" w:rsidRPr="00C50E6B" w:rsidRDefault="00AF1FE7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C50E6B" w:rsidRPr="00C50E6B" w14:paraId="3ED7C0D3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7" w:type="dxa"/>
              <w:left w:w="35" w:type="dxa"/>
              <w:bottom w:w="7" w:type="dxa"/>
              <w:right w:w="35" w:type="dxa"/>
            </w:tcMar>
          </w:tcPr>
          <w:p w14:paraId="0A4CC96B" w14:textId="77777777" w:rsidR="00AF1FE7" w:rsidRPr="00C50E6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4. EXECUȚIA ȘI RECEPȚIA</w:t>
            </w:r>
          </w:p>
        </w:tc>
      </w:tr>
      <w:tr w:rsidR="00C50E6B" w:rsidRPr="00C50E6B" w14:paraId="10B65912" w14:textId="77777777">
        <w:trPr>
          <w:jc w:val="center"/>
        </w:trPr>
        <w:tc>
          <w:tcPr>
            <w:tcW w:w="729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5" w:type="dxa"/>
              <w:bottom w:w="7" w:type="dxa"/>
              <w:right w:w="35" w:type="dxa"/>
            </w:tcMar>
          </w:tcPr>
          <w:p w14:paraId="760D25E8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Data </w:t>
            </w:r>
            <w:proofErr w:type="spell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începerii</w:t>
            </w:r>
            <w:proofErr w:type="spellEnd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lucrărilor</w:t>
            </w:r>
            <w:proofErr w:type="spellEnd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se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declară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aici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5" w:type="dxa"/>
              <w:bottom w:w="7" w:type="dxa"/>
              <w:right w:w="35" w:type="dxa"/>
            </w:tcMar>
          </w:tcPr>
          <w:p w14:paraId="71742B84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Data finalizării</w:t>
            </w:r>
          </w:p>
        </w:tc>
      </w:tr>
      <w:tr w:rsidR="00C50E6B" w:rsidRPr="00C50E6B" w14:paraId="06EDC531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5" w:type="dxa"/>
              <w:bottom w:w="7" w:type="dxa"/>
              <w:right w:w="35" w:type="dxa"/>
            </w:tcMar>
          </w:tcPr>
          <w:p w14:paraId="3E83D397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Data </w:t>
            </w:r>
            <w:proofErr w:type="spell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propusă</w:t>
            </w:r>
            <w:proofErr w:type="spellEnd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pentru</w:t>
            </w:r>
            <w:proofErr w:type="spellEnd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recepție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5" w:type="dxa"/>
              <w:bottom w:w="7" w:type="dxa"/>
              <w:right w:w="35" w:type="dxa"/>
            </w:tcMar>
          </w:tcPr>
          <w:p w14:paraId="62592FB4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ora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5" w:type="dxa"/>
              <w:bottom w:w="7" w:type="dxa"/>
              <w:right w:w="35" w:type="dxa"/>
            </w:tcMar>
          </w:tcPr>
          <w:p w14:paraId="12880328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locul</w:t>
            </w:r>
          </w:p>
        </w:tc>
      </w:tr>
      <w:tr w:rsidR="00AF1FE7" w:rsidRPr="00C50E6B" w14:paraId="5E64C105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" w:type="dxa"/>
              <w:left w:w="35" w:type="dxa"/>
              <w:bottom w:w="7" w:type="dxa"/>
              <w:right w:w="35" w:type="dxa"/>
            </w:tcMar>
          </w:tcPr>
          <w:p w14:paraId="6AB289FE" w14:textId="77777777" w:rsidR="00AF1FE7" w:rsidRPr="00C50E6B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Legea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nr.169/2026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privind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Codul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amenajării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teritoriului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urbanismului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>și</w:t>
            </w:r>
            <w:proofErr w:type="spellEnd"/>
            <w:r w:rsidRPr="00C50E6B">
              <w:rPr>
                <w:rFonts w:ascii="Times New Roman" w:hAnsi="Times New Roman"/>
                <w:i/>
                <w:sz w:val="16"/>
                <w:szCs w:val="24"/>
              </w:rPr>
              <w:t xml:space="preserve"> construcțiilor nu instituie o înștiințare distinctă privind începerea lucrărilor notificate; data începerii se declară în prezentul formular și se consemnează în procesul-verbal de recepție.</w:t>
            </w:r>
          </w:p>
        </w:tc>
      </w:tr>
    </w:tbl>
    <w:p w14:paraId="5A4DBE4C" w14:textId="77777777" w:rsidR="00AF1FE7" w:rsidRPr="00C50E6B" w:rsidRDefault="00AF1FE7">
      <w:pPr>
        <w:spacing w:before="4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C50E6B" w:rsidRPr="00C50E6B" w14:paraId="1C192FA1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22" w:type="dxa"/>
              <w:right w:w="35" w:type="dxa"/>
            </w:tcMar>
          </w:tcPr>
          <w:p w14:paraId="738A4F82" w14:textId="77777777" w:rsidR="00AF1FE7" w:rsidRPr="00C50E6B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5. DATA ȘI SEMNĂTURA</w:t>
            </w:r>
          </w:p>
        </w:tc>
      </w:tr>
      <w:tr w:rsidR="00AF1FE7" w:rsidRPr="00C50E6B" w14:paraId="74AB3E9B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3C54C2EC" w14:textId="77777777" w:rsidR="00AF1FE7" w:rsidRDefault="0000000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</w:p>
          <w:p w14:paraId="0D4501A4" w14:textId="77777777" w:rsidR="00BE381F" w:rsidRPr="00C50E6B" w:rsidRDefault="00BE381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2B5CB55D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Beneficiarul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1EA680E3" w14:textId="77777777" w:rsidR="00AF1FE7" w:rsidRPr="00C50E6B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50E6B">
              <w:rPr>
                <w:rFonts w:ascii="Times New Roman" w:hAnsi="Times New Roman"/>
                <w:b/>
                <w:sz w:val="18"/>
                <w:szCs w:val="24"/>
              </w:rPr>
              <w:t>Semnătura</w:t>
            </w:r>
          </w:p>
        </w:tc>
      </w:tr>
    </w:tbl>
    <w:p w14:paraId="688DBEB6" w14:textId="77777777" w:rsidR="00431DD2" w:rsidRPr="00C50E6B" w:rsidRDefault="00431DD2">
      <w:pPr>
        <w:rPr>
          <w:sz w:val="28"/>
          <w:szCs w:val="28"/>
        </w:rPr>
      </w:pPr>
    </w:p>
    <w:sectPr w:rsidR="00431DD2" w:rsidRPr="00C50E6B" w:rsidSect="002E0547">
      <w:headerReference w:type="default" r:id="rId10"/>
      <w:footerReference w:type="default" r:id="rId11"/>
      <w:pgSz w:w="11906" w:h="16838" w:code="9"/>
      <w:pgMar w:top="576" w:right="648" w:bottom="576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1050A" w14:textId="77777777" w:rsidR="00846381" w:rsidRDefault="00846381">
      <w:pPr>
        <w:spacing w:after="0" w:line="240" w:lineRule="auto"/>
      </w:pPr>
      <w:r>
        <w:separator/>
      </w:r>
    </w:p>
  </w:endnote>
  <w:endnote w:type="continuationSeparator" w:id="0">
    <w:p w14:paraId="2342261D" w14:textId="77777777" w:rsidR="00846381" w:rsidRDefault="00846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BF261" w14:textId="77777777" w:rsidR="00AF1FE7" w:rsidRDefault="00AF1F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F65DC" w14:textId="77777777" w:rsidR="00846381" w:rsidRDefault="00846381">
      <w:pPr>
        <w:spacing w:after="0" w:line="240" w:lineRule="auto"/>
      </w:pPr>
      <w:r>
        <w:separator/>
      </w:r>
    </w:p>
  </w:footnote>
  <w:footnote w:type="continuationSeparator" w:id="0">
    <w:p w14:paraId="417CEC67" w14:textId="77777777" w:rsidR="00846381" w:rsidRDefault="00846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FFC4D" w14:textId="77777777" w:rsidR="00AF1FE7" w:rsidRDefault="00AF1F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57008846">
    <w:abstractNumId w:val="8"/>
  </w:num>
  <w:num w:numId="2" w16cid:durableId="684138950">
    <w:abstractNumId w:val="6"/>
  </w:num>
  <w:num w:numId="3" w16cid:durableId="1656685569">
    <w:abstractNumId w:val="5"/>
  </w:num>
  <w:num w:numId="4" w16cid:durableId="1305039801">
    <w:abstractNumId w:val="4"/>
  </w:num>
  <w:num w:numId="5" w16cid:durableId="1426221068">
    <w:abstractNumId w:val="7"/>
  </w:num>
  <w:num w:numId="6" w16cid:durableId="1331909764">
    <w:abstractNumId w:val="3"/>
  </w:num>
  <w:num w:numId="7" w16cid:durableId="1842232326">
    <w:abstractNumId w:val="2"/>
  </w:num>
  <w:num w:numId="8" w16cid:durableId="2136949590">
    <w:abstractNumId w:val="1"/>
  </w:num>
  <w:num w:numId="9" w16cid:durableId="3943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C4A1F"/>
    <w:rsid w:val="00200FFD"/>
    <w:rsid w:val="00235482"/>
    <w:rsid w:val="0029639D"/>
    <w:rsid w:val="002E0547"/>
    <w:rsid w:val="00324353"/>
    <w:rsid w:val="00326F90"/>
    <w:rsid w:val="003E0CC2"/>
    <w:rsid w:val="00431DD2"/>
    <w:rsid w:val="004A6029"/>
    <w:rsid w:val="00650F77"/>
    <w:rsid w:val="00844CBE"/>
    <w:rsid w:val="00846381"/>
    <w:rsid w:val="0094177F"/>
    <w:rsid w:val="00AA1D8D"/>
    <w:rsid w:val="00AF1FE7"/>
    <w:rsid w:val="00B47730"/>
    <w:rsid w:val="00B97677"/>
    <w:rsid w:val="00BE381F"/>
    <w:rsid w:val="00C50E6B"/>
    <w:rsid w:val="00CB0664"/>
    <w:rsid w:val="00E131EA"/>
    <w:rsid w:val="00E30FE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F2430D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3E0C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8</cp:revision>
  <dcterms:created xsi:type="dcterms:W3CDTF">2013-12-23T23:15:00Z</dcterms:created>
  <dcterms:modified xsi:type="dcterms:W3CDTF">2026-08-31T12:23:00Z</dcterms:modified>
  <cp:category/>
</cp:coreProperties>
</file>