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3203AD" w14:paraId="455C4659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4C31EEC" w14:textId="58511D6C" w:rsidR="003203AD" w:rsidRDefault="003203A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4D3E9411" wp14:editId="37587A1B">
                  <wp:extent cx="1152525" cy="1257300"/>
                  <wp:effectExtent l="0" t="0" r="9525" b="0"/>
                  <wp:docPr id="12675987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C864043" w14:textId="77777777" w:rsidR="003203AD" w:rsidRDefault="003203A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3203AD" w14:paraId="755D26D9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8F7D" w14:textId="77777777" w:rsidR="003203AD" w:rsidRDefault="003203AD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3A46902" w14:textId="77777777" w:rsidR="003203AD" w:rsidRDefault="003203AD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3203AD" w14:paraId="2E023879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588B" w14:textId="77777777" w:rsidR="003203AD" w:rsidRDefault="003203AD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259988D" w14:textId="77777777" w:rsidR="003203AD" w:rsidRDefault="003203AD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423E1AB6" w14:textId="77777777" w:rsidR="003203AD" w:rsidRDefault="003203A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3938884" w14:textId="77777777" w:rsidR="003203AD" w:rsidRDefault="003203AD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2DE91CFA" w14:textId="77777777" w:rsidR="003203AD" w:rsidRDefault="003203AD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6309614F" w14:textId="77777777" w:rsidR="003203AD" w:rsidRDefault="003203AD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79E70044" w14:textId="77777777" w:rsidR="003203AD" w:rsidRDefault="003203A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E-mail</w:t>
            </w:r>
            <w:r w:rsidRPr="00AE454F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hyperlink r:id="rId9" w:history="1">
              <w:r w:rsidRPr="00AE454F"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  <w:u w:val="none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3203AD" w14:paraId="00408C60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58E5" w14:textId="77777777" w:rsidR="003203AD" w:rsidRDefault="003203AD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A8801FD" w14:textId="77777777" w:rsidR="003203AD" w:rsidRDefault="003203A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EC1149C" w14:textId="77777777" w:rsidR="003203AD" w:rsidRDefault="003203A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439C5F24" w14:textId="77777777" w:rsidR="00CE2799" w:rsidRPr="00CE2799" w:rsidRDefault="00CE2799" w:rsidP="00CE2799">
      <w:pPr>
        <w:pStyle w:val="Heading3"/>
        <w:spacing w:before="138"/>
        <w:jc w:val="center"/>
        <w:rPr>
          <w:rFonts w:ascii="Arial" w:hAnsi="Arial" w:cs="Arial"/>
          <w:color w:val="auto"/>
        </w:rPr>
      </w:pPr>
      <w:r w:rsidRPr="00CE2799">
        <w:rPr>
          <w:rFonts w:ascii="Arial" w:hAnsi="Arial" w:cs="Arial"/>
          <w:color w:val="auto"/>
          <w:spacing w:val="-2"/>
        </w:rPr>
        <w:t>ÎNȘTIINȚARE</w:t>
      </w:r>
    </w:p>
    <w:p w14:paraId="60FAB361" w14:textId="77777777" w:rsidR="00CE2799" w:rsidRPr="00CE2799" w:rsidRDefault="00CE2799" w:rsidP="00CE2799">
      <w:pPr>
        <w:spacing w:before="44"/>
        <w:ind w:left="2949" w:right="2949"/>
        <w:jc w:val="center"/>
        <w:rPr>
          <w:rFonts w:ascii="Arial" w:hAnsi="Arial" w:cs="Arial"/>
          <w:sz w:val="18"/>
        </w:rPr>
      </w:pPr>
      <w:proofErr w:type="spellStart"/>
      <w:r w:rsidRPr="00CE2799">
        <w:rPr>
          <w:rFonts w:ascii="Arial" w:hAnsi="Arial" w:cs="Arial"/>
          <w:sz w:val="18"/>
        </w:rPr>
        <w:t>privind</w:t>
      </w:r>
      <w:proofErr w:type="spellEnd"/>
      <w:r w:rsidRPr="00CE2799">
        <w:rPr>
          <w:rFonts w:ascii="Arial" w:hAnsi="Arial" w:cs="Arial"/>
          <w:spacing w:val="14"/>
          <w:sz w:val="18"/>
        </w:rPr>
        <w:t xml:space="preserve"> </w:t>
      </w:r>
      <w:proofErr w:type="spellStart"/>
      <w:r w:rsidRPr="00CE2799">
        <w:rPr>
          <w:rFonts w:ascii="Arial" w:hAnsi="Arial" w:cs="Arial"/>
          <w:sz w:val="18"/>
        </w:rPr>
        <w:t>încheierea</w:t>
      </w:r>
      <w:proofErr w:type="spellEnd"/>
      <w:r w:rsidRPr="00CE2799">
        <w:rPr>
          <w:rFonts w:ascii="Arial" w:hAnsi="Arial" w:cs="Arial"/>
          <w:spacing w:val="14"/>
          <w:sz w:val="18"/>
        </w:rPr>
        <w:t xml:space="preserve"> </w:t>
      </w:r>
      <w:proofErr w:type="spellStart"/>
      <w:r w:rsidRPr="00CE2799">
        <w:rPr>
          <w:rFonts w:ascii="Arial" w:hAnsi="Arial" w:cs="Arial"/>
          <w:sz w:val="18"/>
        </w:rPr>
        <w:t>execuției</w:t>
      </w:r>
      <w:proofErr w:type="spellEnd"/>
      <w:r w:rsidRPr="00CE2799">
        <w:rPr>
          <w:rFonts w:ascii="Arial" w:hAnsi="Arial" w:cs="Arial"/>
          <w:spacing w:val="14"/>
          <w:sz w:val="18"/>
        </w:rPr>
        <w:t xml:space="preserve"> </w:t>
      </w:r>
      <w:proofErr w:type="spellStart"/>
      <w:r w:rsidRPr="00CE2799">
        <w:rPr>
          <w:rFonts w:ascii="Arial" w:hAnsi="Arial" w:cs="Arial"/>
          <w:spacing w:val="-2"/>
          <w:sz w:val="18"/>
        </w:rPr>
        <w:t>lucrărilor</w:t>
      </w:r>
      <w:proofErr w:type="spellEnd"/>
    </w:p>
    <w:p w14:paraId="0CC07F23" w14:textId="77777777" w:rsidR="00CE2799" w:rsidRDefault="00CE2799" w:rsidP="00CE2799">
      <w:pPr>
        <w:spacing w:before="61" w:after="1"/>
        <w:rPr>
          <w:sz w:val="20"/>
        </w:rPr>
      </w:pPr>
    </w:p>
    <w:tbl>
      <w:tblPr>
        <w:tblW w:w="0" w:type="auto"/>
        <w:tblInd w:w="-8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67"/>
      </w:tblGrid>
      <w:tr w:rsidR="00A25C5B" w:rsidRPr="00A25C5B" w14:paraId="7B6ED5DA" w14:textId="77777777" w:rsidTr="00CE2799">
        <w:trPr>
          <w:trHeight w:val="200"/>
        </w:trPr>
        <w:tc>
          <w:tcPr>
            <w:tcW w:w="10467" w:type="dxa"/>
            <w:shd w:val="clear" w:color="auto" w:fill="F4F4F4"/>
          </w:tcPr>
          <w:p w14:paraId="4FDA0E99" w14:textId="77777777" w:rsidR="00CE2799" w:rsidRPr="00A25C5B" w:rsidRDefault="00CE2799" w:rsidP="00A01878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A25C5B">
              <w:rPr>
                <w:b/>
                <w:color w:val="000000" w:themeColor="text1"/>
                <w:w w:val="105"/>
                <w:sz w:val="15"/>
              </w:rPr>
              <w:t>1.</w:t>
            </w:r>
            <w:r w:rsidRPr="00A25C5B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7"/>
              </w:rPr>
              <w:t>CĂTRE</w:t>
            </w:r>
          </w:p>
        </w:tc>
      </w:tr>
      <w:tr w:rsidR="00A25C5B" w:rsidRPr="00A25C5B" w14:paraId="67255BC9" w14:textId="77777777" w:rsidTr="00CE2799">
        <w:trPr>
          <w:trHeight w:val="495"/>
        </w:trPr>
        <w:tc>
          <w:tcPr>
            <w:tcW w:w="10467" w:type="dxa"/>
          </w:tcPr>
          <w:p w14:paraId="660EF6F7" w14:textId="77777777" w:rsidR="00CE2799" w:rsidRPr="00A25C5B" w:rsidRDefault="00CE2799" w:rsidP="00A01878">
            <w:pPr>
              <w:pStyle w:val="TableParagraph"/>
              <w:spacing w:before="0"/>
              <w:ind w:left="0"/>
              <w:rPr>
                <w:color w:val="000000" w:themeColor="text1"/>
                <w:sz w:val="14"/>
              </w:rPr>
            </w:pPr>
          </w:p>
        </w:tc>
      </w:tr>
      <w:tr w:rsidR="00A25C5B" w:rsidRPr="00A25C5B" w14:paraId="553EF97E" w14:textId="77777777" w:rsidTr="00CE2799">
        <w:trPr>
          <w:trHeight w:val="158"/>
        </w:trPr>
        <w:tc>
          <w:tcPr>
            <w:tcW w:w="10467" w:type="dxa"/>
            <w:shd w:val="clear" w:color="auto" w:fill="F4F4F4"/>
          </w:tcPr>
          <w:p w14:paraId="1F3F2A1A" w14:textId="77777777" w:rsidR="00CE2799" w:rsidRPr="00A25C5B" w:rsidRDefault="00CE2799" w:rsidP="00A01878">
            <w:pPr>
              <w:pStyle w:val="TableParagraph"/>
              <w:spacing w:before="0" w:line="139" w:lineRule="exact"/>
              <w:rPr>
                <w:color w:val="000000" w:themeColor="text1"/>
                <w:sz w:val="14"/>
              </w:rPr>
            </w:pPr>
            <w:r w:rsidRPr="00A25C5B">
              <w:rPr>
                <w:color w:val="000000" w:themeColor="text1"/>
                <w:w w:val="105"/>
                <w:sz w:val="14"/>
              </w:rPr>
              <w:t>Cererea</w:t>
            </w:r>
            <w:r w:rsidRPr="00A25C5B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va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fi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adresată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către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președintele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consiliului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județean,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primarul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general,</w:t>
            </w:r>
            <w:r w:rsidRPr="00A25C5B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primarul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de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sector</w:t>
            </w:r>
            <w:r w:rsidRPr="00A25C5B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sau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primarul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municipiului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orașului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comunei,</w:t>
            </w:r>
            <w:r w:rsidRPr="00A25C5B">
              <w:rPr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4"/>
              </w:rPr>
              <w:t>după</w:t>
            </w:r>
            <w:r w:rsidRPr="00A25C5B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color w:val="000000" w:themeColor="text1"/>
                <w:spacing w:val="-4"/>
                <w:w w:val="105"/>
                <w:sz w:val="14"/>
              </w:rPr>
              <w:t>caz.</w:t>
            </w:r>
          </w:p>
        </w:tc>
      </w:tr>
    </w:tbl>
    <w:p w14:paraId="6BF62CA4" w14:textId="77777777" w:rsidR="00CE2799" w:rsidRPr="00A25C5B" w:rsidRDefault="00CE2799" w:rsidP="00CE2799">
      <w:pPr>
        <w:spacing w:before="2"/>
        <w:rPr>
          <w:color w:val="000000" w:themeColor="text1"/>
          <w:sz w:val="10"/>
        </w:rPr>
      </w:pPr>
    </w:p>
    <w:tbl>
      <w:tblPr>
        <w:tblW w:w="0" w:type="auto"/>
        <w:tblInd w:w="-8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7"/>
        <w:gridCol w:w="1559"/>
        <w:gridCol w:w="779"/>
        <w:gridCol w:w="779"/>
        <w:gridCol w:w="686"/>
        <w:gridCol w:w="872"/>
        <w:gridCol w:w="1559"/>
        <w:gridCol w:w="1557"/>
      </w:tblGrid>
      <w:tr w:rsidR="00A25C5B" w:rsidRPr="00A25C5B" w14:paraId="5D93B503" w14:textId="77777777" w:rsidTr="00CE2799">
        <w:trPr>
          <w:trHeight w:val="200"/>
        </w:trPr>
        <w:tc>
          <w:tcPr>
            <w:tcW w:w="10468" w:type="dxa"/>
            <w:gridSpan w:val="8"/>
            <w:shd w:val="clear" w:color="auto" w:fill="F4F4F4"/>
          </w:tcPr>
          <w:p w14:paraId="5E1B6F8F" w14:textId="77777777" w:rsidR="00CE2799" w:rsidRPr="00A25C5B" w:rsidRDefault="00CE2799" w:rsidP="00A01878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A25C5B">
              <w:rPr>
                <w:b/>
                <w:color w:val="000000" w:themeColor="text1"/>
                <w:w w:val="105"/>
                <w:sz w:val="15"/>
              </w:rPr>
              <w:t>2.</w:t>
            </w:r>
            <w:r w:rsidRPr="00A25C5B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7"/>
              </w:rPr>
              <w:t>SOLICITANTUL</w:t>
            </w:r>
          </w:p>
        </w:tc>
      </w:tr>
      <w:tr w:rsidR="00A25C5B" w:rsidRPr="00A25C5B" w14:paraId="09D0B884" w14:textId="77777777" w:rsidTr="00A25C5B">
        <w:trPr>
          <w:trHeight w:val="495"/>
        </w:trPr>
        <w:tc>
          <w:tcPr>
            <w:tcW w:w="6480" w:type="dxa"/>
            <w:gridSpan w:val="5"/>
          </w:tcPr>
          <w:p w14:paraId="06941BCB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988" w:type="dxa"/>
            <w:gridSpan w:val="3"/>
          </w:tcPr>
          <w:p w14:paraId="7AFAFD34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CNP</w:t>
            </w:r>
          </w:p>
        </w:tc>
      </w:tr>
      <w:tr w:rsidR="00A25C5B" w:rsidRPr="00A25C5B" w14:paraId="5FCFD302" w14:textId="77777777" w:rsidTr="00CE2799">
        <w:trPr>
          <w:trHeight w:val="177"/>
        </w:trPr>
        <w:tc>
          <w:tcPr>
            <w:tcW w:w="10468" w:type="dxa"/>
            <w:gridSpan w:val="8"/>
            <w:shd w:val="clear" w:color="auto" w:fill="F4F4F4"/>
          </w:tcPr>
          <w:p w14:paraId="274366E9" w14:textId="77777777" w:rsidR="00CE2799" w:rsidRPr="00A25C5B" w:rsidRDefault="00CE2799" w:rsidP="00A01878">
            <w:pPr>
              <w:pStyle w:val="TableParagraph"/>
              <w:spacing w:before="4" w:line="153" w:lineRule="exact"/>
              <w:ind w:left="143"/>
              <w:rPr>
                <w:color w:val="000000" w:themeColor="text1"/>
                <w:sz w:val="15"/>
              </w:rPr>
            </w:pPr>
            <w:r w:rsidRPr="00A25C5B">
              <w:rPr>
                <w:color w:val="000000" w:themeColor="text1"/>
                <w:w w:val="105"/>
                <w:sz w:val="15"/>
              </w:rPr>
              <w:t>Act</w:t>
            </w:r>
            <w:r w:rsidRPr="00A25C5B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de</w:t>
            </w:r>
            <w:r w:rsidRPr="00A25C5B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spacing w:val="-2"/>
                <w:w w:val="105"/>
                <w:sz w:val="15"/>
              </w:rPr>
              <w:t>identitate</w:t>
            </w:r>
          </w:p>
        </w:tc>
      </w:tr>
      <w:tr w:rsidR="00A25C5B" w:rsidRPr="00A25C5B" w14:paraId="366B9618" w14:textId="77777777" w:rsidTr="00CE2799">
        <w:trPr>
          <w:trHeight w:val="495"/>
        </w:trPr>
        <w:tc>
          <w:tcPr>
            <w:tcW w:w="2677" w:type="dxa"/>
          </w:tcPr>
          <w:p w14:paraId="42DECFD0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78D74177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74F76970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z w:val="14"/>
              </w:rPr>
              <w:t>Eliberat</w:t>
            </w:r>
            <w:r w:rsidRPr="00A25C5B">
              <w:rPr>
                <w:b/>
                <w:color w:val="000000" w:themeColor="text1"/>
                <w:spacing w:val="11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5294ED97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A25C5B" w:rsidRPr="00A25C5B" w14:paraId="70F12A21" w14:textId="77777777" w:rsidTr="00CE2799">
        <w:trPr>
          <w:trHeight w:val="177"/>
        </w:trPr>
        <w:tc>
          <w:tcPr>
            <w:tcW w:w="10468" w:type="dxa"/>
            <w:gridSpan w:val="8"/>
            <w:shd w:val="clear" w:color="auto" w:fill="F4F4F4"/>
          </w:tcPr>
          <w:p w14:paraId="5869E132" w14:textId="77777777" w:rsidR="00CE2799" w:rsidRPr="00A25C5B" w:rsidRDefault="00CE2799" w:rsidP="00A01878">
            <w:pPr>
              <w:pStyle w:val="TableParagraph"/>
              <w:spacing w:before="4" w:line="153" w:lineRule="exact"/>
              <w:ind w:left="142"/>
              <w:rPr>
                <w:color w:val="000000" w:themeColor="text1"/>
                <w:sz w:val="15"/>
              </w:rPr>
            </w:pPr>
            <w:r w:rsidRPr="00A25C5B">
              <w:rPr>
                <w:color w:val="000000" w:themeColor="text1"/>
                <w:spacing w:val="-2"/>
                <w:w w:val="105"/>
                <w:sz w:val="15"/>
              </w:rPr>
              <w:t>Domiciliul</w:t>
            </w:r>
          </w:p>
        </w:tc>
      </w:tr>
      <w:tr w:rsidR="00A25C5B" w:rsidRPr="00A25C5B" w14:paraId="5A69F971" w14:textId="77777777" w:rsidTr="00CE2799">
        <w:trPr>
          <w:trHeight w:val="495"/>
        </w:trPr>
        <w:tc>
          <w:tcPr>
            <w:tcW w:w="4236" w:type="dxa"/>
            <w:gridSpan w:val="2"/>
          </w:tcPr>
          <w:p w14:paraId="6EEA3490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29EF6CD4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Municipiul</w:t>
            </w:r>
            <w:r w:rsidRPr="00A25C5B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orașul</w:t>
            </w:r>
            <w:r w:rsidRPr="00A25C5B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612EC5DF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Satul</w:t>
            </w: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sectorul</w:t>
            </w:r>
          </w:p>
        </w:tc>
      </w:tr>
      <w:tr w:rsidR="00A25C5B" w:rsidRPr="00A25C5B" w14:paraId="0A329480" w14:textId="77777777" w:rsidTr="00A25C5B">
        <w:trPr>
          <w:trHeight w:val="494"/>
        </w:trPr>
        <w:tc>
          <w:tcPr>
            <w:tcW w:w="4236" w:type="dxa"/>
            <w:gridSpan w:val="2"/>
          </w:tcPr>
          <w:p w14:paraId="2E934070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621BE11A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6297892C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Sc.</w:t>
            </w:r>
          </w:p>
        </w:tc>
        <w:tc>
          <w:tcPr>
            <w:tcW w:w="686" w:type="dxa"/>
          </w:tcPr>
          <w:p w14:paraId="6A7637F2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Et.</w:t>
            </w:r>
          </w:p>
        </w:tc>
        <w:tc>
          <w:tcPr>
            <w:tcW w:w="872" w:type="dxa"/>
          </w:tcPr>
          <w:p w14:paraId="544D2C62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2FAC93E7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0AB2D8C4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>Țara</w:t>
            </w:r>
          </w:p>
        </w:tc>
      </w:tr>
      <w:tr w:rsidR="00A25C5B" w:rsidRPr="00A25C5B" w14:paraId="73C0152A" w14:textId="77777777" w:rsidTr="00CE2799">
        <w:trPr>
          <w:trHeight w:val="178"/>
        </w:trPr>
        <w:tc>
          <w:tcPr>
            <w:tcW w:w="10468" w:type="dxa"/>
            <w:gridSpan w:val="8"/>
            <w:shd w:val="clear" w:color="auto" w:fill="F4F4F4"/>
          </w:tcPr>
          <w:p w14:paraId="517795F1" w14:textId="77777777" w:rsidR="00CE2799" w:rsidRPr="00A25C5B" w:rsidRDefault="00CE2799" w:rsidP="00A01878">
            <w:pPr>
              <w:pStyle w:val="TableParagraph"/>
              <w:spacing w:before="4" w:line="155" w:lineRule="exact"/>
              <w:ind w:left="143"/>
              <w:rPr>
                <w:color w:val="000000" w:themeColor="text1"/>
                <w:sz w:val="15"/>
              </w:rPr>
            </w:pPr>
            <w:r w:rsidRPr="00A25C5B">
              <w:rPr>
                <w:color w:val="000000" w:themeColor="text1"/>
                <w:w w:val="105"/>
                <w:sz w:val="15"/>
              </w:rPr>
              <w:t>Date</w:t>
            </w:r>
            <w:r w:rsidRPr="00A25C5B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de</w:t>
            </w:r>
            <w:r w:rsidRPr="00A25C5B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spacing w:val="-2"/>
                <w:w w:val="105"/>
                <w:sz w:val="15"/>
              </w:rPr>
              <w:t>contact</w:t>
            </w:r>
          </w:p>
        </w:tc>
      </w:tr>
      <w:tr w:rsidR="00A25C5B" w:rsidRPr="00A25C5B" w14:paraId="68993CB4" w14:textId="77777777" w:rsidTr="00CE2799">
        <w:trPr>
          <w:trHeight w:val="494"/>
        </w:trPr>
        <w:tc>
          <w:tcPr>
            <w:tcW w:w="5015" w:type="dxa"/>
            <w:gridSpan w:val="3"/>
          </w:tcPr>
          <w:p w14:paraId="2AF8EB90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Telefon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2A71BE2B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z w:val="14"/>
              </w:rPr>
              <w:t>E-</w:t>
            </w:r>
            <w:r w:rsidRPr="00A25C5B">
              <w:rPr>
                <w:b/>
                <w:color w:val="000000" w:themeColor="text1"/>
                <w:spacing w:val="-4"/>
                <w:sz w:val="14"/>
              </w:rPr>
              <w:t>mail</w:t>
            </w:r>
          </w:p>
        </w:tc>
      </w:tr>
    </w:tbl>
    <w:p w14:paraId="59BAB15C" w14:textId="77777777" w:rsidR="00CE2799" w:rsidRPr="00A25C5B" w:rsidRDefault="00CE2799" w:rsidP="00CE2799">
      <w:pPr>
        <w:spacing w:before="4" w:after="1"/>
        <w:rPr>
          <w:color w:val="000000" w:themeColor="text1"/>
          <w:sz w:val="10"/>
        </w:rPr>
      </w:pPr>
    </w:p>
    <w:tbl>
      <w:tblPr>
        <w:tblW w:w="0" w:type="auto"/>
        <w:tblInd w:w="-8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7"/>
        <w:gridCol w:w="2338"/>
        <w:gridCol w:w="5453"/>
      </w:tblGrid>
      <w:tr w:rsidR="00A25C5B" w:rsidRPr="00A25C5B" w14:paraId="437F3ABD" w14:textId="77777777" w:rsidTr="00CE2799">
        <w:trPr>
          <w:trHeight w:val="200"/>
        </w:trPr>
        <w:tc>
          <w:tcPr>
            <w:tcW w:w="10468" w:type="dxa"/>
            <w:gridSpan w:val="3"/>
            <w:shd w:val="clear" w:color="auto" w:fill="F4F4F4"/>
          </w:tcPr>
          <w:p w14:paraId="6A330CCE" w14:textId="77777777" w:rsidR="00CE2799" w:rsidRPr="00A25C5B" w:rsidRDefault="00CE2799" w:rsidP="00A01878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A25C5B">
              <w:rPr>
                <w:b/>
                <w:color w:val="000000" w:themeColor="text1"/>
                <w:sz w:val="15"/>
              </w:rPr>
              <w:t>3.</w:t>
            </w:r>
            <w:r w:rsidRPr="00A25C5B">
              <w:rPr>
                <w:b/>
                <w:color w:val="000000" w:themeColor="text1"/>
                <w:spacing w:val="7"/>
                <w:sz w:val="15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TITULAR</w:t>
            </w:r>
            <w:r w:rsidRPr="00A25C5B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AL</w:t>
            </w:r>
            <w:r w:rsidRPr="00A25C5B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AUTORIZAȚIEI</w:t>
            </w:r>
            <w:r w:rsidRPr="00A25C5B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DE</w:t>
            </w:r>
            <w:r w:rsidRPr="00A25C5B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CONSTRUIRE</w:t>
            </w:r>
            <w:r w:rsidRPr="00A25C5B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/</w:t>
            </w:r>
            <w:r w:rsidRPr="00A25C5B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sz w:val="17"/>
              </w:rPr>
              <w:t>DESFIINȚARE</w:t>
            </w:r>
          </w:p>
        </w:tc>
      </w:tr>
      <w:tr w:rsidR="00A25C5B" w:rsidRPr="00A25C5B" w14:paraId="27B14164" w14:textId="77777777" w:rsidTr="00CE2799">
        <w:trPr>
          <w:trHeight w:val="493"/>
        </w:trPr>
        <w:tc>
          <w:tcPr>
            <w:tcW w:w="2677" w:type="dxa"/>
          </w:tcPr>
          <w:p w14:paraId="02FD40D3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14:paraId="48ACA22A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Din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14:paraId="21D5F1FD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Emisă</w:t>
            </w:r>
            <w:r w:rsidRPr="00A25C5B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de</w:t>
            </w:r>
          </w:p>
        </w:tc>
      </w:tr>
      <w:tr w:rsidR="00A25C5B" w:rsidRPr="00A25C5B" w14:paraId="1987E80A" w14:textId="77777777" w:rsidTr="00CE2799">
        <w:trPr>
          <w:trHeight w:val="178"/>
        </w:trPr>
        <w:tc>
          <w:tcPr>
            <w:tcW w:w="10468" w:type="dxa"/>
            <w:gridSpan w:val="3"/>
            <w:shd w:val="clear" w:color="auto" w:fill="F4F4F4"/>
          </w:tcPr>
          <w:p w14:paraId="562661EF" w14:textId="77777777" w:rsidR="00CE2799" w:rsidRPr="00A25C5B" w:rsidRDefault="00CE2799" w:rsidP="00A01878">
            <w:pPr>
              <w:pStyle w:val="TableParagraph"/>
              <w:spacing w:before="4" w:line="155" w:lineRule="exact"/>
              <w:ind w:left="142"/>
              <w:rPr>
                <w:color w:val="000000" w:themeColor="text1"/>
                <w:sz w:val="15"/>
              </w:rPr>
            </w:pPr>
            <w:r w:rsidRPr="00A25C5B">
              <w:rPr>
                <w:color w:val="000000" w:themeColor="text1"/>
                <w:w w:val="105"/>
                <w:sz w:val="15"/>
              </w:rPr>
              <w:t>emisă</w:t>
            </w:r>
            <w:r w:rsidRPr="00A25C5B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pentru</w:t>
            </w:r>
            <w:r w:rsidRPr="00A25C5B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executarea</w:t>
            </w:r>
            <w:r w:rsidRPr="00A25C5B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lucrărilor</w:t>
            </w:r>
            <w:r w:rsidRPr="00A25C5B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de</w:t>
            </w:r>
            <w:r w:rsidRPr="00A25C5B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construcții</w:t>
            </w:r>
            <w:r w:rsidRPr="00A25C5B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privind</w:t>
            </w:r>
            <w:r w:rsidRPr="00A25C5B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construirea</w:t>
            </w:r>
            <w:r w:rsidRPr="00A25C5B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/</w:t>
            </w:r>
            <w:r w:rsidRPr="00A25C5B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desființarea</w:t>
            </w:r>
            <w:r w:rsidRPr="00A25C5B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construcțiilor</w:t>
            </w:r>
            <w:r w:rsidRPr="00A25C5B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w w:val="105"/>
                <w:sz w:val="15"/>
              </w:rPr>
              <w:t>și</w:t>
            </w:r>
            <w:r w:rsidRPr="00A25C5B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spacing w:val="-2"/>
                <w:w w:val="105"/>
                <w:sz w:val="15"/>
              </w:rPr>
              <w:t>amenajărilor</w:t>
            </w:r>
          </w:p>
        </w:tc>
      </w:tr>
      <w:tr w:rsidR="00A25C5B" w:rsidRPr="00A25C5B" w14:paraId="08C804CF" w14:textId="77777777" w:rsidTr="00CE2799">
        <w:trPr>
          <w:trHeight w:val="493"/>
        </w:trPr>
        <w:tc>
          <w:tcPr>
            <w:tcW w:w="10468" w:type="dxa"/>
            <w:gridSpan w:val="3"/>
          </w:tcPr>
          <w:p w14:paraId="0DDD95C9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Denumirea</w:t>
            </w:r>
            <w:r w:rsidRPr="00A25C5B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lucrării,</w:t>
            </w:r>
            <w:r w:rsidRPr="00A25C5B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capacitatea</w:t>
            </w:r>
            <w:r w:rsidRPr="00A25C5B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și</w:t>
            </w:r>
            <w:r w:rsidRPr="00A25C5B">
              <w:rPr>
                <w:b/>
                <w:color w:val="000000" w:themeColor="text1"/>
                <w:spacing w:val="2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categoria</w:t>
            </w:r>
            <w:r w:rsidRPr="00A25C5B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de</w:t>
            </w:r>
            <w:r w:rsidRPr="00A25C5B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lucrări</w:t>
            </w:r>
            <w:r w:rsidRPr="00A25C5B">
              <w:rPr>
                <w:b/>
                <w:color w:val="000000" w:themeColor="text1"/>
                <w:spacing w:val="2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din</w:t>
            </w:r>
            <w:r w:rsidRPr="00A25C5B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autorizație</w:t>
            </w:r>
          </w:p>
        </w:tc>
      </w:tr>
      <w:tr w:rsidR="00A25C5B" w:rsidRPr="00A25C5B" w14:paraId="01E20B56" w14:textId="77777777" w:rsidTr="00CE2799">
        <w:trPr>
          <w:trHeight w:val="495"/>
        </w:trPr>
        <w:tc>
          <w:tcPr>
            <w:tcW w:w="10468" w:type="dxa"/>
            <w:gridSpan w:val="3"/>
          </w:tcPr>
          <w:p w14:paraId="7C6D22EE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valoare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(lei)</w:t>
            </w:r>
          </w:p>
        </w:tc>
      </w:tr>
    </w:tbl>
    <w:p w14:paraId="57D993EB" w14:textId="37A4B394" w:rsidR="00CE2799" w:rsidRPr="00A25C5B" w:rsidRDefault="00A25C5B" w:rsidP="00A25C5B">
      <w:pPr>
        <w:pStyle w:val="Heading3"/>
        <w:spacing w:before="140" w:after="39"/>
        <w:ind w:left="2948"/>
        <w:rPr>
          <w:rFonts w:ascii="Arial" w:hAnsi="Arial" w:cs="Arial"/>
          <w:color w:val="000000" w:themeColor="text1"/>
        </w:rPr>
      </w:pPr>
      <w:r w:rsidRPr="00A25C5B">
        <w:rPr>
          <w:rFonts w:ascii="Arial" w:hAnsi="Arial" w:cs="Arial"/>
          <w:color w:val="000000" w:themeColor="text1"/>
        </w:rPr>
        <w:t xml:space="preserve">           </w:t>
      </w:r>
      <w:r w:rsidR="00CE2799" w:rsidRPr="00A25C5B">
        <w:rPr>
          <w:rFonts w:ascii="Arial" w:hAnsi="Arial" w:cs="Arial"/>
          <w:color w:val="000000" w:themeColor="text1"/>
        </w:rPr>
        <w:t xml:space="preserve">ADUC LA </w:t>
      </w:r>
      <w:r w:rsidR="00CE2799" w:rsidRPr="00A25C5B">
        <w:rPr>
          <w:rFonts w:ascii="Arial" w:hAnsi="Arial" w:cs="Arial"/>
          <w:color w:val="000000" w:themeColor="text1"/>
          <w:spacing w:val="-2"/>
        </w:rPr>
        <w:t>CUNOȘTINȚĂ</w:t>
      </w:r>
    </w:p>
    <w:tbl>
      <w:tblPr>
        <w:tblW w:w="0" w:type="auto"/>
        <w:tblInd w:w="-8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7"/>
        <w:gridCol w:w="1558"/>
        <w:gridCol w:w="5453"/>
      </w:tblGrid>
      <w:tr w:rsidR="00A25C5B" w:rsidRPr="00A25C5B" w14:paraId="21BC98D8" w14:textId="77777777" w:rsidTr="00CE2799">
        <w:trPr>
          <w:trHeight w:val="502"/>
        </w:trPr>
        <w:tc>
          <w:tcPr>
            <w:tcW w:w="3457" w:type="dxa"/>
          </w:tcPr>
          <w:p w14:paraId="510C889F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Că</w:t>
            </w: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data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14:paraId="68E21BF8" w14:textId="77777777" w:rsidR="00CE2799" w:rsidRPr="00A25C5B" w:rsidRDefault="00CE2799" w:rsidP="00A01878">
            <w:pPr>
              <w:pStyle w:val="TableParagraph"/>
              <w:ind w:left="102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14:paraId="4557DBA0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au</w:t>
            </w:r>
            <w:r w:rsidRPr="00A25C5B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fost</w:t>
            </w:r>
            <w:r w:rsidRPr="00A25C5B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finalizate</w:t>
            </w:r>
            <w:r w:rsidRPr="00A25C5B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lucrările</w:t>
            </w:r>
            <w:r w:rsidRPr="00A25C5B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de</w:t>
            </w:r>
            <w:r w:rsidRPr="00A25C5B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construcții</w:t>
            </w:r>
            <w:r w:rsidRPr="00A25C5B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autorizate</w:t>
            </w:r>
          </w:p>
          <w:p w14:paraId="56915D7E" w14:textId="77777777" w:rsidR="00CE2799" w:rsidRPr="00A25C5B" w:rsidRDefault="00CE2799" w:rsidP="00A01878">
            <w:pPr>
              <w:pStyle w:val="TableParagraph"/>
              <w:spacing w:before="6"/>
              <w:ind w:left="103"/>
              <w:rPr>
                <w:i/>
                <w:color w:val="000000" w:themeColor="text1"/>
                <w:sz w:val="14"/>
              </w:rPr>
            </w:pPr>
            <w:r w:rsidRPr="00A25C5B">
              <w:rPr>
                <w:i/>
                <w:color w:val="000000" w:themeColor="text1"/>
                <w:w w:val="105"/>
                <w:sz w:val="14"/>
              </w:rPr>
              <w:t>pentru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w w:val="105"/>
                <w:sz w:val="14"/>
              </w:rPr>
              <w:t>imobilul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w w:val="105"/>
                <w:sz w:val="14"/>
              </w:rPr>
              <w:t>de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w w:val="105"/>
                <w:sz w:val="14"/>
              </w:rPr>
              <w:t>mai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spacing w:val="-5"/>
                <w:w w:val="105"/>
                <w:sz w:val="14"/>
              </w:rPr>
              <w:t>jos</w:t>
            </w:r>
          </w:p>
        </w:tc>
      </w:tr>
    </w:tbl>
    <w:p w14:paraId="5B4069CA" w14:textId="77777777" w:rsidR="00CE2799" w:rsidRPr="00A25C5B" w:rsidRDefault="00CE2799" w:rsidP="00CE2799">
      <w:pPr>
        <w:spacing w:after="1"/>
        <w:rPr>
          <w:b/>
          <w:color w:val="000000" w:themeColor="text1"/>
          <w:sz w:val="10"/>
        </w:rPr>
      </w:pPr>
    </w:p>
    <w:tbl>
      <w:tblPr>
        <w:tblW w:w="0" w:type="auto"/>
        <w:tblInd w:w="-8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7"/>
        <w:gridCol w:w="1559"/>
        <w:gridCol w:w="2337"/>
        <w:gridCol w:w="779"/>
        <w:gridCol w:w="781"/>
        <w:gridCol w:w="2337"/>
      </w:tblGrid>
      <w:tr w:rsidR="00A25C5B" w:rsidRPr="00A25C5B" w14:paraId="6A5A1169" w14:textId="77777777" w:rsidTr="00CE2799">
        <w:trPr>
          <w:trHeight w:val="200"/>
        </w:trPr>
        <w:tc>
          <w:tcPr>
            <w:tcW w:w="10470" w:type="dxa"/>
            <w:gridSpan w:val="6"/>
            <w:shd w:val="clear" w:color="auto" w:fill="F4F4F4"/>
          </w:tcPr>
          <w:p w14:paraId="5127439F" w14:textId="77777777" w:rsidR="00CE2799" w:rsidRPr="00A25C5B" w:rsidRDefault="00CE2799" w:rsidP="00A01878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A25C5B">
              <w:rPr>
                <w:b/>
                <w:color w:val="000000" w:themeColor="text1"/>
                <w:w w:val="105"/>
                <w:sz w:val="15"/>
              </w:rPr>
              <w:t>4.</w:t>
            </w:r>
            <w:r w:rsidRPr="00A25C5B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7"/>
              </w:rPr>
              <w:t>IMOBILUL</w:t>
            </w:r>
          </w:p>
        </w:tc>
      </w:tr>
      <w:tr w:rsidR="00A25C5B" w:rsidRPr="00A25C5B" w14:paraId="65D69717" w14:textId="77777777" w:rsidTr="00CE2799">
        <w:trPr>
          <w:trHeight w:val="206"/>
        </w:trPr>
        <w:tc>
          <w:tcPr>
            <w:tcW w:w="10470" w:type="dxa"/>
            <w:gridSpan w:val="6"/>
          </w:tcPr>
          <w:p w14:paraId="1C5AE381" w14:textId="77777777" w:rsidR="00CE2799" w:rsidRPr="00A25C5B" w:rsidRDefault="00CE2799" w:rsidP="00CE2799">
            <w:pPr>
              <w:pStyle w:val="TableParagraph"/>
              <w:numPr>
                <w:ilvl w:val="0"/>
                <w:numId w:val="10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color w:val="000000" w:themeColor="text1"/>
                <w:sz w:val="15"/>
              </w:rPr>
            </w:pPr>
            <w:r w:rsidRPr="00A25C5B">
              <w:rPr>
                <w:color w:val="000000" w:themeColor="text1"/>
                <w:w w:val="105"/>
                <w:sz w:val="15"/>
              </w:rPr>
              <w:t>teren</w:t>
            </w:r>
            <w:r w:rsidRPr="00A25C5B">
              <w:rPr>
                <w:color w:val="000000" w:themeColor="text1"/>
                <w:spacing w:val="52"/>
                <w:w w:val="105"/>
                <w:sz w:val="15"/>
              </w:rPr>
              <w:t xml:space="preserve">  </w:t>
            </w:r>
            <w:r w:rsidRPr="00A25C5B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A25C5B">
              <w:rPr>
                <w:rFonts w:ascii="Segoe UI Symbol" w:hAnsi="Segoe UI Symbol"/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A25C5B">
              <w:rPr>
                <w:color w:val="000000" w:themeColor="text1"/>
                <w:spacing w:val="-2"/>
                <w:w w:val="105"/>
                <w:sz w:val="15"/>
              </w:rPr>
              <w:t>construcții</w:t>
            </w:r>
          </w:p>
        </w:tc>
      </w:tr>
      <w:tr w:rsidR="00A25C5B" w:rsidRPr="00A25C5B" w14:paraId="053EB571" w14:textId="77777777" w:rsidTr="00CE2799">
        <w:trPr>
          <w:trHeight w:val="494"/>
        </w:trPr>
        <w:tc>
          <w:tcPr>
            <w:tcW w:w="4236" w:type="dxa"/>
            <w:gridSpan w:val="2"/>
          </w:tcPr>
          <w:p w14:paraId="746F3547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695BE285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Municipiu</w:t>
            </w:r>
            <w:r w:rsidRPr="00A25C5B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oraș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050E00BB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Sat</w:t>
            </w: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sector</w:t>
            </w:r>
          </w:p>
        </w:tc>
      </w:tr>
      <w:tr w:rsidR="00A25C5B" w:rsidRPr="00A25C5B" w14:paraId="79C8DD51" w14:textId="77777777" w:rsidTr="00CE2799">
        <w:trPr>
          <w:trHeight w:val="495"/>
        </w:trPr>
        <w:tc>
          <w:tcPr>
            <w:tcW w:w="2677" w:type="dxa"/>
          </w:tcPr>
          <w:p w14:paraId="51C369AB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A25C5B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50B9B91C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7FFF47E7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7F7655DC" w14:textId="77777777" w:rsidR="00CE2799" w:rsidRPr="00A25C5B" w:rsidRDefault="00CE2799" w:rsidP="00A01878">
            <w:pPr>
              <w:pStyle w:val="TableParagraph"/>
              <w:ind w:left="101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Bl.</w:t>
            </w:r>
            <w:r w:rsidRPr="00A25C5B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sc.</w:t>
            </w:r>
            <w:r w:rsidRPr="00A25C5B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et.</w:t>
            </w:r>
            <w:r w:rsidRPr="00A25C5B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A25C5B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</w:tr>
      <w:tr w:rsidR="00A25C5B" w:rsidRPr="00A25C5B" w14:paraId="756B48BA" w14:textId="77777777" w:rsidTr="00CE2799">
        <w:trPr>
          <w:trHeight w:val="500"/>
        </w:trPr>
        <w:tc>
          <w:tcPr>
            <w:tcW w:w="6573" w:type="dxa"/>
            <w:gridSpan w:val="3"/>
          </w:tcPr>
          <w:p w14:paraId="29DF6B22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z w:val="14"/>
              </w:rPr>
              <w:t>Număr</w:t>
            </w:r>
            <w:r w:rsidRPr="00A25C5B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sz w:val="14"/>
              </w:rPr>
              <w:t>cadastral</w:t>
            </w:r>
          </w:p>
          <w:p w14:paraId="7B1DB0D1" w14:textId="77777777" w:rsidR="00CE2799" w:rsidRPr="00A25C5B" w:rsidRDefault="00CE2799" w:rsidP="00A01878">
            <w:pPr>
              <w:pStyle w:val="TableParagraph"/>
              <w:rPr>
                <w:i/>
                <w:color w:val="000000" w:themeColor="text1"/>
                <w:sz w:val="14"/>
              </w:rPr>
            </w:pPr>
            <w:r w:rsidRPr="00A25C5B">
              <w:rPr>
                <w:i/>
                <w:color w:val="000000" w:themeColor="text1"/>
                <w:w w:val="105"/>
                <w:sz w:val="14"/>
              </w:rPr>
              <w:t>dacă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w w:val="105"/>
                <w:sz w:val="14"/>
              </w:rPr>
              <w:t>imobilul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w w:val="105"/>
                <w:sz w:val="14"/>
              </w:rPr>
              <w:t>e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w w:val="105"/>
                <w:sz w:val="14"/>
              </w:rPr>
              <w:t>înscris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A25C5B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A25C5B">
              <w:rPr>
                <w:i/>
                <w:color w:val="000000" w:themeColor="text1"/>
                <w:w w:val="105"/>
                <w:sz w:val="14"/>
              </w:rPr>
              <w:t>e-</w:t>
            </w:r>
            <w:r w:rsidRPr="00A25C5B">
              <w:rPr>
                <w:i/>
                <w:color w:val="000000" w:themeColor="text1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3D154E58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z w:val="14"/>
              </w:rPr>
              <w:t>Carte</w:t>
            </w:r>
            <w:r w:rsidRPr="00A25C5B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z w:val="14"/>
              </w:rPr>
              <w:t>funciară</w:t>
            </w:r>
            <w:r w:rsidRPr="00A25C5B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5"/>
                <w:sz w:val="14"/>
              </w:rPr>
              <w:t>nr.</w:t>
            </w:r>
          </w:p>
        </w:tc>
      </w:tr>
    </w:tbl>
    <w:p w14:paraId="2FD201B4" w14:textId="77777777" w:rsidR="00CE2799" w:rsidRPr="00A25C5B" w:rsidRDefault="00CE2799" w:rsidP="00CE2799">
      <w:pPr>
        <w:spacing w:before="4"/>
        <w:rPr>
          <w:b/>
          <w:color w:val="000000" w:themeColor="text1"/>
          <w:sz w:val="10"/>
        </w:rPr>
      </w:pPr>
    </w:p>
    <w:tbl>
      <w:tblPr>
        <w:tblW w:w="0" w:type="auto"/>
        <w:tblInd w:w="-8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31"/>
        <w:gridCol w:w="2336"/>
      </w:tblGrid>
      <w:tr w:rsidR="00A25C5B" w:rsidRPr="00A25C5B" w14:paraId="37F213EF" w14:textId="77777777" w:rsidTr="00CE2799">
        <w:trPr>
          <w:trHeight w:val="200"/>
        </w:trPr>
        <w:tc>
          <w:tcPr>
            <w:tcW w:w="10467" w:type="dxa"/>
            <w:gridSpan w:val="2"/>
            <w:shd w:val="clear" w:color="auto" w:fill="F4F4F4"/>
          </w:tcPr>
          <w:p w14:paraId="2698333B" w14:textId="77777777" w:rsidR="00CE2799" w:rsidRPr="00A25C5B" w:rsidRDefault="00CE2799" w:rsidP="00A01878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A25C5B">
              <w:rPr>
                <w:b/>
                <w:color w:val="000000" w:themeColor="text1"/>
                <w:sz w:val="15"/>
              </w:rPr>
              <w:t>5.</w:t>
            </w:r>
            <w:r w:rsidRPr="00A25C5B">
              <w:rPr>
                <w:b/>
                <w:color w:val="000000" w:themeColor="text1"/>
                <w:spacing w:val="12"/>
                <w:sz w:val="15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CONVOCAREA</w:t>
            </w:r>
            <w:r w:rsidRPr="00A25C5B">
              <w:rPr>
                <w:b/>
                <w:color w:val="000000" w:themeColor="text1"/>
                <w:spacing w:val="13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COMISIEI</w:t>
            </w:r>
            <w:r w:rsidRPr="00A25C5B">
              <w:rPr>
                <w:b/>
                <w:color w:val="000000" w:themeColor="text1"/>
                <w:spacing w:val="14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DE</w:t>
            </w:r>
            <w:r w:rsidRPr="00A25C5B">
              <w:rPr>
                <w:b/>
                <w:color w:val="000000" w:themeColor="text1"/>
                <w:spacing w:val="14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sz w:val="17"/>
              </w:rPr>
              <w:t>RECEPȚIE</w:t>
            </w:r>
          </w:p>
        </w:tc>
      </w:tr>
      <w:tr w:rsidR="00A25C5B" w:rsidRPr="00A25C5B" w14:paraId="13FD12A1" w14:textId="77777777" w:rsidTr="00CE2799">
        <w:trPr>
          <w:trHeight w:val="495"/>
        </w:trPr>
        <w:tc>
          <w:tcPr>
            <w:tcW w:w="8131" w:type="dxa"/>
          </w:tcPr>
          <w:p w14:paraId="5CF385D3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w w:val="105"/>
                <w:sz w:val="14"/>
              </w:rPr>
              <w:t>Se</w:t>
            </w:r>
            <w:r w:rsidRPr="00A25C5B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convoacă</w:t>
            </w:r>
            <w:r w:rsidRPr="00A25C5B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comisia</w:t>
            </w:r>
            <w:r w:rsidRPr="00A25C5B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A25C5B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recepție</w:t>
            </w:r>
            <w:r w:rsidRPr="00A25C5B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A25C5B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terminarea</w:t>
            </w:r>
            <w:r w:rsidRPr="00A25C5B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lucrărilor,</w:t>
            </w:r>
            <w:r w:rsidRPr="00A25C5B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A25C5B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2336" w:type="dxa"/>
          </w:tcPr>
          <w:p w14:paraId="0561CCDE" w14:textId="77777777" w:rsidR="00CE2799" w:rsidRPr="00A25C5B" w:rsidRDefault="00CE2799" w:rsidP="00A01878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5"/>
                <w:w w:val="105"/>
                <w:sz w:val="14"/>
              </w:rPr>
              <w:t>ora</w:t>
            </w:r>
          </w:p>
        </w:tc>
      </w:tr>
    </w:tbl>
    <w:p w14:paraId="6EC063E1" w14:textId="77777777" w:rsidR="00CE2799" w:rsidRPr="00A25C5B" w:rsidRDefault="00CE2799" w:rsidP="00CE2799">
      <w:pPr>
        <w:spacing w:before="1" w:after="1"/>
        <w:rPr>
          <w:b/>
          <w:color w:val="000000" w:themeColor="text1"/>
          <w:sz w:val="10"/>
        </w:rPr>
      </w:pPr>
    </w:p>
    <w:tbl>
      <w:tblPr>
        <w:tblW w:w="0" w:type="auto"/>
        <w:tblInd w:w="-8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7"/>
        <w:gridCol w:w="4674"/>
        <w:gridCol w:w="3117"/>
      </w:tblGrid>
      <w:tr w:rsidR="00A25C5B" w:rsidRPr="00A25C5B" w14:paraId="46415C3F" w14:textId="77777777" w:rsidTr="00CE2799">
        <w:trPr>
          <w:trHeight w:val="200"/>
        </w:trPr>
        <w:tc>
          <w:tcPr>
            <w:tcW w:w="10468" w:type="dxa"/>
            <w:gridSpan w:val="3"/>
            <w:shd w:val="clear" w:color="auto" w:fill="F4F4F4"/>
          </w:tcPr>
          <w:p w14:paraId="65C4B42F" w14:textId="77777777" w:rsidR="00CE2799" w:rsidRPr="00A25C5B" w:rsidRDefault="00CE2799" w:rsidP="00A01878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A25C5B">
              <w:rPr>
                <w:b/>
                <w:color w:val="000000" w:themeColor="text1"/>
                <w:sz w:val="15"/>
              </w:rPr>
              <w:t>6.</w:t>
            </w:r>
            <w:r w:rsidRPr="00A25C5B">
              <w:rPr>
                <w:b/>
                <w:color w:val="000000" w:themeColor="text1"/>
                <w:spacing w:val="4"/>
                <w:sz w:val="15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DATA</w:t>
            </w:r>
            <w:r w:rsidRPr="00A25C5B">
              <w:rPr>
                <w:b/>
                <w:color w:val="000000" w:themeColor="text1"/>
                <w:spacing w:val="5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z w:val="17"/>
              </w:rPr>
              <w:t>ȘI</w:t>
            </w:r>
            <w:r w:rsidRPr="00A25C5B">
              <w:rPr>
                <w:b/>
                <w:color w:val="000000" w:themeColor="text1"/>
                <w:spacing w:val="5"/>
                <w:sz w:val="17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sz w:val="17"/>
              </w:rPr>
              <w:t>SEMNĂTURA</w:t>
            </w:r>
          </w:p>
        </w:tc>
      </w:tr>
      <w:tr w:rsidR="00A25C5B" w:rsidRPr="00A25C5B" w14:paraId="705008EF" w14:textId="77777777" w:rsidTr="00CE2799">
        <w:trPr>
          <w:trHeight w:val="495"/>
        </w:trPr>
        <w:tc>
          <w:tcPr>
            <w:tcW w:w="2677" w:type="dxa"/>
          </w:tcPr>
          <w:p w14:paraId="547CA950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4D784664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z w:val="14"/>
              </w:rPr>
              <w:t>Titularul</w:t>
            </w:r>
            <w:r w:rsidRPr="00A25C5B">
              <w:rPr>
                <w:b/>
                <w:color w:val="000000" w:themeColor="text1"/>
                <w:spacing w:val="16"/>
                <w:sz w:val="14"/>
              </w:rPr>
              <w:t xml:space="preserve"> </w:t>
            </w:r>
            <w:r w:rsidRPr="00A25C5B">
              <w:rPr>
                <w:b/>
                <w:color w:val="000000" w:themeColor="text1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14:paraId="1A314C7D" w14:textId="77777777" w:rsidR="00CE2799" w:rsidRPr="00A25C5B" w:rsidRDefault="00CE2799" w:rsidP="00A01878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A25C5B">
              <w:rPr>
                <w:b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</w:tr>
    </w:tbl>
    <w:p w14:paraId="5E03764A" w14:textId="77777777" w:rsidR="00686D6D" w:rsidRPr="007E5F94" w:rsidRDefault="00686D6D" w:rsidP="00CE2799">
      <w:pPr>
        <w:spacing w:before="80" w:after="60" w:line="240" w:lineRule="auto"/>
        <w:jc w:val="center"/>
        <w:rPr>
          <w:sz w:val="24"/>
          <w:szCs w:val="24"/>
        </w:rPr>
      </w:pPr>
    </w:p>
    <w:sectPr w:rsidR="00686D6D" w:rsidRPr="007E5F94" w:rsidSect="005A3293">
      <w:footerReference w:type="default" r:id="rId10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64BD0" w14:textId="77777777" w:rsidR="00CB0366" w:rsidRDefault="00CB0366">
      <w:pPr>
        <w:spacing w:after="0" w:line="240" w:lineRule="auto"/>
      </w:pPr>
      <w:r>
        <w:separator/>
      </w:r>
    </w:p>
  </w:endnote>
  <w:endnote w:type="continuationSeparator" w:id="0">
    <w:p w14:paraId="618706BC" w14:textId="77777777" w:rsidR="00CB0366" w:rsidRDefault="00CB0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6ACA" w14:textId="77777777" w:rsidR="00F24549" w:rsidRDefault="00AE454F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F_A_10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6699B" w14:textId="77777777" w:rsidR="00CB0366" w:rsidRDefault="00CB0366">
      <w:pPr>
        <w:spacing w:after="0" w:line="240" w:lineRule="auto"/>
      </w:pPr>
      <w:r>
        <w:separator/>
      </w:r>
    </w:p>
  </w:footnote>
  <w:footnote w:type="continuationSeparator" w:id="0">
    <w:p w14:paraId="7A4F8B5B" w14:textId="77777777" w:rsidR="00CB0366" w:rsidRDefault="00CB0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7E1402A"/>
    <w:multiLevelType w:val="hybridMultilevel"/>
    <w:tmpl w:val="9C70E330"/>
    <w:lvl w:ilvl="0" w:tplc="4FB08A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D60565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87C0D0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80DF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96B24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A6AB8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A0C04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96E9F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32428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num w:numId="1" w16cid:durableId="731998215">
    <w:abstractNumId w:val="8"/>
  </w:num>
  <w:num w:numId="2" w16cid:durableId="1251163928">
    <w:abstractNumId w:val="6"/>
  </w:num>
  <w:num w:numId="3" w16cid:durableId="710806097">
    <w:abstractNumId w:val="5"/>
  </w:num>
  <w:num w:numId="4" w16cid:durableId="1485468355">
    <w:abstractNumId w:val="4"/>
  </w:num>
  <w:num w:numId="5" w16cid:durableId="1054426092">
    <w:abstractNumId w:val="7"/>
  </w:num>
  <w:num w:numId="6" w16cid:durableId="1973946956">
    <w:abstractNumId w:val="3"/>
  </w:num>
  <w:num w:numId="7" w16cid:durableId="46493603">
    <w:abstractNumId w:val="2"/>
  </w:num>
  <w:num w:numId="8" w16cid:durableId="1895003029">
    <w:abstractNumId w:val="1"/>
  </w:num>
  <w:num w:numId="9" w16cid:durableId="1531870580">
    <w:abstractNumId w:val="0"/>
  </w:num>
  <w:num w:numId="10" w16cid:durableId="15001943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4F59"/>
    <w:rsid w:val="0006063C"/>
    <w:rsid w:val="00071701"/>
    <w:rsid w:val="0015074B"/>
    <w:rsid w:val="00200FFD"/>
    <w:rsid w:val="0029639D"/>
    <w:rsid w:val="002F62FC"/>
    <w:rsid w:val="003203AD"/>
    <w:rsid w:val="00326F90"/>
    <w:rsid w:val="004A6029"/>
    <w:rsid w:val="005A3293"/>
    <w:rsid w:val="00686D6D"/>
    <w:rsid w:val="006D6ED2"/>
    <w:rsid w:val="007E5F94"/>
    <w:rsid w:val="008915BD"/>
    <w:rsid w:val="008C4840"/>
    <w:rsid w:val="00993C30"/>
    <w:rsid w:val="00A25C5B"/>
    <w:rsid w:val="00A521E3"/>
    <w:rsid w:val="00AA1D8D"/>
    <w:rsid w:val="00AD61E5"/>
    <w:rsid w:val="00AE454F"/>
    <w:rsid w:val="00AF2321"/>
    <w:rsid w:val="00B47730"/>
    <w:rsid w:val="00BC499D"/>
    <w:rsid w:val="00CB0366"/>
    <w:rsid w:val="00CB0664"/>
    <w:rsid w:val="00CC63E2"/>
    <w:rsid w:val="00CE2799"/>
    <w:rsid w:val="00F20671"/>
    <w:rsid w:val="00F2454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5F040E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8915BD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E2799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12</cp:revision>
  <cp:lastPrinted>2026-10-06T11:48:00Z</cp:lastPrinted>
  <dcterms:created xsi:type="dcterms:W3CDTF">2013-12-23T23:15:00Z</dcterms:created>
  <dcterms:modified xsi:type="dcterms:W3CDTF">2026-10-06T11:50:00Z</dcterms:modified>
  <cp:category/>
</cp:coreProperties>
</file>